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- 06/05/2022 - ISSUE"</w:t>
      </w:r>
      <w:r>
        <w:br/>
      </w:r>
      <w:r>
        <w:rPr>
          <w:b w:val="0"/>
          <w:i w:val="0"/>
        </w:rPr>
        <w:br/>
        <w:t>date_original: "06/05/2022 - ISSUE"</w:t>
      </w:r>
      <w:r>
        <w:br/>
      </w:r>
      <w:r>
        <w:rPr>
          <w:b w:val="0"/>
          <w:i w:val="0"/>
        </w:rPr>
        <w:br/>
        <w:t>source_url: "https://www.ourdogs.co.uk/members/breednotes/RetrieverLabradorMain.php"</w:t>
      </w:r>
      <w:r>
        <w:br/>
      </w:r>
      <w:r>
        <w:rPr>
          <w:b w:val="0"/>
          <w:i w:val="0"/>
        </w:rPr>
        <w:br/>
        <w:t>scraped_at: "2026-09-13T15:12:20"</w:t>
      </w:r>
      <w:r>
        <w:br/>
      </w:r>
      <w:r>
        <w:rPr>
          <w:b w:val="0"/>
          <w:i w:val="0"/>
        </w:rPr>
        <w:br/>
        <w:t>word_count: 673</w:t>
      </w:r>
    </w:p>
    <w:p>
      <w:r>
        <w:t>――――――――――――――――――――――――――――――</w:t>
      </w:r>
    </w:p>
    <w:p>
      <w:r>
        <w:rPr>
          <w:b w:val="0"/>
          <w:i w:val="0"/>
        </w:rPr>
        <w:t>NEWS MEMBERS' AREA SHOP SUBSCRIBE UPCOMING SHOWS MORE</w:t>
      </w:r>
    </w:p>
    <w:p>
      <w:r>
        <w:rPr>
          <w:b w:val="0"/>
          <w:i w:val="0"/>
        </w:rPr>
        <w:t>RETRIEVER LABRADOR</w:t>
      </w:r>
    </w:p>
    <w:p>
      <w:r>
        <w:rPr>
          <w:b w:val="0"/>
          <w:i w:val="0"/>
        </w:rPr>
        <w:t>Issue: 06/05/2022</w:t>
      </w:r>
    </w:p>
    <w:p>
      <w:r>
        <w:rPr>
          <w:b w:val="0"/>
          <w:i w:val="0"/>
        </w:rPr>
        <w:t xml:space="preserve">Jim Nolan, who in the 1980s used to write these weekly Labrador Breed Notes, posted the following on Facebook. The contents are worth knowing as Labradors are such awful scroungers and rubbish eaters. </w:t>
      </w:r>
    </w:p>
    <w:p>
      <w:r>
        <w:rPr>
          <w:b w:val="0"/>
          <w:i w:val="0"/>
        </w:rPr>
        <w:t xml:space="preserve">Jim writes- Ã¢â‚¬Å"WATCH THAT DOPE! It seems dope (weed, or whatever) can cause problems with our four-legged friends. On a stopover at Tyndrum my palÃ¢â‚¬â„¢s son and his wife let their Cocker Spaniel roam around  near water. Soon it showed signs of trauma, flapping about uncontrollably. Thinking of algae poisoning they immediately drove 80 miles to Glasgow Vet School at Charing cross where the dog was taken away for examination and tests. </w:t>
      </w:r>
    </w:p>
    <w:p>
      <w:r>
        <w:rPr>
          <w:b w:val="0"/>
          <w:i w:val="0"/>
        </w:rPr>
        <w:t xml:space="preserve">The vet came to them and more or less asked if they had access to dope? Not them of course.  Someone who did drugs, had also stopped in the same spot and defecated later. This was subsequently eaten by the cocker! We all know about Coprophagia (eating poo) and that no matter how much we love our dogs they do have some dirty habits.  The vet said it was quite common and the Cocker made a speedy recovery.  Just hope the Cocker has not now got an addiction and goes sniffing around for more of the same.Ã¢â‚¬Â </w:t>
      </w:r>
    </w:p>
    <w:p>
      <w:r>
        <w:rPr>
          <w:b w:val="0"/>
          <w:i w:val="0"/>
        </w:rPr>
        <w:t xml:space="preserve">On the topic of Labradors eating things they shouldnÃ¢â‚¬â„¢t. I had been pruning a Bramley apple tree at home, taking out the water shoots which never have fruit but grow rapidly and sturdily upwards into the sky.I was aware that my two 10 month Lab pups were assisting me, contentedly lying underneath the tree and chomping the fresh thin twigs as they fell down. They looked as though they were really enjoying sampling fresh asparagus and couldnÃ¢â‚¬â„¢t get enough. </w:t>
      </w:r>
    </w:p>
    <w:p>
      <w:r>
        <w:rPr>
          <w:b w:val="0"/>
          <w:i w:val="0"/>
        </w:rPr>
        <w:t xml:space="preserve">Some hours later I noticed both their heads and lips were very swollen as if they had been stung by bees but it was very cold and windy and there were no bees about and no signs of bee stings on either pup. I racked my brain to think what the pups had been doing earlier. All I remembered was that they had been chewing the fresh apple-tree twigs as they fell.  I Googled Ã¢â‚¬Å"what happens if dogs eat multiple apple tree twigsÃ¢â‚¬Â.  You guessed it! They would be poisoned! </w:t>
      </w:r>
    </w:p>
    <w:p>
      <w:r>
        <w:rPr>
          <w:b w:val="0"/>
          <w:i w:val="0"/>
        </w:rPr>
        <w:t>The twigs, like apple pips which we all know are poisonous, are stuffed full of cyanide and the swelling was due to their bodies reaction to cyanide poisoning evidenced by the accompanying loose motions next day. Luckily Labs are very tough and a dose of antihistamine had helped.  I was very pleased and relieved to see the pups faces were restored back to their normal shape, size and beautiful expression by morning. I wonder what other life threatening delights they will eat next!</w:t>
      </w:r>
    </w:p>
    <w:p>
      <w:r>
        <w:rPr>
          <w:b w:val="0"/>
          <w:i w:val="0"/>
        </w:rPr>
        <w:t>Here are the Results of Midland Counties Lab Club Ch Show from the Clubs Facebook website. Dog results- judge Sharon Lambert. Dog CC: Sh Ch A Sense Of PleasureÃ¢â‚¬â„¢s El Toro At Balladoole Jw, Dog  RCC: Royalty At Bannabeach Victor VictoriaÃ¢â‚¬â„¢s, Best Puppy Dog: Floki Thejester In Linjor, Best Veteran Dog: Sh Ch Millroseglen Make My Day With Meadovillabs</w:t>
      </w:r>
    </w:p>
    <w:p>
      <w:r>
        <w:rPr>
          <w:b w:val="0"/>
          <w:i w:val="0"/>
        </w:rPr>
        <w:t>Bitch results - judge Margaret Coddington. Bitch CC: Sh Ch Rochevale Once Upon A Time, Bitch RCC: Maxrose Daisy Belle, Best Puppy Bitch: Antonine SheÃ¢â‚¬â„¢s Like The Wind, Best Veteran Bitch: Pattilands Shining Star.</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