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- 18/03/2011"</w:t>
      </w:r>
      <w:r>
        <w:br/>
      </w:r>
      <w:r>
        <w:rPr>
          <w:b w:val="0"/>
          <w:i w:val="0"/>
        </w:rPr>
        <w:br/>
        <w:t>date_original: "18/03/2011"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"2026-09-13T22:49:07"</w:t>
      </w:r>
      <w:r>
        <w:br/>
      </w:r>
      <w:r>
        <w:rPr>
          <w:b w:val="0"/>
          <w:i w:val="0"/>
        </w:rPr>
        <w:br/>
        <w:t>word_count: 870</w:t>
      </w:r>
    </w:p>
    <w:p>
      <w:r>
        <w:t>――――――――――――――――――――――――――――――</w:t>
      </w:r>
    </w:p>
    <w:p>
      <w:r>
        <w:rPr>
          <w:b w:val="0"/>
          <w:i w:val="0"/>
        </w:rPr>
        <w:t>NEWS MEMBERS' AREA SHOP SUBSCRIBE UPCOMING SHOWS MORE</w:t>
      </w:r>
    </w:p>
    <w:p>
      <w:r>
        <w:rPr>
          <w:b w:val="0"/>
          <w:i w:val="0"/>
        </w:rPr>
        <w:t>RETRIEVER LABRADOR</w:t>
      </w:r>
    </w:p>
    <w:p>
      <w:r>
        <w:rPr>
          <w:b w:val="0"/>
          <w:i w:val="0"/>
        </w:rPr>
        <w:t>Issue: 18/03/2011</w:t>
      </w:r>
    </w:p>
    <w:p>
      <w:r>
        <w:rPr>
          <w:b w:val="0"/>
          <w:i w:val="0"/>
        </w:rPr>
        <w:t>A reminder - East Anglian Labrador Club is holding a Novice Judging Seminar on 17th April 2011 at the Turner Hall, Newmarket. The closing date for applications is 21st March 2011. The cost is:- Students Â£20 and Observers Â£15, which includes morning coffee/tea, lunch and afternoon tea/coffee. The seminar will include presentations on the breed standard, ring procedure and critique writing. There will also be an opportunity for students to go over the dogs with a Championship Show judge and ask questions. For more details contact Mrs Janet Cole, Stajantor, Station Farm, Manea, Cambs PE15 0HQ tel 01354 680375</w:t>
      </w:r>
    </w:p>
    <w:p>
      <w:r>
        <w:rPr>
          <w:b w:val="0"/>
          <w:i w:val="0"/>
        </w:rPr>
        <w:t>East Anglian Labrador Club held their championship show at Woodgreen Animal Centre, near Huntingdon on 5th March 2011. It was with sadness that I realised this was the first club Championship Show without the sociable presence of the late, dearly missed, Peggy Rae, (Cornlands). The floor was covered with bright green carpeting, which showed off the dogs very well. The judges were Maureen Floyd (Dogs) and Sheila Wallington (Bitches). From an entry of 250 dogs and bitches, the Dog CC was won by Leigh Lesleys yellow, Steeleigh Express Order JW, (Steeleigh American Express x Donacre Odds On for Steeleigh). The Dog RCC went to David Coodes yellow Warringah's Tennans Creek JW ((Sh Ch Dolwen Thomas Charles xWarringah Karalee).</w:t>
      </w:r>
    </w:p>
    <w:p>
      <w:r>
        <w:rPr>
          <w:b w:val="0"/>
          <w:i w:val="0"/>
        </w:rPr>
        <w:t>The Bitch CC and Best in Show was Jenny Greens yellow Thurbajens Saucy Saffron (Carpenny Austin x Thurbajens Whoops a Daisy) whilst the Bitch RCC was won by Miss Kristie Metcalfe's yellow, Sandylands Spring Blossom for Baileydale JW ShCM (Sh Ch Sandylands Wait and See x Sandylands Gypsy Rose). Best puppy was Les Brabbans yellow dog Cambremer Silverstone ((Sh Ch Silver Suede over Rocheby x Cambremer Socialite).</w:t>
      </w:r>
    </w:p>
    <w:p>
      <w:r>
        <w:rPr>
          <w:b w:val="0"/>
          <w:i w:val="0"/>
        </w:rPr>
        <w:t>Crufts was held the following Thursday and it was noticeably quieter than last year around the green carpeted Labrador ring. In 2010 Gundogs were scheduled on the Sunday. With the current economic climate, few people are going to take a sick-day off work on a Thursday even for Crufts and although the entries had held up very well, visitors were noticeably fewer and those from abroad appeared to be noticeably numerically down as well. A bad accident had closed the M1 motorway in both directions for several hours too. Thankfully the weather was bright and dry, as the walk from the far flung NEC car-parks with dogs, bags and baggage is not easy on ones own and would be frightful on a very wet day.</w:t>
      </w:r>
    </w:p>
    <w:p>
      <w:r>
        <w:rPr>
          <w:b w:val="0"/>
          <w:i w:val="0"/>
        </w:rPr>
        <w:t>For those of us at the show this year the benching was spacious and it was possible for the first time to find a seat to sit on at the ringside, whereas in previous years the chairs always appeared to be reserved (by coat!) by 7am, rather like towels on the sun beds round the swimming pool of a holiday resort.</w:t>
      </w:r>
    </w:p>
    <w:p>
      <w:r>
        <w:rPr>
          <w:b w:val="0"/>
          <w:i w:val="0"/>
        </w:rPr>
        <w:t>Our Judges were David Coode (218 Dogs) and Joyce Brabban (263 Bitches). The Dog CC went to the Allen family's well known yellow Sh Ch Allenies Maverick JW Sh Cm (Allenies McCallum JW x Allenies Graceful), looking extremely smart and on sparkling form to win an excellent Open class. The Dog RCC went to the Yearling class winner, Mr and Mrs Dantinnes black, Marronoir Michigan at Zanys, (Linnburnhead Reed Warbler x  Woolmer Tallulah at Marronoir) handled by Karen Powell</w:t>
      </w:r>
    </w:p>
    <w:p>
      <w:r>
        <w:rPr>
          <w:b w:val="0"/>
          <w:i w:val="0"/>
        </w:rPr>
        <w:t>In the Bitch ring, it was a wonderful day for Desmond and Rosemary Airey who won the Bitch CC and Best of Breed from Open with their yellow Sh Ch Ronsard Me Celebrait ShCM (Sh Ch Rocheby Statesman x Ronsard Hope and Glory) and later moved with style around the Group ring handled by Desmond. The Bitch RCC was won by David Craig and Angela Williams black, Foulby the Duchess (NZ Ch Croftsway First Knight x Sh Ch Foulby Buttons and Bows).Best puppy was John and Saudjie Crooks chocolate dog Balrion Weathertop Aramis (Balrion Weathertop John Barleycorn x Balrion Weathertop Duty Free).</w:t>
      </w:r>
    </w:p>
    <w:p>
      <w:r>
        <w:rPr>
          <w:b w:val="0"/>
          <w:i w:val="0"/>
        </w:rPr>
        <w:t>The attractive breed stands were situated around the breed rings and expertly manned by committee members diligently handing out the 2011 yearbooks and selling all manner of wonderful Labrador goodies. I understand that the very early morning setting up of the breed stands was delayed and greatly hampered; apparently a vital NEC key to the access tunnel from the car-parks had temporarily been mislaid and heavy boxes of yearbooks had to be carried into the Halls by a different route, which was over far greater distance than normaly. Three cheers to the behind the scenes committee members who cope so well on our behalf in such circumstances. More of Crufts next week.</w:t>
      </w:r>
    </w:p>
    <w:p>
      <w:r>
        <w:rPr>
          <w:b w:val="0"/>
          <w:i w:val="0"/>
        </w:rPr>
        <w:t>Ann Britton, 01989 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