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- 23 Apr 2004"</w:t>
      </w:r>
      <w:r>
        <w:br/>
      </w:r>
      <w:r>
        <w:rPr>
          <w:b w:val="0"/>
          <w:i w:val="0"/>
        </w:rPr>
        <w:br/>
        <w:t>date_original: "23 Apr 2004"</w:t>
      </w:r>
      <w:r>
        <w:br/>
      </w:r>
      <w:r>
        <w:rPr>
          <w:b w:val="0"/>
          <w:i w:val="0"/>
        </w:rPr>
        <w:br/>
        <w:t>source_url: "https://www.ourdogs.co.uk/members/breednotes/2004/RetrieverLabrador/RetrieverLabrador-apr23.htm"</w:t>
      </w:r>
      <w:r>
        <w:br/>
      </w:r>
      <w:r>
        <w:rPr>
          <w:b w:val="0"/>
          <w:i w:val="0"/>
        </w:rPr>
        <w:br/>
        <w:t>archive_type: "static_html"</w:t>
      </w:r>
      <w:r>
        <w:br/>
      </w:r>
      <w:r>
        <w:rPr>
          <w:b w:val="0"/>
          <w:i w:val="0"/>
        </w:rPr>
        <w:br/>
        <w:t>scraped_at: "2026-09-13T22:12:53"</w:t>
      </w:r>
      <w:r>
        <w:br/>
      </w:r>
      <w:r>
        <w:rPr>
          <w:b w:val="0"/>
          <w:i w:val="0"/>
        </w:rPr>
        <w:br/>
        <w:t>word_count: 1671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reminder at the beginning of another show season, do please let me know of your Open and Ch show successes to share with other readers. It also makes life much easier for me when compiling the breed-notes and records for other publications.</w:t>
      </w:r>
    </w:p>
    <w:p>
      <w:r>
        <w:rPr>
          <w:b w:val="0"/>
          <w:i w:val="0"/>
        </w:rPr>
        <w:t>For those attending WELKS Ch show, due to local on-going road works, please remember to follow the advised routes for access, which are enclosed with your WELKS passes. These will also apply to those attending Cotswold and Wyevern LRC Ch Show at Malvern later in the summer, so don’t throw them away, but keep them safe.</w:t>
      </w:r>
    </w:p>
    <w:p>
      <w:r>
        <w:rPr>
          <w:b w:val="0"/>
          <w:i w:val="0"/>
        </w:rPr>
        <w:t>At the Birmingham National Dog Show, on May 6th, Labradors will be benched and shown outside, in Pavilion A, situated in the centre arena. Parking will be on the main car park immediately behind the pavilion, so do not drive round to park by the Sandylands or Argyle centres as they are closed and will not be in use.</w:t>
      </w:r>
    </w:p>
    <w:p>
      <w:r>
        <w:rPr>
          <w:b w:val="0"/>
          <w:i w:val="0"/>
        </w:rPr>
        <w:t>A message from Arwyn Ellis, Secretary of the Labrador Retriever Club, will all those who have received the Kennel Club Health Survey sent out by the LRC make sure that is filled in quickly and returned in the prepaid envelope to the Kennel Club before 30th April. The more people who complete the survey the more value the results will be to the breed.</w:t>
      </w:r>
    </w:p>
    <w:p>
      <w:r>
        <w:rPr>
          <w:b w:val="0"/>
          <w:i w:val="0"/>
        </w:rPr>
        <w:t>During the Easter school holidays the E-mail system seemed to be getting slower and slower, clogged up with unwanted “pictorial” mail circulating the globe. At one point, I was receiving over 100 such rubbish emails every day, all destined for the trash can. The only good thing to come of this vast amount of mail in the Bulk Folder is the wonderful selection of names of the senders, all most useful as future puppy names.</w:t>
      </w:r>
    </w:p>
    <w:p>
      <w:r>
        <w:rPr>
          <w:b w:val="0"/>
          <w:i w:val="0"/>
        </w:rPr>
        <w:t>We are well into the spring show season now. I am so pleased to be walking properly again, but am very grateful to the pals, who are still continuing to help me, by running my dogs in the show-ring. My cornering is far from safe or pain-free as yet. The dogs are certainly being well socialised, trotting off happily with anyone who is nominated as runner. I must say I continue to be touched and grateful to all those who have been so wonderfully kind during what has been, for me, a far from easy four months recuperation. Dog people really are wonderful when the chips are down. My thanks to you all.</w:t>
      </w:r>
    </w:p>
    <w:p>
      <w:r>
        <w:rPr>
          <w:b w:val="0"/>
          <w:i w:val="0"/>
        </w:rPr>
        <w:t>Looking forward to returning to the show-ring with my new puppy, we drove down to Kent, Surrey and Sussex Lab Club Ch show early one recent Sunday morning.</w:t>
      </w:r>
    </w:p>
    <w:p>
      <w:r>
        <w:rPr>
          <w:b w:val="0"/>
          <w:i w:val="0"/>
        </w:rPr>
        <w:t>Dressing in the small, dark hours, I failed to notice that the smart new trousers I thought I was putting on, were not those in fact, but my extremely ready for the wash, worn-out, ripped kennel trousers! Some hours later, on arrival at the venue in the clear light of day, it was most amusing to see that my “best attire” was not exactly that. Ah well, having been through hell and high water with the hip …who cares about a pair of grubby trousers! (they appeared to be lucky as my pup won his first Minor Puppy class, too).</w:t>
      </w:r>
    </w:p>
    <w:p>
      <w:r>
        <w:rPr>
          <w:b w:val="0"/>
          <w:i w:val="0"/>
        </w:rPr>
        <w:t>It reminded me of many years ago, when my mother arrived by car to judge the Birmingham City Ch Show, which was then located in Handsworth Park. Looking down, she saw with horror that she was still wearing her fluffy pink sheepskin bedroom slippers. The only shoe shop open in the area, was by Birmingham’s Winson Green Prison, which catered for the jail’s recently released inmates, plus, on that particular day, one lady dog show judge!</w:t>
      </w:r>
    </w:p>
    <w:p>
      <w:r>
        <w:rPr>
          <w:b w:val="0"/>
          <w:i w:val="0"/>
        </w:rPr>
        <w:t>The Judges at KSS were Dale Elliott (Dogs) and Gunilla Andersson (Bitches).</w:t>
      </w:r>
    </w:p>
    <w:p>
      <w:r>
        <w:rPr>
          <w:b w:val="0"/>
          <w:i w:val="0"/>
        </w:rPr>
        <w:t>Best in Show and Bitch CC winner was the yellow Undergraduate bitch of Franco Barberi from Italy, Loch Mor Sugar. The Bitch RCC was won by Jean Allen’s yellow, Allennie Machattie.</w:t>
      </w:r>
    </w:p>
    <w:p>
      <w:r>
        <w:rPr>
          <w:b w:val="0"/>
          <w:i w:val="0"/>
        </w:rPr>
        <w:t>In the Dog Ring the CC was won by the Ellis family’s yellow Sh Ch Dolwen Francis Henry JW with the RCC going to Mr and Mrs Metcalfe’s yellow Baileydale BonBon.</w:t>
      </w:r>
    </w:p>
    <w:p>
      <w:r>
        <w:rPr>
          <w:b w:val="0"/>
          <w:i w:val="0"/>
        </w:rPr>
        <w:t>The previous day the Lab Club of Scotland Show was held at the opposite end of the country. Here the judge was Fiona Braddon and her winners were Best in Show and Dog CC - Diana Downey Tulloch’s Crufts Gundog Group winner, Sh Ch Tullochmohr Final Edition winning his 14th CC. The Dog RCC was won by John and Saudjie Crook’s black, Am Ch Weathertop Storm Cloud. The Bitch CC was another for Christine Bailiss’s Sh Ch Tissalian Oh Sanchia with the RCC going to David Craig and Angela William’s Sh Ch Foulby Agatha Christie. Best Puppy was Judith Charlton’s Foxrush Dick Francis.</w:t>
      </w:r>
    </w:p>
    <w:p>
      <w:r>
        <w:rPr>
          <w:b w:val="0"/>
          <w:i w:val="0"/>
        </w:rPr>
        <w:t>Caron Morton tells me that Tina Braimbridge (mum of 15 year old Hannah, who owns and shows Dakross Kris Kristoffersen at Hannabee) is doing a sponsored run on 9th May. The run is called “Race for Life” and is organised by Cancer Research UK. 5Km long, it starts at 11.00am in the Queen's Garden, Hull City Centre and is for women only. There is the option to walk, jog or run.</w:t>
      </w:r>
      <w:r>
        <w:br/>
      </w:r>
      <w:r>
        <w:rPr>
          <w:b w:val="0"/>
          <w:i w:val="0"/>
        </w:rPr>
        <w:br/>
        <w:t>During this coming summer there will be 150 such races taking place in the UK, to be run by approximately 325,000 women. Their slogan is MANY WOMEN, ONE REASON, to celebrate life and to remember those lives lost to cancer.</w:t>
      </w:r>
    </w:p>
    <w:p>
      <w:r>
        <w:rPr>
          <w:b w:val="0"/>
          <w:i w:val="0"/>
        </w:rPr>
        <w:t>Tina will be running in memory of our fellow exhibitor and friend Viv Scott who so sadly died last year and will have Viv's name on the back of her t-shirt.</w:t>
      </w:r>
    </w:p>
    <w:p>
      <w:r>
        <w:rPr>
          <w:b w:val="0"/>
          <w:i w:val="0"/>
        </w:rPr>
        <w:t>The Race for Life target is to raise £20 million, which will go to scientists, doctors and nurses to help fund research into new and effective treatments for cancer, Donation/sponsorship, no matter how small, will be greatly appreciated.</w:t>
      </w:r>
    </w:p>
    <w:p>
      <w:r>
        <w:rPr>
          <w:b w:val="0"/>
          <w:i w:val="0"/>
        </w:rPr>
        <w:t>Would all those who would like to sponsor Tina in memory of Viv, kindly telephone Tina direct with a donation on: 01482 650378.</w:t>
      </w:r>
    </w:p>
    <w:p>
      <w:r>
        <w:rPr>
          <w:b w:val="0"/>
          <w:i w:val="0"/>
        </w:rPr>
        <w:t>Cancer Research can claim tax on every sponsorship donation and get 28% more funds by ticking a 'gift aid' box on the sponsor form. To claim this Tina will need your full home address details. Do please give her a ring.</w:t>
      </w:r>
    </w:p>
    <w:p>
      <w:r>
        <w:rPr>
          <w:b w:val="0"/>
          <w:i w:val="0"/>
        </w:rPr>
        <w:t>Ann Britton</w:t>
      </w:r>
      <w:r>
        <w:br/>
      </w:r>
      <w:r>
        <w:rPr>
          <w:b w:val="0"/>
          <w:i w:val="0"/>
        </w:rPr>
        <w:br/>
        <w:t>01989 720665</w:t>
      </w:r>
      <w:r>
        <w:br/>
      </w:r>
      <w:r>
        <w:rPr>
          <w:b w:val="0"/>
          <w:i w:val="0"/>
        </w:rPr>
        <w:br/>
        <w:t>Email bowstones@btinternet.com</w:t>
      </w:r>
    </w:p>
    <w:p>
      <w:r>
        <w:rPr>
          <w:b w:val="0"/>
          <w:i w:val="0"/>
        </w:rPr>
        <w:t>With computers they are working or not! No in betweens. So when Friday after the Labrador Club of Scotland Show I sat down to report on the show it chose to have a day off. Too late to do anything, like post it in. That's what comes of leaving things to the last minute. Today is not much different as just as I was leaving to fish on Loch Awe I remembered. Who says we have plenty of time when we retire. Busy people seem to stay busy all their lives.</w:t>
      </w:r>
    </w:p>
    <w:p>
      <w:r>
        <w:rPr>
          <w:b w:val="0"/>
          <w:i w:val="0"/>
        </w:rPr>
        <w:t>Most of you should know the results by now but it must be said the show was as well run as Scottish Labrador club shows have always been with the added bonus of a celebratory glass of wine and cake to celebrate 60 years in the business. Some were surprised the show was not benched and in the cold showery day we had it made it a bit miserable going in and out with a number of dogs but it was in the schedule.</w:t>
      </w:r>
    </w:p>
    <w:p>
      <w:r>
        <w:rPr>
          <w:b w:val="0"/>
          <w:i w:val="0"/>
        </w:rPr>
        <w:t>However, it was once again a day to remember for Diana Downey-Tulloch going Best in Show with her dog. The best bitch was of course Best in Show last year, with this year`s dog Reserve. Results: Best in Show, Sh. Ch. TULLOCHMOHR FINAL EDITION. Reserve Best in Show, Sh. Ch. TISSALIAN OH SANCHIA. Best Puppy, FOXRUSH DICK FRANCIS. Reserve Dog CC US CH Weathertop Storm Cloud, Reserve Bitch CC SH CH Foulby Agatha Christie.</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