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- 22/06/2018 - ISSUE"</w:t>
      </w:r>
      <w:r>
        <w:br/>
      </w:r>
      <w:r>
        <w:rPr>
          <w:b w:val="0"/>
          <w:i w:val="0"/>
        </w:rPr>
        <w:br/>
        <w:t>date_original: "22/06/2018 - ISSUE"</w:t>
      </w:r>
      <w:r>
        <w:br/>
      </w:r>
      <w:r>
        <w:rPr>
          <w:b w:val="0"/>
          <w:i w:val="0"/>
        </w:rPr>
        <w:br/>
        <w:t>source_url: "https://www.ourdogs.co.uk/members/breednotes/RetrieverLabradorMain.php"</w:t>
      </w:r>
      <w:r>
        <w:br/>
      </w:r>
      <w:r>
        <w:rPr>
          <w:b w:val="0"/>
          <w:i w:val="0"/>
        </w:rPr>
        <w:br/>
        <w:t>scraped_at: "2026-09-13T15:22:53"</w:t>
      </w:r>
      <w:r>
        <w:br/>
      </w:r>
      <w:r>
        <w:rPr>
          <w:b w:val="0"/>
          <w:i w:val="0"/>
        </w:rPr>
        <w:br/>
        <w:t>word_count: 983</w:t>
      </w:r>
    </w:p>
    <w:p>
      <w:r>
        <w:t>――――――――――――――――――――――――――――――</w:t>
      </w:r>
    </w:p>
    <w:p>
      <w:r>
        <w:rPr>
          <w:b w:val="0"/>
          <w:i w:val="0"/>
        </w:rPr>
        <w:t>NEWS MEMBERS' AREA SHOP SUBSCRIBE UPCOMING SHOWS MORE</w:t>
      </w:r>
    </w:p>
    <w:p>
      <w:r>
        <w:rPr>
          <w:b w:val="0"/>
          <w:i w:val="0"/>
        </w:rPr>
        <w:t>RETRIEVER LABRADOR</w:t>
      </w:r>
    </w:p>
    <w:p>
      <w:r>
        <w:rPr>
          <w:b w:val="0"/>
          <w:i w:val="0"/>
        </w:rPr>
        <w:t>Issue: 22/06/2018</w:t>
      </w:r>
    </w:p>
    <w:p>
      <w:r>
        <w:rPr>
          <w:b w:val="0"/>
          <w:i w:val="0"/>
        </w:rPr>
        <w:t xml:space="preserve">Do remember it is still a KC requirement that judges reports are sent to Our Dogs for publication  especially as not everyone has a computer. </w:t>
      </w:r>
    </w:p>
    <w:p>
      <w:r>
        <w:rPr>
          <w:b w:val="0"/>
          <w:i w:val="0"/>
        </w:rPr>
        <w:t xml:space="preserve">On the other side of technical changes, I was surprised to see a judge who was judging several Gundog Breeds including Labradors at an Open show, not taking notes of his winners construction for his critique but relying solely on a profile photo from which presumably he was going to write his full critique. </w:t>
      </w:r>
    </w:p>
    <w:p>
      <w:r>
        <w:rPr>
          <w:b w:val="0"/>
          <w:i w:val="0"/>
        </w:rPr>
        <w:t>Those unfamiliar with the Breed wrongly check double coat along the Labradors spine rather than the flanks and it therefore crossed my mind that as he appeared unused to judging Labradors, how could  he construct an informed  critique from just a profile photo and his memory?</w:t>
      </w:r>
    </w:p>
    <w:p>
      <w:r>
        <w:rPr>
          <w:b w:val="0"/>
          <w:i w:val="0"/>
        </w:rPr>
        <w:t xml:space="preserve">Interesting. Maybe taking profile photos is the  new technical requirement for judging, post 2020, in which case we average  photographers will certainly need to up our skills if we don't have 100 % photographic memories to explain why 1st place beat second place, or what colour the eyes were, what width of skull, what moulding of head, what shape the bone or width of quarters all invisible in profile. </w:t>
      </w:r>
    </w:p>
    <w:p>
      <w:r>
        <w:rPr>
          <w:b w:val="0"/>
          <w:i w:val="0"/>
        </w:rPr>
        <w:t>The results of the Labrador Club of Scotland's recent Open Show on June 3rd, judged by Lorna Ungoed-Thomas (Murlaggan),  from an entry of 72 dogs and bitches, are as follows -</w:t>
      </w:r>
    </w:p>
    <w:p>
      <w:r>
        <w:rPr>
          <w:b w:val="0"/>
          <w:i w:val="0"/>
        </w:rPr>
        <w:t>Best in Show - Richard Bells' black bitch Brigburn Sonoran at Westerulston</w:t>
      </w:r>
    </w:p>
    <w:p>
      <w:r>
        <w:rPr>
          <w:b w:val="0"/>
          <w:i w:val="0"/>
        </w:rPr>
        <w:t>Reserve BIS - Bob Lennox &amp; Robert Morgan's yellow bitch Sh Ch Wilenmory Collabro</w:t>
      </w:r>
    </w:p>
    <w:p>
      <w:r>
        <w:rPr>
          <w:b w:val="0"/>
          <w:i w:val="0"/>
        </w:rPr>
        <w:t>Best Dog - Caroline Campbell's yellow dog Binnaig Burberry</w:t>
      </w:r>
    </w:p>
    <w:p>
      <w:r>
        <w:rPr>
          <w:b w:val="0"/>
          <w:i w:val="0"/>
        </w:rPr>
        <w:t>Res Best Dog - the Brown family's black dog Ramsayville Texas Rising</w:t>
      </w:r>
    </w:p>
    <w:p>
      <w:r>
        <w:rPr>
          <w:b w:val="0"/>
          <w:i w:val="0"/>
        </w:rPr>
        <w:t>Best Puppy in Show- Kay Cook's 6 month old black dog Exelby Salsona</w:t>
      </w:r>
    </w:p>
    <w:p>
      <w:r>
        <w:rPr>
          <w:b w:val="0"/>
          <w:i w:val="0"/>
        </w:rPr>
        <w:t xml:space="preserve">RBPIS - Louise Lewis's yellow bitch Crammondkirk Rockin Robin </w:t>
      </w:r>
    </w:p>
    <w:p>
      <w:r>
        <w:rPr>
          <w:b w:val="0"/>
          <w:i w:val="0"/>
        </w:rPr>
        <w:t>Across the water, Niamh Callaghan celebrated her birthday with some exciting wins  at Swords Championship Show. Her Bannabeach CJ Stander won his 3rd Green Star at 11 months of age and her bitch,  Bannabeach Charlotte's Web won the Green Star, Best of Breed and 2nd in Group 8. Well done. What a lovely way to pass a Birthday.</w:t>
      </w:r>
    </w:p>
    <w:p>
      <w:r>
        <w:rPr>
          <w:b w:val="0"/>
          <w:i w:val="0"/>
        </w:rPr>
        <w:t>Border Union is one of my favourite events which sadly I never get to these days, having done so every single year when husband George was alive. After the show we travelled north westwards beyond Fort William, past the brooding Ben Nevis and stayed on the shores of Loch Oich which leads to the famous Loch Ness, home of the illusive Nessy. Every year we returned like swallows The dogs so loved swimming in the Loch. The downside was by the end of the holiday, the car stank of soggy dog towels.</w:t>
      </w:r>
    </w:p>
    <w:p>
      <w:r>
        <w:rPr>
          <w:b w:val="0"/>
          <w:i w:val="0"/>
        </w:rPr>
        <w:t>This year, the judge was Alex Douglas (Talard) and his winners were:-</w:t>
      </w:r>
    </w:p>
    <w:p>
      <w:r>
        <w:rPr>
          <w:b w:val="0"/>
          <w:i w:val="0"/>
        </w:rPr>
        <w:t xml:space="preserve">Dog CC and BOB - Marlene and David Heppers black, Mardas All Blacks JW one more to go, I believe. </w:t>
      </w:r>
    </w:p>
    <w:p>
      <w:r>
        <w:rPr>
          <w:b w:val="0"/>
          <w:i w:val="0"/>
        </w:rPr>
        <w:t>Dog RCC - Mac Percival's newly crowned black Sh Ch Wynfaul the .Wizard.</w:t>
      </w:r>
    </w:p>
    <w:p>
      <w:r>
        <w:rPr>
          <w:b w:val="0"/>
          <w:i w:val="0"/>
        </w:rPr>
        <w:t>Bitch CC - Ramsayville Rhubarb Rock at Kinchyle owned by Lesley Park, this was her second CC having won her first under Yo Shirton at Lab Club of Northern Ireland 2017.</w:t>
      </w:r>
    </w:p>
    <w:p>
      <w:r>
        <w:rPr>
          <w:b w:val="0"/>
          <w:i w:val="0"/>
        </w:rPr>
        <w:t>Bitch RCC - Eric Parrs Stoneavon Minni the Moocher.</w:t>
      </w:r>
    </w:p>
    <w:p>
      <w:r>
        <w:rPr>
          <w:b w:val="0"/>
          <w:i w:val="0"/>
        </w:rPr>
        <w:t>Best Puppy - Mafia Labs Taboo Webster at Balladoole owned by Miss Druggan.</w:t>
      </w:r>
    </w:p>
    <w:p>
      <w:r>
        <w:rPr>
          <w:b w:val="0"/>
          <w:i w:val="0"/>
        </w:rPr>
        <w:t>Congratulations to you all. I was so pleased for Marlene to hear of the CC and BOB success. The Mardas Kennel have consistently produced top class typical classic Labradors for many many years and they have bred on with success for other kennels too. Marlene has not had an easy time if it healthwise in recent years, yet she doesn't give in but still perseveres. I  hope this second CC will give her a well deserved lift and that the 3rd CC is not far off.</w:t>
      </w:r>
    </w:p>
    <w:p>
      <w:r>
        <w:rPr>
          <w:b w:val="0"/>
          <w:i w:val="0"/>
        </w:rPr>
        <w:t xml:space="preserve">Good to see Labradors featuring in Group wins and placings at Open Shows these days. Sharon Lambert has been having more success and writes, "at Ashfield and DCS on 10th June 2018, Trudy, Mattand Excuse Me Sir JW (Ch Mattand Exodus JW x Mattand Chance a Glance) went Best of Breed under Pauline O'Gorman (Berrymead) and Group 1 under Steve Sheppard (Prairiedawn). </w:t>
      </w:r>
    </w:p>
    <w:p>
      <w:r>
        <w:rPr>
          <w:b w:val="0"/>
          <w:i w:val="0"/>
        </w:rPr>
        <w:t>Many congratulations.</w:t>
      </w:r>
    </w:p>
    <w:p>
      <w:r>
        <w:rPr>
          <w:b w:val="0"/>
          <w:i w:val="0"/>
        </w:rPr>
        <w:t>Now on a purely technical topic, is there anyone out there that can advise me how to stop my iPad and iPhone putting a full stop in front of capital letters and also changing those capitals to lower case sometimes as well, all as I type. It's driving me to distraction correcting it. There must be a simple solution.</w:t>
      </w:r>
    </w:p>
    <w:p>
      <w:r>
        <w:rPr>
          <w:b w:val="0"/>
          <w:i w:val="0"/>
        </w:rPr>
        <w:t xml:space="preserve">For those who like puppy news, the dearest 8weeks black singleton fellow, I can't say little fellow, because he isn't, but the singleton has found a pal at last and plays with him excitedly for ages. </w:t>
      </w:r>
    </w:p>
    <w:p>
      <w:r>
        <w:rPr>
          <w:b w:val="0"/>
          <w:i w:val="0"/>
        </w:rPr>
        <w:t xml:space="preserve">The pal, actually it's his own reflection, lives in a stainless steel dog bowl and looks up at the puppy from the shiny bowl surface. The 'reflection puppy' puts up his feet to play every single time the real puppy puts his feet in the bowl. </w:t>
      </w:r>
    </w:p>
    <w:p>
      <w:r>
        <w:rPr>
          <w:b w:val="0"/>
          <w:i w:val="0"/>
        </w:rPr>
        <w:t>This drives the real puppy into squeals of delight and starts minutes of excited merriment as pups spins the dish, and his new found pal, round and round and round, until the game comes to an exhausted end and neither wins! It's hilarious to watch!</w:t>
      </w:r>
    </w:p>
    <w:p>
      <w:r>
        <w:rPr>
          <w:b w:val="0"/>
          <w:i w:val="0"/>
        </w:rPr>
        <w:t>Keep the news coming!</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