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――――――――――――――――――――――――――――――</w:t>
      </w:r>
    </w:p>
    <w:p>
      <w:r>
        <w:rPr>
          <w:b w:val="0"/>
          <w:i w:val="0"/>
        </w:rPr>
        <w:t>title: "Labrador Breed Notes - 05/01/2018 - ISSUE"</w:t>
      </w:r>
      <w:r>
        <w:br/>
      </w:r>
      <w:r>
        <w:rPr>
          <w:b w:val="0"/>
          <w:i w:val="0"/>
        </w:rPr>
        <w:br/>
        <w:t>date_original: "05/01/2018 - ISSUE"</w:t>
      </w:r>
      <w:r>
        <w:br/>
      </w:r>
      <w:r>
        <w:rPr>
          <w:b w:val="0"/>
          <w:i w:val="0"/>
        </w:rPr>
        <w:br/>
        <w:t>source_url: "https://www.ourdogs.co.uk/members/breednotes/RetrieverLabradorMain.php"</w:t>
      </w:r>
      <w:r>
        <w:br/>
      </w:r>
      <w:r>
        <w:rPr>
          <w:b w:val="0"/>
          <w:i w:val="0"/>
        </w:rPr>
        <w:br/>
        <w:t>scraped_at: "2026-09-13T15:24:11"</w:t>
      </w:r>
      <w:r>
        <w:br/>
      </w:r>
      <w:r>
        <w:rPr>
          <w:b w:val="0"/>
          <w:i w:val="0"/>
        </w:rPr>
        <w:br/>
        <w:t>word_count: 746</w:t>
      </w:r>
    </w:p>
    <w:p>
      <w:r>
        <w:t>――――――――――――――――――――――――――――――</w:t>
      </w:r>
    </w:p>
    <w:p>
      <w:r>
        <w:rPr>
          <w:b w:val="0"/>
          <w:i w:val="0"/>
        </w:rPr>
        <w:t>NEWS MEMBERS' AREA SHOP SUBSCRIBE UPCOMING SHOWS MORE</w:t>
      </w:r>
    </w:p>
    <w:p>
      <w:r>
        <w:rPr>
          <w:b w:val="0"/>
          <w:i w:val="0"/>
        </w:rPr>
        <w:t>RETRIEVER LABRADOR</w:t>
      </w:r>
    </w:p>
    <w:p>
      <w:r>
        <w:rPr>
          <w:b w:val="0"/>
          <w:i w:val="0"/>
        </w:rPr>
        <w:t>Issue: 05/01/2018</w:t>
      </w:r>
    </w:p>
    <w:p>
      <w:r>
        <w:rPr>
          <w:b w:val="0"/>
          <w:i w:val="0"/>
        </w:rPr>
        <w:t>With Christmas and the New Year celebrations behind us, I wish you all a Very Happy 2018.</w:t>
      </w:r>
    </w:p>
    <w:p>
      <w:r>
        <w:rPr>
          <w:b w:val="0"/>
          <w:i w:val="0"/>
        </w:rPr>
        <w:t xml:space="preserve">On the practical side, a reminder that it's time to pay all Breed Club subscriptions due 1st January, details of current fees are on the individual breed club websites. </w:t>
      </w:r>
    </w:p>
    <w:p>
      <w:r>
        <w:rPr>
          <w:b w:val="0"/>
          <w:i w:val="0"/>
        </w:rPr>
        <w:t>Do remember that Crufts postal entries close on 8th Jan and online on 22nd Jan  2018. Judges are Richard Stafford and Shaun Williamson.</w:t>
      </w:r>
    </w:p>
    <w:p>
      <w:r>
        <w:rPr>
          <w:b w:val="0"/>
          <w:i w:val="0"/>
        </w:rPr>
        <w:t xml:space="preserve">Postal Entries close in January for several Breed club Limited, Open or Championship shows. Find full details of online closing dates via Fosse data and the Breed club websites, also </w:t>
      </w:r>
    </w:p>
    <w:p>
      <w:r>
        <w:rPr>
          <w:b w:val="0"/>
          <w:i w:val="0"/>
        </w:rPr>
        <w:t>East Anglian Labrador Club has an excellent show entry closing list on their website.</w:t>
      </w:r>
    </w:p>
    <w:p>
      <w:r>
        <w:rPr>
          <w:b w:val="0"/>
          <w:i w:val="0"/>
        </w:rPr>
        <w:t>Urgent entries as well as Crufts, to attend to as they are closing very soon are:-</w:t>
      </w:r>
    </w:p>
    <w:p>
      <w:r>
        <w:rPr>
          <w:b w:val="0"/>
          <w:i w:val="0"/>
        </w:rPr>
        <w:t>Cotswold and Wyevern LRC Open Show on 10th February at  Norton, Worcester, postal entries close on 6th January and online on 18th Jan. The judge is Anne Hoban ( Meadowleigh).</w:t>
      </w:r>
    </w:p>
    <w:p>
      <w:r>
        <w:rPr>
          <w:b w:val="0"/>
          <w:i w:val="0"/>
        </w:rPr>
        <w:t>Lab Club of Wales Ch Show at Chepstow on 3rd February, postal entries close on 7th Jan - online 17th Jan. Judges Joan Woodall (Dogs) and Jean Louis Blais ( Canada) (Bitches).</w:t>
      </w:r>
    </w:p>
    <w:p>
      <w:r>
        <w:rPr>
          <w:b w:val="0"/>
          <w:i w:val="0"/>
        </w:rPr>
        <w:t>Kent Surrey and Sussex LRC Open Show on 18th Jan, postal entries close on 7th Jan. Judge is Hans Stigt from Netherlands. The show is at Bletchingly, Nr Redhill.</w:t>
      </w:r>
    </w:p>
    <w:p>
      <w:r>
        <w:rPr>
          <w:b w:val="0"/>
          <w:i w:val="0"/>
        </w:rPr>
        <w:t xml:space="preserve">Three Ridings LRC Open Show on 28th Jan at Netherton, Wakefield- postal entries close on 9th Jan. The judge is Mrs P Ayres (Musubi) </w:t>
      </w:r>
    </w:p>
    <w:p>
      <w:r>
        <w:rPr>
          <w:b w:val="0"/>
          <w:i w:val="0"/>
        </w:rPr>
        <w:t>North West LRC Limited Show is on 18th Feb, postal entries close on 17th Jan. Judge is Wendy Mindhull ( Sidelock)</w:t>
      </w:r>
    </w:p>
    <w:p>
      <w:r>
        <w:rPr>
          <w:b w:val="0"/>
          <w:i w:val="0"/>
        </w:rPr>
        <w:t>Northumberland and Durham LRC Open Show on 11th Feb- postal entries close on 19th Jan and online on 28th .Jan. Judge is Di Beer.</w:t>
      </w:r>
    </w:p>
    <w:p>
      <w:r>
        <w:rPr>
          <w:b w:val="0"/>
          <w:i w:val="0"/>
        </w:rPr>
        <w:t xml:space="preserve">Looking slightly further ahead, East Anglian  Lab Club on March 3rd, at </w:t>
      </w:r>
    </w:p>
    <w:p>
      <w:r>
        <w:rPr>
          <w:b w:val="0"/>
          <w:i w:val="0"/>
        </w:rPr>
        <w:t>Godmanchester, postal entries close on 5th Feb and online on 12th Feb. Judges Margaret Coddington( dogs) and Mandy Stewart (Bitches)</w:t>
      </w:r>
    </w:p>
    <w:p>
      <w:r>
        <w:rPr>
          <w:b w:val="0"/>
          <w:i w:val="0"/>
        </w:rPr>
        <w:t>Do be aware of the WELKS Ch Show "date sensitive reduced price entry fee" of Â£24 for the first entry with each dog, which applies ONLY  if you enter before 7th February. After that date the normal entry fee is Â£27 per dog. Once again, all information is on the Fosse data website. The show is to be held at Malvern on April 27th, 28th and 29th.</w:t>
      </w:r>
    </w:p>
    <w:p>
      <w:r>
        <w:rPr>
          <w:b w:val="0"/>
          <w:i w:val="0"/>
        </w:rPr>
        <w:t>To close, I saw this somewhat cynical  text online. I hope it's not really true! Let's try to make sure no one thinks like this in 2018!</w:t>
      </w:r>
    </w:p>
    <w:p>
      <w:r>
        <w:rPr>
          <w:b w:val="0"/>
          <w:i w:val="0"/>
        </w:rPr>
        <w:t>λIf you love to talk about dogs, you're a know-it-all.</w:t>
      </w:r>
    </w:p>
    <w:p>
      <w:r>
        <w:rPr>
          <w:b w:val="0"/>
          <w:i w:val="0"/>
        </w:rPr>
        <w:t>λIf you don't talk about dogs, you know nothing.</w:t>
      </w:r>
    </w:p>
    <w:p>
      <w:r>
        <w:rPr>
          <w:b w:val="0"/>
          <w:i w:val="0"/>
        </w:rPr>
        <w:t>λIf you chat at a show, you're a show-off.</w:t>
      </w:r>
    </w:p>
    <w:p>
      <w:r>
        <w:rPr>
          <w:b w:val="0"/>
          <w:i w:val="0"/>
        </w:rPr>
        <w:t>λIf you don't chat, success has gone to your head.</w:t>
      </w:r>
    </w:p>
    <w:p>
      <w:r>
        <w:rPr>
          <w:b w:val="0"/>
          <w:i w:val="0"/>
        </w:rPr>
        <w:t>λIf your dogs are at all the shows, you're not letting others in on the wins.</w:t>
      </w:r>
    </w:p>
    <w:p>
      <w:r>
        <w:rPr>
          <w:b w:val="0"/>
          <w:i w:val="0"/>
        </w:rPr>
        <w:t>λIf you're absent, you're afraid of the competition.</w:t>
      </w:r>
    </w:p>
    <w:p>
      <w:r>
        <w:rPr>
          <w:b w:val="0"/>
          <w:i w:val="0"/>
        </w:rPr>
        <w:t>λIf your dog wins, you know the judges.</w:t>
      </w:r>
    </w:p>
    <w:p>
      <w:r>
        <w:rPr>
          <w:b w:val="0"/>
          <w:i w:val="0"/>
        </w:rPr>
        <w:t>λIf you don't win, it's obvious your dog isn't quality.</w:t>
      </w:r>
    </w:p>
    <w:p>
      <w:r>
        <w:rPr>
          <w:b w:val="0"/>
          <w:i w:val="0"/>
        </w:rPr>
        <w:t>λIf you win and thank the judge, you're playing politics.</w:t>
      </w:r>
    </w:p>
    <w:p>
      <w:r>
        <w:rPr>
          <w:b w:val="0"/>
          <w:i w:val="0"/>
        </w:rPr>
        <w:t>λIf you win and don't thank the judge, you're rude.</w:t>
      </w:r>
    </w:p>
    <w:p>
      <w:r>
        <w:rPr>
          <w:b w:val="0"/>
          <w:i w:val="0"/>
        </w:rPr>
        <w:t>λIf you lose and congratulate the winner, you're a hypocrite.</w:t>
      </w:r>
    </w:p>
    <w:p>
      <w:r>
        <w:rPr>
          <w:b w:val="0"/>
          <w:i w:val="0"/>
        </w:rPr>
        <w:t>λIf you lose and don't say anything, you're a poor sport.</w:t>
      </w:r>
    </w:p>
    <w:p>
      <w:r>
        <w:rPr>
          <w:b w:val="0"/>
          <w:i w:val="0"/>
        </w:rPr>
        <w:t>λIf you've been breeding less than 20 years you're a newcomer.</w:t>
      </w:r>
    </w:p>
    <w:p>
      <w:r>
        <w:rPr>
          <w:b w:val="0"/>
          <w:i w:val="0"/>
        </w:rPr>
        <w:t>λIf you've been breeding for more than 20 years, you should get out of the way of the up-and-comers.</w:t>
      </w:r>
    </w:p>
    <w:p>
      <w:r>
        <w:rPr>
          <w:b w:val="0"/>
          <w:i w:val="0"/>
        </w:rPr>
        <w:t>λIf you use your own stud, you're kennel blind.</w:t>
      </w:r>
    </w:p>
    <w:p>
      <w:r>
        <w:rPr>
          <w:b w:val="0"/>
          <w:i w:val="0"/>
        </w:rPr>
        <w:t>λIf you go outside for stud services, you don't think much of your own breeding.</w:t>
      </w:r>
    </w:p>
    <w:p>
      <w:r>
        <w:rPr>
          <w:b w:val="0"/>
          <w:i w:val="0"/>
        </w:rPr>
        <w:t>λIf you sell most of your puppies, you're trying to flood the market.</w:t>
      </w:r>
    </w:p>
    <w:p>
      <w:r>
        <w:rPr>
          <w:b w:val="0"/>
          <w:i w:val="0"/>
        </w:rPr>
        <w:t>λIf you keep most of your puppies, they're not good enough to sell.</w:t>
      </w:r>
    </w:p>
    <w:p>
      <w:r>
        <w:rPr>
          <w:b w:val="0"/>
          <w:i w:val="0"/>
        </w:rPr>
        <w:t>λIf you keep your health testing up to date, you're admitting your lines are full of problems.</w:t>
      </w:r>
    </w:p>
    <w:p>
      <w:r>
        <w:rPr>
          <w:b w:val="0"/>
          <w:i w:val="0"/>
        </w:rPr>
        <w:t>λIf you don't check for every condition known to veterinary science, you're irresponsible and have no integrity.</w:t>
      </w:r>
    </w:p>
    <w:p>
      <w:r>
        <w:rPr>
          <w:b w:val="0"/>
          <w:i w:val="0"/>
        </w:rPr>
        <w:t>λIf you choose to mentor or offer 'free' advice, you're arrogant.</w:t>
      </w:r>
    </w:p>
    <w:p>
      <w:r>
        <w:rPr>
          <w:b w:val="0"/>
          <w:i w:val="0"/>
        </w:rPr>
        <w:t>λAnd finally, if you keep your opinions and knowledge to yourself, you haven't learned anything."</w:t>
      </w:r>
    </w:p>
    <w:p>
      <w:r>
        <w:rPr>
          <w:b w:val="0"/>
          <w:i w:val="0"/>
        </w:rPr>
        <w:t>Oh dear! What about "Think happy and you'll be happy!" Try that one instead.</w:t>
      </w:r>
    </w:p>
    <w:p>
      <w:r>
        <w:rPr>
          <w:b w:val="0"/>
          <w:i w:val="0"/>
        </w:rPr>
        <w:t>Ann Britton</w:t>
      </w:r>
    </w:p>
    <w:p>
      <w:r>
        <w:rPr>
          <w:b w:val="0"/>
          <w:i w:val="0"/>
        </w:rPr>
        <w:t>01989720665</w:t>
      </w:r>
    </w:p>
    <w:p>
      <w:r>
        <w:rPr>
          <w:b w:val="0"/>
          <w:i w:val="0"/>
        </w:rPr>
        <w:t>Email:bowstones@btinternet.com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