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 February 2004"</w:t>
      </w:r>
      <w:r>
        <w:br/>
      </w:r>
      <w:r>
        <w:rPr>
          <w:b w:val="0"/>
          <w:i w:val="0"/>
        </w:rPr>
        <w:br/>
        <w:t>date_original: "2 February 2004"</w:t>
      </w:r>
      <w:r>
        <w:br/>
      </w:r>
      <w:r>
        <w:rPr>
          <w:b w:val="0"/>
          <w:i w:val="0"/>
        </w:rPr>
        <w:br/>
        <w:t>source_url: "https://www.ourdogs.co.uk/members/breednotes/2004/RetrieverLabrador/RetrieverLabrador-jan16.htm"</w:t>
      </w:r>
      <w:r>
        <w:br/>
      </w:r>
      <w:r>
        <w:rPr>
          <w:b w:val="0"/>
          <w:i w:val="0"/>
        </w:rPr>
        <w:br/>
        <w:t>archive_type: "static_html"</w:t>
      </w:r>
      <w:r>
        <w:br/>
      </w:r>
      <w:r>
        <w:rPr>
          <w:b w:val="0"/>
          <w:i w:val="0"/>
        </w:rPr>
        <w:br/>
        <w:t>scraped_at: "2026-09-13T22:13:41"</w:t>
      </w:r>
      <w:r>
        <w:br/>
      </w:r>
      <w:r>
        <w:rPr>
          <w:b w:val="0"/>
          <w:i w:val="0"/>
        </w:rPr>
        <w:br/>
        <w:t>word_count: 1247</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Fiona Braddon writes:-</w:t>
      </w:r>
    </w:p>
    <w:p>
      <w:r>
        <w:rPr>
          <w:b w:val="0"/>
          <w:i w:val="0"/>
        </w:rPr>
        <w:t>‘I am sad to report the death of Ellis Leah. His health had been deteriorating for the last few years and following an admission to hospital due a heart attack in the autumn of 2003 he had been at home in Perranporth with his wife Nan looking after him. He was Treasurer of West of England Labrador Retriever Club for many years when Nan was Secretary. The Crestlands Labrador affix was very well known in the west country. I took over as Secretary from Nan [Ann Britton] and Ellis was an enormous help to me, always happy to give sound advice on Club matters, always interested in the dogs and the Club[Ann Britton] , even many years after he retired. I shall miss him as a dear friend. Our thoughts are with Nan at this time, they were such a team.’</w:t>
      </w:r>
    </w:p>
    <w:p>
      <w:r>
        <w:rPr>
          <w:b w:val="0"/>
          <w:i w:val="0"/>
        </w:rPr>
        <w:t>After 13years as hard working Secretary of the Labrador Retriever Club of Northern Ireland, Frances Doherty has now retired. The new acting Secretary will be Mrs M Hughes, 9 Magowan Park, Annahilt, Hillsborough.BT26 6AF Tel 028 9263 8603.</w:t>
      </w:r>
    </w:p>
    <w:p>
      <w:r>
        <w:rPr>
          <w:b w:val="0"/>
          <w:i w:val="0"/>
        </w:rPr>
        <w:t>It is once again the time of year for paying your club subscriptions. Of those I have to hand, in ascending order of cost (cheapest to most expensive), they are as follows: -</w:t>
      </w:r>
    </w:p>
    <w:p>
      <w:r>
        <w:rPr>
          <w:b w:val="0"/>
          <w:i w:val="0"/>
        </w:rPr>
        <w:t>The Yellow Labrador Club - £3.50 Single or £5 Joint to be sent to Mrs S Wiles, Bourne Farm, Breakspear Road North, Harefield, Middlesex UB9 6NA.</w:t>
      </w:r>
    </w:p>
    <w:p>
      <w:r>
        <w:rPr>
          <w:b w:val="0"/>
          <w:i w:val="0"/>
        </w:rPr>
        <w:t>Cotswold and Wyevern Labrador Retriever Club - £4.50 single or £6.00 joint to be sent to Paul Collins, Shamrock Cottage, Corse Lawn, Gloucester GL19 4LZ.</w:t>
      </w:r>
    </w:p>
    <w:p>
      <w:r>
        <w:rPr>
          <w:b w:val="0"/>
          <w:i w:val="0"/>
        </w:rPr>
        <w:t>The Labrador Retriever Club of Wales - £5 single £8 joint and £1.50 junior to be sent to Mrs M Barker Haulwen, Church Lane, Nantgarw, Cardiff CF15 7TQ.</w:t>
      </w:r>
    </w:p>
    <w:p>
      <w:r>
        <w:rPr>
          <w:b w:val="0"/>
          <w:i w:val="0"/>
        </w:rPr>
        <w:t>Three Ridings LRC -£5.50 single and £7 joint. Sent to Mrs P.M. Gill, 77 Cross Green, Otley, West Yorkshire LS21 1HE.</w:t>
      </w:r>
    </w:p>
    <w:p>
      <w:r>
        <w:rPr>
          <w:b w:val="0"/>
          <w:i w:val="0"/>
        </w:rPr>
        <w:t>East Anglian Labrador Retriever Club - £6 single or £8 joint to be sent to Mrs J Cole, Station Farm, Manea, Nr March, Cambs PE15 0HQ.</w:t>
      </w:r>
      <w:r>
        <w:br/>
      </w:r>
      <w:r>
        <w:rPr>
          <w:b w:val="0"/>
          <w:i w:val="0"/>
        </w:rPr>
        <w:br/>
        <w:t>The West of England Labrador Retriever Club- £6 single and £8 joint sent to Mr Fox, Treburrow Cottage, Egloskerry, Launceston, Cornwall PL15 8RY.</w:t>
      </w:r>
    </w:p>
    <w:p>
      <w:r>
        <w:rPr>
          <w:b w:val="0"/>
          <w:i w:val="0"/>
        </w:rPr>
        <w:t>The Labrador Retriever Club - £8 single or £10 joint to be sent to Mrs Mary Tomsett, 24 Cornmill Gardens, Wannock, Polegate, East Sussex BN26 5NL.</w:t>
      </w:r>
    </w:p>
    <w:p>
      <w:r>
        <w:rPr>
          <w:b w:val="0"/>
          <w:i w:val="0"/>
        </w:rPr>
        <w:t>Midland Counties LRC - £8 single, £10 joint and £2 Gamekeepers, to be sent to Mrs G Hepworth, Broadacres, Mill Lane, Rawcliffe, Nr Goole E Yorks DN14 8ND.</w:t>
      </w:r>
    </w:p>
    <w:p>
      <w:r>
        <w:rPr>
          <w:b w:val="0"/>
          <w:i w:val="0"/>
        </w:rPr>
        <w:t>More results from the top winners list for 2003.</w:t>
      </w:r>
    </w:p>
    <w:p>
      <w:r>
        <w:rPr>
          <w:b w:val="0"/>
          <w:i w:val="0"/>
        </w:rPr>
        <w:t>Top Sire in the Eucanuba/Our Dogs competition based on winning progeny under 12 months of age is the Mills yellow Lembas to the Moon and Back JW.</w:t>
      </w:r>
    </w:p>
    <w:p>
      <w:r>
        <w:rPr>
          <w:b w:val="0"/>
          <w:i w:val="0"/>
        </w:rPr>
        <w:t>Top Stud Dog in the Hills/Dog World competition based on the number of CCs won by progeny is Marion and David Hopkinson’s Rocheby Old Smokey.</w:t>
      </w:r>
    </w:p>
    <w:p>
      <w:r>
        <w:rPr>
          <w:b w:val="0"/>
          <w:i w:val="0"/>
        </w:rPr>
        <w:t>Top Brood Bitch in the Hills/Dog World competition once again based on the number of CCs won by progeny is Diana Downey Tulloch’s Tullochmohr Sheer Fantasy.</w:t>
      </w:r>
    </w:p>
    <w:p>
      <w:r>
        <w:rPr>
          <w:b w:val="0"/>
          <w:i w:val="0"/>
        </w:rPr>
        <w:t>Congratulations to you all.</w:t>
      </w:r>
    </w:p>
    <w:p>
      <w:r>
        <w:rPr>
          <w:b w:val="0"/>
          <w:i w:val="0"/>
        </w:rPr>
        <w:t>In the OUR DOGS/Pedigree Petfoods Top Puppy Competition, Andrew and Margaret Brown’s yellow dog Ramsayville Route Sixty Six was the winner for 2003. Many congratulations.</w:t>
      </w:r>
    </w:p>
    <w:p>
      <w:r>
        <w:rPr>
          <w:b w:val="0"/>
          <w:i w:val="0"/>
        </w:rPr>
        <w:t>Janet Cole, Secretary of East Anglian LRC, sends news of their forthcoming Championship Show, which will be held at its usual time in the annual show calendar, Saturday March 6 2004 at Wood Green Animal Shelter, Godmanchester (two minutes drive off the main M11/A604). This year, with the Crufts date dropping back one week in the calendar, the East Anglian LRC Ch Show is the very day after Gundog day at Crufts, hence the two shows will be back to back in 2004. What a wonderful opportunity for exhibitors from home and abroad to attend both top class events.</w:t>
      </w:r>
    </w:p>
    <w:p>
      <w:r>
        <w:rPr>
          <w:b w:val="0"/>
          <w:i w:val="0"/>
        </w:rPr>
        <w:t>The Crufts entries have already closed. The entries for East Anglian LRC Ch Show close on Monday 2 February 2004. Angela Williams (Foulby) will judge the dogs commencing at 10.30am and Marjorie Satterthwaite (Lawnwoods) will judge the bitches commencing at 9am. Schedules are available from Mrs Janet Cole, Station Farm, Manea, Cambs PE15 0HQ tel 01354 680 375.</w:t>
      </w:r>
    </w:p>
    <w:p>
      <w:r>
        <w:rPr>
          <w:b w:val="0"/>
          <w:i w:val="0"/>
        </w:rPr>
        <w:t>Ann Britton</w:t>
      </w:r>
      <w:r>
        <w:br/>
      </w:r>
      <w:r>
        <w:rPr>
          <w:b w:val="0"/>
          <w:i w:val="0"/>
        </w:rPr>
        <w:br/>
        <w:t>01989 720665</w:t>
      </w:r>
      <w:r>
        <w:br/>
      </w:r>
      <w:r>
        <w:rPr>
          <w:b w:val="0"/>
          <w:i w:val="0"/>
        </w:rPr>
        <w:br/>
        <w:t>Email bowstones@btinternet.com</w:t>
      </w:r>
    </w:p>
    <w:p>
      <w:r>
        <w:rPr>
          <w:b w:val="0"/>
          <w:i w:val="0"/>
        </w:rPr>
        <w:t>The death of Jim Jarvis (Jayteam) from a heart attack at the beginning of January came as a great shock. Together with his family he attended the Labrador Club of Scotland's shows for many years and we enjoyed their company at our Annual Dinner Dance appreciating their long drive from Northumberland to take part in our club's events. Jim suffered from diabetes and coped admirably over the past few years with serious complications from this disease but his spirits were high and he was always good company. Although estranged fromYvonne, his wife, she is devastated at his passing and we hope she is consoled with the many happy years they had together.</w:t>
      </w:r>
    </w:p>
    <w:p>
      <w:r>
        <w:rPr>
          <w:b w:val="0"/>
          <w:i w:val="0"/>
        </w:rPr>
        <w:t>I wish everyone a Happy New Year in 2004 and hope we enjoy the kind of weather we had last year. It is sad to reflect on what is happening at Scottish Kennel Club and we must hope they get their problems sorted out soon. It seems that the top clubs like many breed clubs go through sticky spells but in time things seems to improve and everything survives.</w:t>
      </w:r>
    </w:p>
    <w:p>
      <w:r>
        <w:rPr>
          <w:b w:val="0"/>
          <w:i w:val="0"/>
        </w:rPr>
        <w:t>Jim Nolan veyaties@aol.com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