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
        <w:t>――――――――――――――――――――――――――――――</w:t>
      </w:r>
    </w:p>
    <w:p>
      <w:r>
        <w:rPr>
          <w:b w:val="0"/>
          <w:i w:val="0"/>
        </w:rPr>
        <w:t>title: "Labrador Breed Notes - 10/07/2026 - ISSUE"</w:t>
      </w:r>
      <w:r>
        <w:br/>
      </w:r>
      <w:r>
        <w:rPr>
          <w:b w:val="0"/>
          <w:i w:val="0"/>
        </w:rPr>
        <w:br/>
        <w:t>date_original: "10/07/2026 - ISSUE"</w:t>
      </w:r>
      <w:r>
        <w:br/>
      </w:r>
      <w:r>
        <w:rPr>
          <w:b w:val="0"/>
          <w:i w:val="0"/>
        </w:rPr>
        <w:br/>
        <w:t>source_url: "https://www.ourdogs.co.uk/members/breednotes/RetrieverLabradorMain.php"</w:t>
      </w:r>
      <w:r>
        <w:br/>
      </w:r>
      <w:r>
        <w:rPr>
          <w:b w:val="0"/>
          <w:i w:val="0"/>
        </w:rPr>
        <w:br/>
        <w:t>scraped_at: "2026-09-13T15:03:17"</w:t>
      </w:r>
      <w:r>
        <w:br/>
      </w:r>
      <w:r>
        <w:rPr>
          <w:b w:val="0"/>
          <w:i w:val="0"/>
        </w:rPr>
        <w:br/>
        <w:t>word_count: 754</w:t>
      </w:r>
    </w:p>
    <w:p>
      <w:r>
        <w:t>――――――――――――――――――――――――――――――</w:t>
      </w:r>
    </w:p>
    <w:p>
      <w:r>
        <w:rPr>
          <w:b w:val="0"/>
          <w:i w:val="0"/>
        </w:rPr>
        <w:t>NEWS MEMBERS' AREA SHOP SUBSCRIBE UPCOMING SHOWS MORE</w:t>
      </w:r>
    </w:p>
    <w:p>
      <w:r>
        <w:rPr>
          <w:b w:val="0"/>
          <w:i w:val="0"/>
        </w:rPr>
        <w:t>RETRIEVER LABRADOR</w:t>
      </w:r>
    </w:p>
    <w:p>
      <w:r>
        <w:rPr>
          <w:b w:val="0"/>
          <w:i w:val="0"/>
        </w:rPr>
        <w:t>Issue: 10/07/2026</w:t>
      </w:r>
    </w:p>
    <w:p>
      <w:r>
        <w:rPr>
          <w:b w:val="0"/>
          <w:i w:val="0"/>
        </w:rPr>
        <w:t>Goodness me it was windy at Boston. I went to the coffee stall to get two cups of tea and the person in front of me had the milk foam whipped straight off the top of their coffee onto a very surprised gentleman standing next to them!</w:t>
      </w:r>
      <w:r>
        <w:br/>
      </w:r>
      <w:r>
        <w:rPr>
          <w:b w:val="0"/>
          <w:i w:val="0"/>
        </w:rPr>
        <w:br/>
        <w:t>Our judge was Mike Gadsby, who coped heroically with the conditions. His BOB and BV was the DCC winner, the Hodge family's Sh Ch, Ir Sh Ch, Lux Ch, Int Ch Naiken Elite Envoy JW Ir Jch. This was his 21st CC, and his second from Veteran. It's an achievement for a Labrador to win one CC from veteran, two is something to be proud of. He also went G3 in the Gundog Veteran Group. The RCC was Dennis and Sarah McLellans Saranden Shadeuxplay, a nice boost for Dennis as he awaits his prostate operation, (get yourselves checked out guys), and is at home carrying out midwife duties for his Munsterlander, who has just welcomed a nice litter.</w:t>
      </w:r>
      <w:r>
        <w:br/>
      </w:r>
      <w:r>
        <w:rPr>
          <w:b w:val="0"/>
          <w:i w:val="0"/>
        </w:rPr>
        <w:br/>
        <w:t>BCC was Erica and Ed's lovely yellow Sh Ch Lapema Masquerade At Sandylands. RBCC went to a very thrilled Barry Brackner with his young bitch Brupurhat Star In Sight. BP was Sussie Wiles and Sally Lewis's minor puppy bitch, Gamesmere Ribbon In The Wind. And BSB was Newmans Creamwood Silver Hawthorn.</w:t>
      </w:r>
      <w:r>
        <w:br/>
      </w:r>
      <w:r>
        <w:rPr>
          <w:b w:val="0"/>
          <w:i w:val="0"/>
        </w:rPr>
        <w:br/>
        <w:t>The show presents quite a challenge for Labrador exhibitors, particularly the disabled among us, as our tent is as far from the car park as it's possible to be, and the disabled car park is really just the few front rows of the normal car park. I remember going to Bakewell show where they had the most marvellous system in operation. There were cadet scouts in the car park who, for a few coins in the bucket, would help you in with your crates and trolleys. They were supervised by adult scout leaders, and not permitted to take your dogs, but the help with the paraphernalia was extremely welcome, and made the day a whole lot less stressful. In these days of shows increasingly doing away with benching, I'm sure there are many local charities up and down the country who would welcome the opportunity to add to their funds in this way, as well as teaching young people about the value of helping others.</w:t>
      </w:r>
      <w:r>
        <w:br/>
      </w:r>
      <w:r>
        <w:rPr>
          <w:b w:val="0"/>
          <w:i w:val="0"/>
        </w:rPr>
        <w:br/>
        <w:t>Congratulations to one of our popular, and ever smiling exhibitors, Shaun Williamson, who has just gained his 20th Junior Warrant with the delightfully named Sharouns Gladys Friday. Well done Shaun.</w:t>
      </w:r>
      <w:r>
        <w:br/>
      </w:r>
      <w:r>
        <w:rPr>
          <w:b w:val="0"/>
          <w:i w:val="0"/>
        </w:rPr>
        <w:br/>
        <w:t>I had a nice chat on the phone to Sheelin Cuthbert recently. Sheelin is far too modest to shout about this, but she has been awarded the British Empire Medal for her services to charity in her local Norfolk area. A tremendous honour, but not the first honour for the family, as Sheelin's husband, Andrew, is the holder of an MBE, also awarded for charity work.</w:t>
      </w:r>
      <w:r>
        <w:br/>
      </w:r>
      <w:r>
        <w:rPr>
          <w:b w:val="0"/>
          <w:i w:val="0"/>
        </w:rPr>
        <w:br/>
        <w:t>Sheelin may not be familiar to some of our younger exhibitors, but her Ballyduff affix will be familiar to any student of pedigrees, not only in the UK, but also as the foundation behind some of the top American and European kennels. The Ballyduff kennel was founded by Sheelin's grandfather, Dr Acheson. Continued by her mother, Bridget Docking, and thence by Sheelin. The kennel always had a reputation for producing shooting Labs that show, and Show Labs that shoot. Quite simply, Sheelin is Labrador royalty. I'm sure all my readers will join me in sending her our heartfelt congratulations.</w:t>
      </w:r>
      <w:r>
        <w:br/>
      </w:r>
      <w:r>
        <w:rPr>
          <w:b w:val="0"/>
          <w:i w:val="0"/>
        </w:rPr>
        <w:br/>
        <w:t>Tony Jury writes with the news that Peter Locke has sadly died. Peter was a founder member of the Cotswold And Wyvern Labrador Retriever Club. Peter and his wife Lynn donated the Samlou trophies for Best Puppy to the show and Tony will be writing a bit about Peter and the history of the club in the catalogue for the upcoming show. There will no doubt be a tribute to Peter before judging begins.</w:t>
      </w:r>
      <w:r>
        <w:br/>
      </w:r>
      <w:r>
        <w:rPr>
          <w:b w:val="0"/>
          <w:i w:val="0"/>
        </w:rPr>
        <w:br/>
        <w:t>Elaine Grummitt</w:t>
      </w:r>
      <w:r>
        <w:br/>
      </w:r>
      <w:r>
        <w:rPr>
          <w:b w:val="0"/>
          <w:i w:val="0"/>
        </w:rPr>
        <w:br/>
        <w:t>manorwell@sky.com</w:t>
      </w:r>
    </w:p>
    <w:p>
      <w:r>
        <w:rPr>
          <w:b w:val="0"/>
          <w:i w:val="0"/>
        </w:rPr>
        <w:t>Back to Archive</w:t>
      </w:r>
    </w:p>
    <w:p>
      <w:r>
        <w:rPr>
          <w:b w:val="0"/>
          <w:i w:val="0"/>
        </w:rPr>
        <w:t>Back to Breed Notes Index</w:t>
      </w:r>
    </w:p>
    <w:p>
      <w:r>
        <w:rPr>
          <w:b w:val="0"/>
          <w:i w:val="0"/>
        </w:rPr>
        <w:t>Tel</w:t>
      </w:r>
      <w:r>
        <w:br/>
      </w:r>
      <w:r>
        <w:rPr>
          <w:b w:val="0"/>
          <w:i w:val="0"/>
        </w:rPr>
        <w:br/>
        <w:t>0161 709 4550</w:t>
      </w:r>
      <w:r>
        <w:br/>
      </w:r>
      <w:r>
        <w:rPr>
          <w:b w:val="0"/>
          <w:i w:val="0"/>
        </w:rPr>
        <w:br/>
        <w:t>Advertising</w:t>
      </w:r>
      <w:r>
        <w:br/>
      </w:r>
      <w:r>
        <w:rPr>
          <w:b w:val="0"/>
          <w:i w:val="0"/>
        </w:rPr>
        <w:br/>
        <w:t>0161 709 4576</w:t>
      </w:r>
      <w:r>
        <w:br/>
      </w:r>
      <w:r>
        <w:rPr>
          <w:b w:val="0"/>
          <w:i w:val="0"/>
        </w:rPr>
        <w:br/>
        <w:t>Editorial</w:t>
      </w:r>
      <w:r>
        <w:br/>
      </w:r>
      <w:r>
        <w:rPr>
          <w:b w:val="0"/>
          <w:i w:val="0"/>
        </w:rPr>
        <w:br/>
        <w:t>0161 709 4550</w:t>
      </w:r>
      <w:r>
        <w:br/>
      </w:r>
      <w:r>
        <w:rPr>
          <w:b w:val="0"/>
          <w:i w:val="0"/>
        </w:rPr>
        <w:br/>
        <w:t>Subscriptions</w:t>
      </w:r>
      <w:r>
        <w:br/>
      </w:r>
      <w:r>
        <w:rPr>
          <w:b w:val="0"/>
          <w:i w:val="0"/>
        </w:rPr>
        <w:br/>
        <w:t>0161 709 4559</w:t>
      </w:r>
      <w:r>
        <w:br/>
      </w:r>
      <w:r>
        <w:rPr>
          <w:b w:val="0"/>
          <w:i w:val="0"/>
        </w:rPr>
        <w:br/>
        <w:t>Mail Order</w:t>
      </w:r>
      <w:r>
        <w:br/>
      </w:r>
      <w:r>
        <w:rPr>
          <w:b w:val="0"/>
          <w:i w:val="0"/>
        </w:rPr>
        <w:br/>
        <w:t>0161 709 4562</w:t>
      </w:r>
      <w:r>
        <w:br/>
      </w:r>
      <w:r>
        <w:rPr>
          <w:b w:val="0"/>
          <w:i w:val="0"/>
        </w:rPr>
        <w:br/>
        <w:t>Show Reports</w:t>
      </w:r>
      <w:r>
        <w:br/>
      </w:r>
      <w:r>
        <w:rPr>
          <w:b w:val="0"/>
          <w:i w:val="0"/>
        </w:rPr>
        <w:br/>
        <w:t>0161 709 4571</w:t>
      </w:r>
      <w:r>
        <w:br/>
      </w:r>
      <w:r>
        <w:rPr>
          <w:b w:val="0"/>
          <w:i w:val="0"/>
        </w:rPr>
        <w:br/>
        <w:t>SEND YOUR REPORT</w:t>
      </w:r>
      <w:r>
        <w:br/>
      </w:r>
      <w:r>
        <w:rPr>
          <w:b w:val="0"/>
          <w:i w:val="0"/>
        </w:rPr>
        <w:br/>
        <w:t>Competitions</w:t>
      </w:r>
      <w:r>
        <w:br/>
      </w:r>
      <w:r>
        <w:rPr>
          <w:b w:val="0"/>
          <w:i w:val="0"/>
        </w:rPr>
        <w:br/>
        <w:t>TOP DOG</w:t>
      </w:r>
      <w:r>
        <w:br/>
      </w:r>
      <w:r>
        <w:rPr>
          <w:b w:val="0"/>
          <w:i w:val="0"/>
        </w:rPr>
        <w:br/>
        <w:t>TOP PUPPY</w:t>
      </w:r>
      <w:r>
        <w:br/>
      </w:r>
      <w:r>
        <w:rPr>
          <w:b w:val="0"/>
          <w:i w:val="0"/>
        </w:rPr>
        <w:br/>
        <w:t>TOP BREEDER</w:t>
      </w:r>
      <w:r>
        <w:br/>
      </w:r>
      <w:r>
        <w:rPr>
          <w:b w:val="0"/>
          <w:i w:val="0"/>
        </w:rPr>
        <w:br/>
        <w:t>TOP STUD</w:t>
      </w:r>
      <w:r>
        <w:br/>
      </w:r>
      <w:r>
        <w:rPr>
          <w:b w:val="0"/>
          <w:i w:val="0"/>
        </w:rPr>
        <w:br/>
        <w:t>TOP BROOD</w:t>
      </w:r>
      <w:r>
        <w:br/>
      </w:r>
      <w:r>
        <w:rPr>
          <w:b w:val="0"/>
          <w:i w:val="0"/>
        </w:rPr>
        <w:br/>
        <w:t>Members' Area</w:t>
      </w:r>
      <w:r>
        <w:br/>
      </w:r>
      <w:r>
        <w:rPr>
          <w:b w:val="0"/>
          <w:i w:val="0"/>
        </w:rPr>
        <w:br/>
        <w:t>BREED NOTES</w:t>
      </w:r>
      <w:r>
        <w:br/>
      </w:r>
      <w:r>
        <w:rPr>
          <w:b w:val="0"/>
          <w:i w:val="0"/>
        </w:rPr>
        <w:br/>
        <w:t>CHAMP SHOWS</w:t>
      </w:r>
      <w:r>
        <w:br/>
      </w:r>
      <w:r>
        <w:rPr>
          <w:b w:val="0"/>
          <w:i w:val="0"/>
        </w:rPr>
        <w:br/>
        <w:t>GENERAL SHOWS</w:t>
      </w:r>
      <w:r>
        <w:br/>
      </w:r>
      <w:r>
        <w:rPr>
          <w:b w:val="0"/>
          <w:i w:val="0"/>
        </w:rPr>
        <w:br/>
        <w:t>REGULAR FEATURES</w:t>
      </w:r>
      <w:r>
        <w:br/>
      </w:r>
      <w:r>
        <w:rPr>
          <w:b w:val="0"/>
          <w:i w:val="0"/>
        </w:rPr>
        <w:br/>
        <w:t>DIGITAL EDITION</w:t>
      </w:r>
      <w:r>
        <w:br/>
      </w:r>
      <w:r>
        <w:rPr>
          <w:b w:val="0"/>
          <w:i w:val="0"/>
        </w:rPr>
        <w:br/>
        <w:t>Sign up for our newsletter</w:t>
      </w:r>
      <w:r>
        <w:br/>
      </w:r>
      <w:r>
        <w:rPr>
          <w:b w:val="0"/>
          <w:i w:val="0"/>
        </w:rPr>
        <w:br/>
        <w:t>Subscribe</w:t>
      </w:r>
      <w:r>
        <w:br/>
      </w:r>
      <w:r>
        <w:rPr>
          <w:b w:val="0"/>
          <w:i w:val="0"/>
        </w:rPr>
        <w:br/>
        <w:t>Follow Us</w:t>
      </w:r>
    </w:p>
    <w:p>
      <w:r>
        <w:rPr>
          <w:b w:val="0"/>
          <w:i w:val="0"/>
        </w:rPr>
        <w:t>© Our Dogs Publishing All Rights Reserved. | Privacy Policy</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ptos" w:hAnsi="Aptos"/>
      <w:sz w:val="22"/>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