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- 10/11/2017 - ISSUE"</w:t>
      </w:r>
      <w:r>
        <w:br/>
      </w:r>
      <w:r>
        <w:rPr>
          <w:b w:val="0"/>
          <w:i w:val="0"/>
        </w:rPr>
        <w:br/>
        <w:t>date_original: "10/11/2017 - ISSUE"</w:t>
      </w:r>
      <w:r>
        <w:br/>
      </w:r>
      <w:r>
        <w:rPr>
          <w:b w:val="0"/>
          <w:i w:val="0"/>
        </w:rPr>
        <w:br/>
        <w:t>source_url: "https://www.ourdogs.co.uk/members/breednotes/RetrieverLabradorMain.php"</w:t>
      </w:r>
      <w:r>
        <w:br/>
      </w:r>
      <w:r>
        <w:rPr>
          <w:b w:val="0"/>
          <w:i w:val="0"/>
        </w:rPr>
        <w:br/>
        <w:t>scraped_at: "2026-09-13T15:24:38"</w:t>
      </w:r>
      <w:r>
        <w:br/>
      </w:r>
      <w:r>
        <w:rPr>
          <w:b w:val="0"/>
          <w:i w:val="0"/>
        </w:rPr>
        <w:br/>
        <w:t>word_count: 860</w:t>
      </w:r>
    </w:p>
    <w:p>
      <w:r>
        <w:t>――――――――――――――――――――――――――――――</w:t>
      </w:r>
    </w:p>
    <w:p>
      <w:r>
        <w:rPr>
          <w:b w:val="0"/>
          <w:i w:val="0"/>
        </w:rPr>
        <w:t>NEWS MEMBERS' AREA SHOP SUBSCRIBE UPCOMING SHOWS MORE</w:t>
      </w:r>
    </w:p>
    <w:p>
      <w:r>
        <w:rPr>
          <w:b w:val="0"/>
          <w:i w:val="0"/>
        </w:rPr>
        <w:t>RETRIEVER LABRADOR</w:t>
      </w:r>
    </w:p>
    <w:p>
      <w:r>
        <w:rPr>
          <w:b w:val="0"/>
          <w:i w:val="0"/>
        </w:rPr>
        <w:t>Issue: 10/11/2017</w:t>
      </w:r>
    </w:p>
    <w:p>
      <w:r>
        <w:rPr>
          <w:b w:val="0"/>
          <w:i w:val="0"/>
        </w:rPr>
        <w:t xml:space="preserve">I was very sorry to hear that Vera Yeowart (Langshott) has passed away. She and her late husband Brian were very generous supporters of the Yellow Labrador Club and of Kent Surrey and Sussex Labrador Club. Our Sincere condolences go to Veras family. </w:t>
      </w:r>
    </w:p>
    <w:p>
      <w:r>
        <w:rPr>
          <w:b w:val="0"/>
          <w:i w:val="0"/>
        </w:rPr>
        <w:t>News of two new Junior Warrant winners subject to KC confirmation. Congratulations to Lynda Miles yellow dog Llanstinan Sugar Daddy (Attikonak Button up your Overcoat at Llanstinan x Newinn Patience Strong of Llanstinan) and Karen and Carey Bambrooks yellow Marshwiggle Shakespeare at Ravoakar (Warringahs Gundaroo x Brambkekay Precious Pearl at Marshwiggle).</w:t>
      </w:r>
    </w:p>
    <w:p>
      <w:r>
        <w:rPr>
          <w:b w:val="0"/>
          <w:i w:val="0"/>
        </w:rPr>
        <w:t xml:space="preserve">Over the last couple of years Becci Hodge has enjoyed much fun and excitement whilst campaigning Wes, Ch Meadowleigh Brown Sugar for his owners, Annie &amp; Phil Wyatt . First of all  to his full Uk title and now his Irish Title. I asked Becci to put pen to paper with details of Wes's latest journey to recently become an Irish Show Champion. </w:t>
      </w:r>
    </w:p>
    <w:p>
      <w:r>
        <w:rPr>
          <w:b w:val="0"/>
          <w:i w:val="0"/>
        </w:rPr>
        <w:t xml:space="preserve">"Wes won 1 Green Star last year at Newtownards show under Richard Bott in May  2016.  Since then, he has had 4 trips across the water this year, including a week on the Munster Circuit, to win the remaining six Green Stars. </w:t>
      </w:r>
    </w:p>
    <w:p>
      <w:r>
        <w:rPr>
          <w:b w:val="0"/>
          <w:i w:val="0"/>
        </w:rPr>
        <w:t xml:space="preserve">In April 2017 he won the Green Star and BOB both days at Combined Canine (also picking up at CACIB on one day) under Tom Bradley (USA) and Sergio Scarpellini (Italy). He also won BIS 3 and a Group 4 that weekend! </w:t>
      </w:r>
    </w:p>
    <w:p>
      <w:r>
        <w:rPr>
          <w:b w:val="0"/>
          <w:i w:val="0"/>
        </w:rPr>
        <w:t xml:space="preserve">In June at Swords International show he picked up Green Star number 4, CACIB and Group 4 under Per Iverson (Norway). </w:t>
      </w:r>
    </w:p>
    <w:p>
      <w:r>
        <w:rPr>
          <w:b w:val="0"/>
          <w:i w:val="0"/>
        </w:rPr>
        <w:t xml:space="preserve">On the Munster circuit in August he took his tally to 6 Green Stars under Bojan Matakovic (Croatia) and Michael Woods (Canada) - also going on to win the group and BIS4 at one of the shows.  </w:t>
      </w:r>
    </w:p>
    <w:p>
      <w:r>
        <w:rPr>
          <w:b w:val="0"/>
          <w:i w:val="0"/>
        </w:rPr>
        <w:t xml:space="preserve">Last weekend we returned to Irish Gundog Breeds where he won his all important 7th Green Star and BOB under Alessandro Zeppe (Italy). </w:t>
      </w:r>
    </w:p>
    <w:p>
      <w:r>
        <w:rPr>
          <w:b w:val="0"/>
          <w:i w:val="0"/>
        </w:rPr>
        <w:t xml:space="preserve">Subject to IKC confirmation he now becomes GB Ch. &amp; Ir.Sh.Ch. Meadowleigh Brown Sugar. </w:t>
      </w:r>
    </w:p>
    <w:p>
      <w:r>
        <w:rPr>
          <w:b w:val="0"/>
          <w:i w:val="0"/>
        </w:rPr>
        <w:t xml:space="preserve">It's been fun, exciting and also very tiring crossing the Irish waters but very worth while! Wes has been travelling with various Naikens (AMB Becci and her Mum, Jackies, own kennel name is Naiken) who have also been successful on their travels.  Annie &amp; I have had a huge amount of fun and a lot of laughs!  </w:t>
      </w:r>
    </w:p>
    <w:p>
      <w:r>
        <w:rPr>
          <w:b w:val="0"/>
          <w:i w:val="0"/>
        </w:rPr>
        <w:t>Not bad for an English boy who spends his summers trotting the canal towpaths following Annie &amp; Phil's canal boat!"</w:t>
      </w:r>
    </w:p>
    <w:p>
      <w:r>
        <w:rPr>
          <w:b w:val="0"/>
          <w:i w:val="0"/>
        </w:rPr>
        <w:t>Thank you so much Becci. Many congratulations. A much loved family dog, who just happens to be a star of the show ring as well. A dog of a lifetime for Annie and Phil.</w:t>
      </w:r>
    </w:p>
    <w:p>
      <w:r>
        <w:rPr>
          <w:b w:val="0"/>
          <w:i w:val="0"/>
        </w:rPr>
        <w:t xml:space="preserve">West of England Labrador Club Ch show was held at Weston Super Mare on 4th November. The judges were Sussie Wiles (Dogs) and Joan Woodall (Bitches) with a total entry of 216 dogs and bitches. The Hutton Moor Sports Hall is light and airy with room for two large rings and, hooray, there was benching for the dogs, so no need to cart heavy crates. There is ample parking right outside, so an ideal venue. The winners were Dog CC his 18th and Best in Show, David Coodes yellow Ch Warringahs Perth JW ShCM. David says his goal is to top wife Caroles 20 CCs with her Sussex Spaniel! </w:t>
      </w:r>
    </w:p>
    <w:p>
      <w:r>
        <w:rPr>
          <w:b w:val="0"/>
          <w:i w:val="0"/>
        </w:rPr>
        <w:t>The Dog RCC went to Fiona Braddons yellow Junior, Trendlewood Born To Run. (Fin Ch Devonshires London Edition x Sh Ch Trendkewood Silent Night JW).</w:t>
      </w:r>
    </w:p>
    <w:p>
      <w:r>
        <w:rPr>
          <w:b w:val="0"/>
          <w:i w:val="0"/>
        </w:rPr>
        <w:t>In the bitch ring, the CC was won by Ed Casey and C .Cavallos yellow Undergraduate winner, Lembas Kiss Me Kate at Moyglass (Sh Ch Farnfield Topo Gigio x Sh Ch Lembas Chiquitita) whilst the RCC went to the Obriens Maxfield Maybelline ( Sh Ch, Am Can Ch Salty Dog of Tampa Bay x Mandursans Miss Demeanour of Maxfield) .</w:t>
      </w:r>
    </w:p>
    <w:p>
      <w:r>
        <w:rPr>
          <w:b w:val="0"/>
          <w:i w:val="0"/>
        </w:rPr>
        <w:t xml:space="preserve">Best Puppy was the Woodburns yellow bitch Centenalee Miss Madelyn (Sh Ch Rocheby Hornblower x Rocheby Shadow at Centenalee) and Best Veteran Fiona Braddons Black 7year old bitch , Trendlewood Words of Love, (Can Ch Beechcrofts Pardon Me Sir x Trendlewood Forever Young. </w:t>
      </w:r>
    </w:p>
    <w:p>
      <w:r>
        <w:rPr>
          <w:b w:val="0"/>
          <w:i w:val="0"/>
        </w:rPr>
        <w:t>Over the past few weeks it has been so lovely to hear from many new Our Dogs readers that you are finding my breed notes interesting and amusing and thoroughly enjoying the varied topics and doggy escapades which I recount. It makes all my efforts worthwhile, but remember do try to join in and add your contributions on anything to do with Labradors which will be gratefully received to share with others; it is after all the weekly column for the whole Labrador community.</w:t>
      </w:r>
    </w:p>
    <w:p>
      <w:r>
        <w:rPr>
          <w:b w:val="0"/>
          <w:i w:val="0"/>
        </w:rPr>
        <w:t xml:space="preserve">Ann Britton </w:t>
      </w:r>
    </w:p>
    <w:p>
      <w:r>
        <w:rPr>
          <w:b w:val="0"/>
          <w:i w:val="0"/>
        </w:rPr>
        <w:t xml:space="preserve">01989720665 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