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- 30/07/2021 - ISSUE"</w:t>
      </w:r>
      <w:r>
        <w:br/>
      </w:r>
      <w:r>
        <w:rPr>
          <w:b w:val="0"/>
          <w:i w:val="0"/>
        </w:rPr>
        <w:br/>
        <w:t>date_original: "30/07/2021 - ISSUE"</w:t>
      </w:r>
      <w:r>
        <w:br/>
      </w:r>
      <w:r>
        <w:rPr>
          <w:b w:val="0"/>
          <w:i w:val="0"/>
        </w:rPr>
        <w:br/>
        <w:t>source_url: "https://www.ourdogs.co.uk/members/breednotes/RetrieverLabradorMain.php"</w:t>
      </w:r>
      <w:r>
        <w:br/>
      </w:r>
      <w:r>
        <w:rPr>
          <w:b w:val="0"/>
          <w:i w:val="0"/>
        </w:rPr>
        <w:br/>
        <w:t>scraped_at: "2026-09-13T15:14:25"</w:t>
      </w:r>
      <w:r>
        <w:br/>
      </w:r>
      <w:r>
        <w:rPr>
          <w:b w:val="0"/>
          <w:i w:val="0"/>
        </w:rPr>
        <w:br/>
        <w:t>word_count: 1365</w:t>
      </w:r>
    </w:p>
    <w:p>
      <w:r>
        <w:t>――――――――――――――――――――――――――――――</w:t>
      </w:r>
    </w:p>
    <w:p>
      <w:r>
        <w:rPr>
          <w:b w:val="0"/>
          <w:i w:val="0"/>
        </w:rPr>
        <w:t>NEWS MEMBERS' AREA SHOP SUBSCRIBE UPCOMING SHOWS MORE</w:t>
      </w:r>
    </w:p>
    <w:p>
      <w:r>
        <w:rPr>
          <w:b w:val="0"/>
          <w:i w:val="0"/>
        </w:rPr>
        <w:t>RETRIEVER LABRADOR</w:t>
      </w:r>
    </w:p>
    <w:p>
      <w:r>
        <w:rPr>
          <w:b w:val="0"/>
          <w:i w:val="0"/>
        </w:rPr>
        <w:t>Issue: 30/07/2021</w:t>
      </w:r>
    </w:p>
    <w:p>
      <w:r>
        <w:rPr>
          <w:b w:val="0"/>
          <w:i w:val="0"/>
        </w:rPr>
        <w:t>Great news. Richard Edwards is back home once more, recovering after lengthy surgery. He thanks his many friends for their kindness and goodwill messages and hopes to be up and about and back with us before too long.</w:t>
      </w:r>
    </w:p>
    <w:p>
      <w:r>
        <w:rPr>
          <w:b w:val="0"/>
          <w:i w:val="0"/>
        </w:rPr>
        <w:t>Following last weekends two Labrador Retriever Club shows at Tamworth, exhibitors moved north to Leeds where Harewood house was the venue of Leeds Championship show, followed the same day, Saturday, at the same venue by Three Ridings Lab Club Championship Show.</w:t>
      </w:r>
    </w:p>
    <w:p>
      <w:r>
        <w:rPr>
          <w:b w:val="0"/>
          <w:i w:val="0"/>
        </w:rPr>
        <w:t xml:space="preserve">Leeds Ch Show had an entry of 123 for judges Claire Mills awarding CCs for the first time and Maureen DÃ¢â‚¬â„¢Arcy. </w:t>
      </w:r>
    </w:p>
    <w:p>
      <w:r>
        <w:rPr>
          <w:b w:val="0"/>
          <w:i w:val="0"/>
        </w:rPr>
        <w:t>Alec Douglas wrote, Ã¢â‚¬Å"After 16 months of not being shown Ir, GB Sh CH Talard Cee Three Pee Ohh, Jun CH&amp; AnCh 19, aka Trooper, won the Dog CC and BOBÃ¢â‚¬Â.</w:t>
      </w:r>
    </w:p>
    <w:p>
      <w:r>
        <w:rPr>
          <w:b w:val="0"/>
          <w:i w:val="0"/>
        </w:rPr>
        <w:t>Fiona Braddons Sh Ch Trendlewood Born to Run was awarded the RCC. The Rawlinsons bitch, Halshimoor Pitch Perfect with Shanorrell won Limit Bitch and her 1st CC, whilst Eric Parrs Stonehaven Minni the Moocher took the RCC and Best Veteran. Best Puppy was Mac Percivals Winfaul New Years Eve (Saranden Pensacola x W, Vickers JW). Best Special Beginner was Linda Haslams Manorwell Buckskin at Lynquest JW.</w:t>
      </w:r>
    </w:p>
    <w:p>
      <w:r>
        <w:rPr>
          <w:b w:val="0"/>
          <w:i w:val="0"/>
        </w:rPr>
        <w:t xml:space="preserve">Following on, came the Three Ridings Lab Club Show with entry fees presumably set at a considerably lower cost and had therefore drawn a larger entry than Leeds, with 171 dogs and bitches (61 dogs and 110 dogs) for judges Sheelin Cuthbert and Linda Thompson, the latter awarding CCs for the first time. </w:t>
      </w:r>
    </w:p>
    <w:p>
      <w:r>
        <w:rPr>
          <w:b w:val="0"/>
          <w:i w:val="0"/>
        </w:rPr>
        <w:t>The winners were Dog CC and BOB Frank Auteys chocolate Chadfrith Alcazaba. Dog RCC and Res BIS, Linda Herons black Globetrotter LabÃ¢â‚¬â„¢s Valley (imp SVK). The Bitch CC was a first for Hafnau Orabela. On a great roll at the moment Caroline Campbells black youngster Binnaig Brene won the Bitch RCC. Best Puppy was once again Mac Percivals Wynfaul New Years Eve BP and Best Veteran Barnagrow Altisdora.</w:t>
      </w:r>
    </w:p>
    <w:p>
      <w:r>
        <w:rPr>
          <w:b w:val="0"/>
          <w:i w:val="0"/>
        </w:rPr>
        <w:t xml:space="preserve">After these shows, an interesting Covid question. The Labrador Retriever Club shows at Tamworth the previous weekend, saw exhibitors, glad to be back together after such a long break, camping overnight, enjoying an evening meal and a social get together plus all the facilities of the picturesque rural site, between the two events. </w:t>
      </w:r>
    </w:p>
    <w:p>
      <w:r>
        <w:rPr>
          <w:b w:val="0"/>
          <w:i w:val="0"/>
        </w:rPr>
        <w:t xml:space="preserve">A few days later a guest of one exhibitor sadly tested positive for Covid. The exhibitor rightly warned others from the show of the possible risk and openly posted on Facebook that she and her guest would not be able to attend the next events, Leeds and Three Ridings, as Government 10 day isolation rules applied to both of them. This presumably would also include anyone else they had been in contact with at the previous event. </w:t>
      </w:r>
    </w:p>
    <w:p>
      <w:r>
        <w:rPr>
          <w:b w:val="0"/>
          <w:i w:val="0"/>
        </w:rPr>
        <w:t xml:space="preserve">We all know the NHS rather over efficient Ping has just about brought parts of the country to its knees and I presume had everyone got an NHS PING on their phones, there would have been quite an orchestral Ping for the Labrador community with every single person from the shows and social events being pinged and told to isolate for fear of becoming spreaders. </w:t>
      </w:r>
    </w:p>
    <w:p>
      <w:r>
        <w:rPr>
          <w:b w:val="0"/>
          <w:i w:val="0"/>
        </w:rPr>
        <w:t xml:space="preserve">Not sure how the Facebook warning worked or if people agreed to isolate themselves. A shame if it was ignored for the sake of dog shows versus other peopleÃ¢â‚¬â„¢s safety. Hopefully there wont be any further Covid repercussions. </w:t>
      </w:r>
    </w:p>
    <w:p>
      <w:r>
        <w:rPr>
          <w:b w:val="0"/>
          <w:i w:val="0"/>
        </w:rPr>
        <w:t xml:space="preserve">On a sad note I heard that Elaine Youngs husband, the Potterspiney gentleman, suffered a stroke returning to his car after Leeds and has been hospitalised. Our very good wishes are with him and the family for a complete and speedy recovery. </w:t>
      </w:r>
    </w:p>
    <w:p>
      <w:r>
        <w:rPr>
          <w:b w:val="0"/>
          <w:i w:val="0"/>
        </w:rPr>
        <w:t xml:space="preserve">My recent litter of puppies are leaving for their new homes. It was my first litter for about two years. IÃ¢â‚¬â„¢d forgotten how tiring keeping watch over them and ensuring they were sweet smelling most of the day, could be, but now they are off to pastures new I can look back and enjoy the memories of their happy contented easy eight weeks of amusing life during this Covid time. </w:t>
      </w:r>
    </w:p>
    <w:p>
      <w:r>
        <w:rPr>
          <w:b w:val="0"/>
          <w:i w:val="0"/>
        </w:rPr>
        <w:t xml:space="preserve">After judging at the Lab Club, not staying for the social do afterwards, on my return home I showered and thoroughly washed my hair before I went in to see the pups. My dog sitting pal had been in charge all day. </w:t>
      </w:r>
    </w:p>
    <w:p>
      <w:r>
        <w:rPr>
          <w:b w:val="0"/>
          <w:i w:val="0"/>
        </w:rPr>
        <w:t>I recall many years ago when Parvo first appeared, a pal of mine, Anne Arch, had been judging at an Open show, changed into clean clothes, intentionally without first visiting her dogs, on her return home from the show but a few days later her whole litter of pups went down with Parvo and all died. The reason? Once in clean clothes, she had rushed down to see the pups and cuddled them. Tragically although showered, she hadnÃ¢â‚¬â„¢t thought to wash her hair. It turned out the Parvo virus was carried from the show on her hair and as she cuddled the pups it was transferred. Worth knowing.</w:t>
      </w:r>
    </w:p>
    <w:p>
      <w:r>
        <w:rPr>
          <w:b w:val="0"/>
          <w:i w:val="0"/>
        </w:rPr>
        <w:t>My worst nightmare with this litter was brought about with every single connection I had with the new, utterly annoying KC Computer which must make the calmest of users feel like pulling their hair out.</w:t>
      </w:r>
    </w:p>
    <w:p>
      <w:r>
        <w:rPr>
          <w:b w:val="0"/>
          <w:i w:val="0"/>
        </w:rPr>
        <w:t>You canÃ¢â‚¬â„¢t get through to the KC on the phone unless ringing at 8.30am and being first in the queue of thousands of frustrated breeders waiting for their registrations.</w:t>
      </w:r>
    </w:p>
    <w:p>
      <w:r>
        <w:rPr>
          <w:b w:val="0"/>
          <w:i w:val="0"/>
        </w:rPr>
        <w:t xml:space="preserve">If you miss that pole 8.30am position, friends have said you have to hang on the phone well over two and a half hours. </w:t>
      </w:r>
    </w:p>
    <w:p>
      <w:r>
        <w:rPr>
          <w:b w:val="0"/>
          <w:i w:val="0"/>
        </w:rPr>
        <w:t xml:space="preserve">KC staff are still working from home and appear overloaded with pending registrations. I gather they are suffering considerable abuse. It is not their fault there are not enough trained staff. A minimum time of 28 working days, thatÃ¢â‚¬â„¢s nearly six weeks, is quoted to register a litter on line, but pedigrees and actual certificates are taking at least an extra two weeks. </w:t>
      </w:r>
    </w:p>
    <w:p>
      <w:r>
        <w:rPr>
          <w:b w:val="0"/>
          <w:i w:val="0"/>
        </w:rPr>
        <w:t xml:space="preserve">People are still waiting for registrations for litters born back in early April. </w:t>
      </w:r>
    </w:p>
    <w:p>
      <w:r>
        <w:rPr>
          <w:b w:val="0"/>
          <w:i w:val="0"/>
        </w:rPr>
        <w:t xml:space="preserve">Not realising there was such an awful delay, I am really annoyed with myself. I always write out and print nicely, my own puppy pedigrees, but this time I felt lazy and paid the extra to buy the KC ones. The KC took the registration money when the application first went in many weeks ago. </w:t>
      </w:r>
    </w:p>
    <w:p>
      <w:r>
        <w:rPr>
          <w:b w:val="0"/>
          <w:i w:val="0"/>
        </w:rPr>
        <w:t>My puppies have now left home. They are finally KC registered online but have no KC Registration Certificates and no printed Pedigrees. I await the appearance of the paperwork in the next few weeks.</w:t>
      </w:r>
    </w:p>
    <w:p>
      <w:r>
        <w:rPr>
          <w:b w:val="0"/>
          <w:i w:val="0"/>
        </w:rPr>
        <w:t xml:space="preserve">One thing that shocked me as being completely illogical is that the litter registration applications are dealt with via staff from the Aylesbury registration office, so once complete, to cut any further delay, one would think they would be posted out from there, that day and received by the long suffering breeders in just a couple of days. </w:t>
      </w:r>
    </w:p>
    <w:p>
      <w:r>
        <w:rPr>
          <w:b w:val="0"/>
          <w:i w:val="0"/>
        </w:rPr>
        <w:t xml:space="preserve">Oh no. I was informed that couldnÃ¢â‚¬â„¢t happen. </w:t>
      </w:r>
    </w:p>
    <w:p>
      <w:r>
        <w:rPr>
          <w:b w:val="0"/>
          <w:i w:val="0"/>
        </w:rPr>
        <w:t xml:space="preserve">The Kennel Club management evidently insist the completed registrations are all gathered together at Aylesbury, which is after all the Registration Department, then Ã¢â‚¬Â¦Ã¢â‚¬Â¦..wait for itÃ¢â‚¬Â¦Ã¢â‚¬Â¦.they have to be packed up and forwarded to the KC at the London office (which is not the Registration Department) for someone to arrange posting, yet due to Covid that office is only open a few hours a week. Etc, etc, etc! </w:t>
      </w:r>
    </w:p>
    <w:p>
      <w:r>
        <w:rPr>
          <w:b w:val="0"/>
          <w:i w:val="0"/>
        </w:rPr>
        <w:t>I could go on! Alice in Wonderland has nothing on this illogical KC arrangement during these difficult Covid times. You couldnÃ¢â‚¬â„¢t make it up!</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