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- 15/03/2019 - ISSUE"</w:t>
      </w:r>
      <w:r>
        <w:br/>
      </w:r>
      <w:r>
        <w:rPr>
          <w:b w:val="0"/>
          <w:i w:val="0"/>
        </w:rPr>
        <w:br/>
        <w:t>date_original: "15/03/2019 - ISSUE"</w:t>
      </w:r>
      <w:r>
        <w:br/>
      </w:r>
      <w:r>
        <w:rPr>
          <w:b w:val="0"/>
          <w:i w:val="0"/>
        </w:rPr>
        <w:br/>
        <w:t>source_url: "https://www.ourdogs.co.uk/members/breednotes/RetrieverLabradorMain.php"</w:t>
      </w:r>
      <w:r>
        <w:br/>
      </w:r>
      <w:r>
        <w:rPr>
          <w:b w:val="0"/>
          <w:i w:val="0"/>
        </w:rPr>
        <w:br/>
        <w:t>scraped_at: "2026-09-13T15:20:48"</w:t>
      </w:r>
      <w:r>
        <w:br/>
      </w:r>
      <w:r>
        <w:rPr>
          <w:b w:val="0"/>
          <w:i w:val="0"/>
        </w:rPr>
        <w:br/>
        <w:t>word_count: 1507</w:t>
      </w:r>
    </w:p>
    <w:p>
      <w:r>
        <w:t>――――――――――――――――――――――――――――――</w:t>
      </w:r>
    </w:p>
    <w:p>
      <w:r>
        <w:rPr>
          <w:b w:val="0"/>
          <w:i w:val="0"/>
        </w:rPr>
        <w:t>NEWS MEMBERS' AREA SHOP SUBSCRIBE UPCOMING SHOWS MORE</w:t>
      </w:r>
    </w:p>
    <w:p>
      <w:r>
        <w:rPr>
          <w:b w:val="0"/>
          <w:i w:val="0"/>
        </w:rPr>
        <w:t>RETRIEVER LABRADOR</w:t>
      </w:r>
    </w:p>
    <w:p>
      <w:r>
        <w:rPr>
          <w:b w:val="0"/>
          <w:i w:val="0"/>
        </w:rPr>
        <w:t>Issue: 15/03/2019</w:t>
      </w:r>
    </w:p>
    <w:p>
      <w:r>
        <w:rPr>
          <w:b w:val="0"/>
          <w:i w:val="0"/>
        </w:rPr>
        <w:t xml:space="preserve">East Anglian Labrador Club held their championship show the weekend before Crufts. David Wilmshurst judged Dogs and Liz Hallgarth judged bitches. Thank you to Liz Hallgarth for the show results. The Dog CC and Best in show was Christine Bailiss Sh Ch. Tissalian Hi Jack JW. The Bitch CC, Reserve BIS and Best Opposite Sex was Pastusiaks Int. Ch/Multi Ch. Secret Way to my Heart of Labgold. Best Puppy in Show was Richmonds: Brigglebank Birdman whilst Best Minor puppy in show was Hodges: Naiken East meets West. </w:t>
      </w:r>
    </w:p>
    <w:p>
      <w:r>
        <w:rPr>
          <w:b w:val="0"/>
          <w:i w:val="0"/>
        </w:rPr>
        <w:t xml:space="preserve">This year due to  the annual rotation of Groups, Gundog Day at Crufts fell on a Birmingham workday, Thursday, with all the business traffic-delay problems on the M42 and M6 that occur locally to the NEC on most days of every week. I was lucky enough to be driven by pals to the show. </w:t>
      </w:r>
    </w:p>
    <w:p>
      <w:r>
        <w:rPr>
          <w:b w:val="0"/>
          <w:i w:val="0"/>
        </w:rPr>
        <w:t xml:space="preserve">They had left home at 3am. We had bought Drop Off tickets, but due to the traffic hold ups on the M42 leading to the NEC, we seriously wondered, despite setting off so early, if we would make the NEC in time, as shut-off time to the inner Drop Off area was 8.00am. </w:t>
      </w:r>
    </w:p>
    <w:p>
      <w:r>
        <w:rPr>
          <w:b w:val="0"/>
          <w:i w:val="0"/>
        </w:rPr>
        <w:t xml:space="preserve">We need not have worried because even though it was approaching 8.30am by the time we finally arrived at the Inner Area holding point, where we knew we had to wait to be let through into the Drop Off Area, only when space allowed, the NEC staff were very helpful and chatty whilst we waited and eventually let us pass, despite our later than requested arrival time. </w:t>
      </w:r>
    </w:p>
    <w:p>
      <w:r>
        <w:rPr>
          <w:b w:val="0"/>
          <w:i w:val="0"/>
        </w:rPr>
        <w:t>This pleasant co-operative start  on a bright crisp sunny morning seemed to set the order of the day. It was one of the happiest atmospheres I have ever known at Crufts. A joy to be there. Smiley faces abounded and haughty grumpiness was not much on display, despite early starts for the majority.</w:t>
      </w:r>
    </w:p>
    <w:p>
      <w:r>
        <w:rPr>
          <w:b w:val="0"/>
          <w:i w:val="0"/>
        </w:rPr>
        <w:t>Our judges were Patricia Harrison - Dogs and Sussie Wiles - Bitches, with a splendid total entry of 533 Dogs and Bitches.</w:t>
      </w:r>
    </w:p>
    <w:p>
      <w:r>
        <w:rPr>
          <w:b w:val="0"/>
          <w:i w:val="0"/>
        </w:rPr>
        <w:t>It seemed Crufts 2019 was a happy day of tidying up the loose ends from 2018 and I am sure everyone was delighted to see the young Dog CC winner, Fiona and Derek Braddons yellow dog, Trendlewood Born To Run JW (Fin Ch Devonshires London Edition x Sh Ch Trendlewood Silent Night) and the Bitch CC winner, the O'Briens yellow bitch Maxfield Maybelline (ShCh.AmCh Salty Dog of Tampa Bay x Mandursans Miss Demeanour of Maxfield) both finally made up as champions.</w:t>
      </w:r>
    </w:p>
    <w:p>
      <w:r>
        <w:rPr>
          <w:b w:val="0"/>
          <w:i w:val="0"/>
        </w:rPr>
        <w:t>What a show to achieve their crowns. Crufts! Couldn't be better. Many congratulations!</w:t>
      </w:r>
    </w:p>
    <w:p>
      <w:r>
        <w:rPr>
          <w:b w:val="0"/>
          <w:i w:val="0"/>
        </w:rPr>
        <w:t>The Bitch was awarded Best of Breed.</w:t>
      </w:r>
    </w:p>
    <w:p>
      <w:r>
        <w:rPr>
          <w:b w:val="0"/>
          <w:i w:val="0"/>
        </w:rPr>
        <w:t xml:space="preserve">The Dog Reserve CC went to the two year old yellow bred by the Hodgkiss family, Dinnozo Top Notch Alfie ( Sh Ch Rocheby Horn Blower x Bowstones Sunshine Rosie) and the Bitch </w:t>
      </w:r>
    </w:p>
    <w:p>
      <w:r>
        <w:rPr>
          <w:b w:val="0"/>
          <w:i w:val="0"/>
        </w:rPr>
        <w:t>RCC winner was Richard Staffords yellow Sh Ch Arrowmoy Fairytale to New York Farnfield.(Sh Ch Am Ch Farnfield Topo Gigio x Philipstown Million Dollar Lady at Arrowmoy)</w:t>
      </w:r>
    </w:p>
    <w:p>
      <w:r>
        <w:rPr>
          <w:b w:val="0"/>
          <w:i w:val="0"/>
        </w:rPr>
        <w:t>Best Puppy on the referee, Carole Coodes, decision was Caroline Campbell's yellow dog, Binnaig Benavie who I know is sired by Sh Ch Rocheby Horn Blower, as was the Dog RCC winner, but sadly no more information on him, as I left my catalogue in my pals car!</w:t>
      </w:r>
    </w:p>
    <w:p>
      <w:r>
        <w:rPr>
          <w:b w:val="0"/>
          <w:i w:val="0"/>
        </w:rPr>
        <w:t>Best Veteran in Breed was Mrs H Cains Sh Ch Southridge Sky Rocket to Hannabee (Sh Ch Lindall Redenption x Southridge Grace).</w:t>
      </w:r>
    </w:p>
    <w:p>
      <w:r>
        <w:rPr>
          <w:b w:val="0"/>
          <w:i w:val="0"/>
        </w:rPr>
        <w:t>Carole Coode was the Gundog Group judge.</w:t>
      </w:r>
    </w:p>
    <w:p>
      <w:r>
        <w:rPr>
          <w:b w:val="0"/>
          <w:i w:val="0"/>
        </w:rPr>
        <w:t>Becci Hodge did a Stirling four day job judging the YKC  handling classes each day. Becca Mills went 2nd in the 18-24 age group from a class of 23 handlers and Kira Leith Ross represented the Breed so well with her team of black Labradors in the Gamekeeper section.</w:t>
      </w:r>
    </w:p>
    <w:p>
      <w:r>
        <w:rPr>
          <w:b w:val="0"/>
          <w:i w:val="0"/>
        </w:rPr>
        <w:t>In one way what made the  show feel so especially good to many generous-spirited  Labrador folk was that they were aware of some of the story of the Dog RCC winners owner; of the emotional journey and true grit she has shown over the last few years. It is the stuff of fairytales, which I will try to recount below.</w:t>
      </w:r>
    </w:p>
    <w:p>
      <w:r>
        <w:rPr>
          <w:b w:val="0"/>
          <w:i w:val="0"/>
        </w:rPr>
        <w:t>A few years ago, a lovely family came to me for a Labrador puppy as a pet companion for their adult daughter who was very poorly and feeling extremely low after yet another kidney transplant had been rejected by her body.  Ongoing dialysis, several times every single week being the only way forward. Who of us would not feel low?</w:t>
      </w:r>
    </w:p>
    <w:p>
      <w:r>
        <w:rPr>
          <w:b w:val="0"/>
          <w:i w:val="0"/>
        </w:rPr>
        <w:t>The family who had dogs before, returned home with a bright, jolly yellow Labrador puppy, Millie, in an attempt to once again arouse their daughters interest in life.</w:t>
      </w:r>
    </w:p>
    <w:p>
      <w:r>
        <w:rPr>
          <w:b w:val="0"/>
          <w:i w:val="0"/>
        </w:rPr>
        <w:t>The puppy became her constant loving companion and gradually her smile returned and her spirits rose. With love and devotion, one for the other, they formed a perfect bond.</w:t>
      </w:r>
    </w:p>
    <w:p>
      <w:r>
        <w:rPr>
          <w:b w:val="0"/>
          <w:i w:val="0"/>
        </w:rPr>
        <w:t xml:space="preserve">As time passed they joined the local dog training club and later started to go to dog shows. </w:t>
      </w:r>
    </w:p>
    <w:p>
      <w:r>
        <w:rPr>
          <w:b w:val="0"/>
          <w:i w:val="0"/>
        </w:rPr>
        <w:t>Under my watchful eye from a distance, eventually a litter was born from Millie, reared and utterly loved. I selected two of the puppies for her to keep and maybe show, a dog and a bitch. Charlie and Daisy.</w:t>
      </w:r>
    </w:p>
    <w:p>
      <w:r>
        <w:rPr>
          <w:b w:val="0"/>
          <w:i w:val="0"/>
        </w:rPr>
        <w:t xml:space="preserve">They were trained and rewarded with their Good Citizens Awards and at shows, both won prizes and qualified for Crufts, </w:t>
      </w:r>
    </w:p>
    <w:p>
      <w:r>
        <w:rPr>
          <w:b w:val="0"/>
          <w:i w:val="0"/>
        </w:rPr>
        <w:t>Their owner was justifiably thrilled and excited, once again looking forward to showing her youngsters, at this years Crufts.</w:t>
      </w:r>
    </w:p>
    <w:p>
      <w:r>
        <w:rPr>
          <w:b w:val="0"/>
          <w:i w:val="0"/>
        </w:rPr>
        <w:t>The smart outfit was bought and shoes ready to wear .</w:t>
      </w:r>
    </w:p>
    <w:p>
      <w:r>
        <w:rPr>
          <w:b w:val="0"/>
          <w:i w:val="0"/>
        </w:rPr>
        <w:t>The alternate-day dialysis continued.</w:t>
      </w:r>
    </w:p>
    <w:p>
      <w:r>
        <w:rPr>
          <w:b w:val="0"/>
          <w:i w:val="0"/>
        </w:rPr>
        <w:t xml:space="preserve">Imagine her and her family's horror when the very night before Crufts 2019 she was taken extremely  ill and instructed by the hospital to attend immediately! </w:t>
      </w:r>
    </w:p>
    <w:p>
      <w:r>
        <w:rPr>
          <w:b w:val="0"/>
          <w:i w:val="0"/>
        </w:rPr>
        <w:t xml:space="preserve">Her response, " I can't come in! I'm going to Crufts in the morning!" </w:t>
      </w:r>
    </w:p>
    <w:p>
      <w:r>
        <w:rPr>
          <w:b w:val="0"/>
          <w:i w:val="0"/>
        </w:rPr>
        <w:t>The hospital staff weren't happy but it was eventually agreed she would attend the show and then return for treatment immediately afterwards.</w:t>
      </w:r>
    </w:p>
    <w:p>
      <w:r>
        <w:rPr>
          <w:b w:val="0"/>
          <w:i w:val="0"/>
        </w:rPr>
        <w:t xml:space="preserve">]Gundog Day 2019 dawned. Accompanied by her parents and proud just to be there competing with her youngsters, time came to go into Charlie's dog class, but her strength had gone, she lacked sufficient energy, it was clear that a last minute handler was needed to show and steer the dog round the massive green carpeted ring. </w:t>
      </w:r>
    </w:p>
    <w:p>
      <w:r>
        <w:rPr>
          <w:b w:val="0"/>
          <w:i w:val="0"/>
        </w:rPr>
        <w:t xml:space="preserve">That fortune fell to me, having bred the youngsters dam. </w:t>
      </w:r>
    </w:p>
    <w:p>
      <w:r>
        <w:rPr>
          <w:b w:val="0"/>
          <w:i w:val="0"/>
        </w:rPr>
        <w:t xml:space="preserve">Other than my admiring him from the ringside, the dog didn't know me from Adam but with true Labrador trusting temperament off he went, happily wagging, into his first class; he never looked back, striding out around the ring, he showed his socks off. </w:t>
      </w:r>
    </w:p>
    <w:p>
      <w:r>
        <w:rPr>
          <w:b w:val="0"/>
          <w:i w:val="0"/>
        </w:rPr>
        <w:t xml:space="preserve">He won the class! </w:t>
      </w:r>
    </w:p>
    <w:p>
      <w:r>
        <w:rPr>
          <w:b w:val="0"/>
          <w:i w:val="0"/>
        </w:rPr>
        <w:t>The ecstatic ringside excitement of Charlie's supporters was clear to hear.</w:t>
      </w:r>
    </w:p>
    <w:p>
      <w:r>
        <w:rPr>
          <w:b w:val="0"/>
          <w:i w:val="0"/>
        </w:rPr>
        <w:t>I was then told Charlies classes hadn't yet finished; he was entered in another class too. Oh no! He is only two and often well known Champions are entered in that Good Citizens class.</w:t>
      </w:r>
    </w:p>
    <w:p>
      <w:r>
        <w:rPr>
          <w:b w:val="0"/>
          <w:i w:val="0"/>
        </w:rPr>
        <w:t xml:space="preserve">But Fortune was with us, he won that class too! </w:t>
      </w:r>
    </w:p>
    <w:p>
      <w:r>
        <w:rPr>
          <w:b w:val="0"/>
          <w:i w:val="0"/>
        </w:rPr>
        <w:t xml:space="preserve">If that was not enough to celebrate, the best was still to come. All the unbeaten class winners of Crufts 2019 lined up to compete for the Crufts Dog Challenge Certificate. </w:t>
      </w:r>
    </w:p>
    <w:p>
      <w:r>
        <w:rPr>
          <w:b w:val="0"/>
          <w:i w:val="0"/>
        </w:rPr>
        <w:t>From a splendid line-up, we were genuinely thrilled to bits that the Dog CC was won by Fiona Braddons lovely dog, Trendlewood Born to Run JW, who was now deservedly a champion, but where would the Reserve Challenge Certificate go?</w:t>
      </w:r>
    </w:p>
    <w:p>
      <w:r>
        <w:rPr>
          <w:b w:val="0"/>
          <w:i w:val="0"/>
        </w:rPr>
        <w:t>We presented our exhibits once again and stood for the judge's final choice. Who would be the lucky recipient?</w:t>
      </w:r>
    </w:p>
    <w:p>
      <w:r>
        <w:rPr>
          <w:b w:val="0"/>
          <w:i w:val="0"/>
        </w:rPr>
        <w:t>We stood and waited.........where's it going? Top of the line? Middle of the line? Youngsters end of the line ?</w:t>
      </w:r>
    </w:p>
    <w:p>
      <w:r>
        <w:rPr>
          <w:b w:val="0"/>
          <w:i w:val="0"/>
        </w:rPr>
        <w:t>Because this was unfolding as a fairytale story, needing a perfect ending, in true Walt Disney style, it went to Charlie! Crufts Dog RCC winner!</w:t>
      </w:r>
    </w:p>
    <w:p>
      <w:r>
        <w:rPr>
          <w:b w:val="0"/>
          <w:i w:val="0"/>
        </w:rPr>
        <w:t>Knowing the situation, the cheers from friends around the ringside were deafening, seasoned old hands hugged, jumped up and down and shed tears of pure joy for the happy ending to a tale which had started out on such a desperately low note.</w:t>
      </w:r>
    </w:p>
    <w:p>
      <w:r>
        <w:rPr>
          <w:b w:val="0"/>
          <w:i w:val="0"/>
        </w:rPr>
        <w:t xml:space="preserve">A young lady's fortitude in the face of horrible adversity, a devotion to dog showing aroused and nurtured, new friends made, a litter bred, proving that dogs really are Mans Best Friend on the road through life, however hard that road. </w:t>
      </w:r>
    </w:p>
    <w:p>
      <w:r>
        <w:rPr>
          <w:b w:val="0"/>
          <w:i w:val="0"/>
        </w:rPr>
        <w:t>From me, my thanks for the wonderful enjoyment of taking part in this, one of the happiest of  recent dog showing stories. Well done Steph and Charlie!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