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Apr 2003"</w:t>
      </w:r>
      <w:r>
        <w:br/>
      </w:r>
      <w:r>
        <w:rPr>
          <w:b w:val="0"/>
          <w:i w:val="0"/>
        </w:rPr>
        <w:br/>
        <w:t>date_original: "18 Apr 2003"</w:t>
      </w:r>
      <w:r>
        <w:br/>
      </w:r>
      <w:r>
        <w:rPr>
          <w:b w:val="0"/>
          <w:i w:val="0"/>
        </w:rPr>
        <w:br/>
        <w:t>source_url: "https://www.ourdogs.co.uk/members/breednotes/2003/RetrieverLabrador/RetrieverLabrador-apr18.htm"</w:t>
      </w:r>
      <w:r>
        <w:br/>
      </w:r>
      <w:r>
        <w:rPr>
          <w:b w:val="0"/>
          <w:i w:val="0"/>
        </w:rPr>
        <w:br/>
        <w:t>archive_type: "static_html"</w:t>
      </w:r>
      <w:r>
        <w:br/>
      </w:r>
      <w:r>
        <w:rPr>
          <w:b w:val="0"/>
          <w:i w:val="0"/>
        </w:rPr>
        <w:br/>
        <w:t>scraped_at: "2026-09-13T22:15:25"</w:t>
      </w:r>
      <w:r>
        <w:br/>
      </w:r>
      <w:r>
        <w:rPr>
          <w:b w:val="0"/>
          <w:i w:val="0"/>
        </w:rPr>
        <w:br/>
        <w:t>word_count: 1505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Scottish Lab Club Ch Show was judged by Arwyn Ellis (Dogs) and Mervyn Reynolds (Bitches).</w:t>
      </w:r>
    </w:p>
    <w:p>
      <w:r>
        <w:rPr>
          <w:b w:val="0"/>
          <w:i w:val="0"/>
        </w:rPr>
        <w:t>The journey north proved well worthwhile for Mrs Christine Bailiss, whose yellow 2003 Crufts CC winning bitch, Tissalian Oh Sancha (Rocheby Old Smokey ex Tissalian Winter Madness), won her third CC and went Best in Show under both judges. Whilst Christine already has one other Show Champion, Sh Ch Newinn Old Hinney at Tissalian, this is the first home-bred Tissalian champion and I am sure the Bailiss family are truly thrilled. Many congratulations.</w:t>
      </w:r>
    </w:p>
    <w:p>
      <w:r>
        <w:rPr>
          <w:b w:val="0"/>
          <w:i w:val="0"/>
        </w:rPr>
        <w:t>Sadly, I have no details of the Bitch RCC winner. I don’t think it was with-held, was it?</w:t>
      </w:r>
      <w:r>
        <w:br/>
      </w:r>
      <w:r>
        <w:rPr>
          <w:b w:val="0"/>
          <w:i w:val="0"/>
        </w:rPr>
        <w:br/>
        <w:t>(Once again, I would please remind winners, judges and show secretaries to advise me of the results of their shows to share with fellow exhibitors, otherwise the moment of glory may well go completely unreported in these Our Dogs breed notes, as well as in the far reaching Labrador breed publications, for which I also prepare the show results. If I am not at the show, do please let me know, sadly I can’t make it up, even if some times I might be quite happy to).</w:t>
      </w:r>
    </w:p>
    <w:p>
      <w:r>
        <w:rPr>
          <w:b w:val="0"/>
          <w:i w:val="0"/>
        </w:rPr>
        <w:t>From Judge Arwyn Ellis, the Dog CC went to Mrs Diana Downey Tulloch’s black, Sh Ch Tullochmohr Final Edition whilst the Res CC was, I believe, won by another who had travelled far, this time from Surrey, Brian and Audrey Haywards smart young black, Donacre High Stakes, (Steeleigh Worth a Gamble ex Kimacre Country Bumpkin at Donacre). This win must have been made all the more poignant for Brian, who I know was very sad at losing his lovely black dog, Kimacre Country Time at Donacre only the previous week.</w:t>
      </w:r>
    </w:p>
    <w:p>
      <w:r>
        <w:rPr>
          <w:b w:val="0"/>
          <w:i w:val="0"/>
        </w:rPr>
        <w:t>Also attending the Scottish Lab Club Show was Mrs Leigh Lesley who writes “Steeleigh American Dream -Ruby to her friends won the special yearling class up in Scotland at the weekend giving her the final 3 points needed to gain her junior warrant . She now joins her litter mates Steeleigh American Pie JW &amp; Steeleigh American Express JW who gained the award a few months earlier . Their mother Steeleigh Simply Classic (who incidently also has her Junior Warrant), now has all 5 of her children from 2 litters that live with me, having gained their J.Ws. I'm sure you'll agree that is a record to be proud of ! To complete a thoroughly lovely time in Scotland Ruby's older half sister Steeleigh Worth the Wait JW won her class too! Well done, indeed.</w:t>
      </w:r>
    </w:p>
    <w:p>
      <w:r>
        <w:rPr>
          <w:b w:val="0"/>
          <w:i w:val="0"/>
        </w:rPr>
        <w:t>Glenys &amp; Sam Fryer have moved and send details of their new address to which enquiries for Labrador Rescue should be directed. Fullwell Labradors, Maltkiln Farm,Tincklers Lane, Eccleston, Chorley, PR7 5QY. Please Note New Rescue numbers 01257 452500 Glenys / 01257 451143 Kathryn.</w:t>
      </w:r>
    </w:p>
    <w:p>
      <w:r>
        <w:rPr>
          <w:b w:val="0"/>
          <w:i w:val="0"/>
        </w:rPr>
        <w:t>A message from the Fiona Waterfield Hon Secretary of Nottingham Sherwood Foresters Kennel Association, who are having their next Open Show at Newark on 24th May, 2003.</w:t>
      </w:r>
    </w:p>
    <w:p>
      <w:r>
        <w:rPr>
          <w:b w:val="0"/>
          <w:i w:val="0"/>
        </w:rPr>
        <w:t>“We are scheduling Labradors and the Judge is Sandy Hall (Hollybrook),from Tenerife. There are 4 classes. For schedules, please contact Fiona Waterfield, 24 Vallance Street, Mansfield Woodhouse, Notts, NG19 8EQ. Telephone 01623 652751 or 0771 868 1726. e-mail fiona.aquilegia@btopenworld.com”</w:t>
      </w:r>
    </w:p>
    <w:p>
      <w:r>
        <w:rPr>
          <w:b w:val="0"/>
          <w:i w:val="0"/>
        </w:rPr>
        <w:t>For those who use the M40 and M42 Motorways to get to shows, be aware that at the moment and for at least the next 4 months, there are roadworks being undertaken at the junction of these two motorways, which are causing absolute chaos with the traffic. I know from experience as I sat in the stationary queue the other day for at least twenty minutes. The chaos is being reported on the local radio every single day. If you use this route to get to shows, allow at least 30 minutes extra to get through the jam, or if you are coming from south of Gloucester on the M5 or from Wales, consider using the A46 east from near Tewkesbury, all the way through, via the Warwick by-pass, to the M6. Most of the A46 is dual carriageway and has been updated in the last few years. It is a good road and although slightly longer in time than the M42/40 routes when they are not blocked, this route is far superior at the present time. The M42/40 hold-ups may well affect those coming from Wales and the South West, attending the Labrador Club’s two day centennial event Belvoir Castle this coming June, so I suggest you get the map out well beforehand to plan your route.</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The Labrador Club of Scotland Championship Show held on April 6th in the Magnum Sports Centre, Irvine was once again an enjoyable show. The entry was up on last year pleasing the committee and judges, Arwyn Ellis, doing Dogs, and Mervyn Reynolds the Bitches. Best of Breed was Tissalian Oh Sanchia, winner of Limit, getting her 3rd CC, with Post Graduate winner, Mr Ross's Rewari Executive of Clanross getting the RCC. To the delight of Diana Downey-Tulloch, her black dog Sh Ch Tullochmohr Final Edition JW, got his 6th CC, and BOS, and Brian and Audrey Hayward's Donacre High Stakes got the RCC from Graduate.</w:t>
      </w:r>
    </w:p>
    <w:p>
      <w:r>
        <w:rPr>
          <w:b w:val="0"/>
          <w:i w:val="0"/>
        </w:rPr>
        <w:t>Best Puppy in Show was Andrew and Margaret Brown's yellow dog, Ramsayville Route Sixty Six. We missed seeing Margie Cairns and Roy Ellison at the show due to a rearranged flight to the Potomac where Roy was to judge. Last time I saw Margie she was in her usual top form and one can't help remembering back in the '60s when she was at the top and we novices were afraid to approach her, being too humble you understand, and how much she has done in the world of dogs since then in her roles in the Scottish Kennel Club and the Gundog Breeds Association of Scotland, in particular. We are even today still in awe of her but not at all so nervous, nor apprehensive, as once she becomes your friend her company is so invigorating and stimulating. She seems to get younger rather than older.</w:t>
      </w:r>
    </w:p>
    <w:p>
      <w:r>
        <w:rPr>
          <w:b w:val="0"/>
          <w:i w:val="0"/>
        </w:rPr>
        <w:t>The Potomac seems to have become the show to visit as once again there is a contingent of Scottish women exhibitors attending, with the usual regulars from South of the Border. A few years ago my wife, Elise, and I judged the show accompanied by thunder and lightning on the first day with a withdrawal for 2 hours to the adjacent hotel for safety, seriously disrupting the first day, with the 2nd day judging in 4 inches of water in straw-covered sodden rings. The show can also get temperatures ranging from freezing to the mid-70s. All the regular American exhibitors come with their huge wagons filled with clothing for all eventualities. It certainly is a prestigious show to remember whatever the weather.</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