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- 20/11/2020 - ISSUE"</w:t>
      </w:r>
      <w:r>
        <w:br/>
      </w:r>
      <w:r>
        <w:rPr>
          <w:b w:val="0"/>
          <w:i w:val="0"/>
        </w:rPr>
        <w:br/>
        <w:t>date_original: "20/11/2020 - ISSUE"</w:t>
      </w:r>
      <w:r>
        <w:br/>
      </w:r>
      <w:r>
        <w:rPr>
          <w:b w:val="0"/>
          <w:i w:val="0"/>
        </w:rPr>
        <w:br/>
        <w:t>source_url: "https://www.ourdogs.co.uk/members/breednotes/RetrieverLabradorMain.php"</w:t>
      </w:r>
      <w:r>
        <w:br/>
      </w:r>
      <w:r>
        <w:rPr>
          <w:b w:val="0"/>
          <w:i w:val="0"/>
        </w:rPr>
        <w:br/>
        <w:t>scraped_at: "2026-09-13T15:16:12"</w:t>
      </w:r>
      <w:r>
        <w:br/>
      </w:r>
      <w:r>
        <w:rPr>
          <w:b w:val="0"/>
          <w:i w:val="0"/>
        </w:rPr>
        <w:br/>
        <w:t>word_count: 914</w:t>
      </w:r>
    </w:p>
    <w:p>
      <w:r>
        <w:t>――――――――――――――――――――――――――――――</w:t>
      </w:r>
    </w:p>
    <w:p>
      <w:r>
        <w:rPr>
          <w:b w:val="0"/>
          <w:i w:val="0"/>
        </w:rPr>
        <w:t>NEWS MEMBERS' AREA SHOP SUBSCRIBE UPCOMING SHOWS MORE</w:t>
      </w:r>
    </w:p>
    <w:p>
      <w:r>
        <w:rPr>
          <w:b w:val="0"/>
          <w:i w:val="0"/>
        </w:rPr>
        <w:t>RETRIEVER LABRADOR</w:t>
      </w:r>
    </w:p>
    <w:p>
      <w:r>
        <w:rPr>
          <w:b w:val="0"/>
          <w:i w:val="0"/>
        </w:rPr>
        <w:t>Issue: 20/11/2020</w:t>
      </w:r>
    </w:p>
    <w:p>
      <w:r>
        <w:rPr>
          <w:b w:val="0"/>
          <w:i w:val="0"/>
        </w:rPr>
        <w:t xml:space="preserve">In any normal year, November is a grey dark and damp month, but in this exceptional year, accompanying that are empty days and weeks, each one flying by, one day melting into the next with little purpose, as we stay at home, avoid illness and await the end of the current lockdown. After that? Who knows? </w:t>
      </w:r>
    </w:p>
    <w:p>
      <w:r>
        <w:rPr>
          <w:b w:val="0"/>
          <w:i w:val="0"/>
        </w:rPr>
        <w:t xml:space="preserve">This second lockdown will only have served its purpose if people behave sensibly, no mass gatherings or parties, an acceptance of mask wearing, hand washing and social distancing until the majority are safely vaccinated. They are now talking about next summer for that. </w:t>
      </w:r>
    </w:p>
    <w:p>
      <w:r>
        <w:rPr>
          <w:b w:val="0"/>
          <w:i w:val="0"/>
        </w:rPr>
        <w:t xml:space="preserve">Sadly I canÃ¢â‚¬â„¢t  see everyone complying and I expect the virus will rear its head again and continue to cause death and suffering. It amazes me when on tv,  some university students complain that lockdown is spoiling their Ã¢â‚¬Ëœuniversity experienceÃ¢â‚¬â„¢, ie parties, bars and socialising. </w:t>
      </w:r>
    </w:p>
    <w:p>
      <w:r>
        <w:rPr>
          <w:b w:val="0"/>
          <w:i w:val="0"/>
        </w:rPr>
        <w:t>We are being propelled towards 2021 with no knowledge of what lies ahead; will there be dog shows or wonÃ¢â‚¬â„¢t there? Will the Kennel Club be functioning properly so that at last puppies could be registered and where necessary, export pedigrees issued? Will the BVA be processing health test results with a speedy turnaround? Will the new KC computer finally turn from a white elephant into an asset for breeders as was the firmer one.</w:t>
      </w:r>
    </w:p>
    <w:p>
      <w:r>
        <w:rPr>
          <w:b w:val="0"/>
          <w:i w:val="0"/>
        </w:rPr>
        <w:t xml:space="preserve">On the show front, I canÃ¢â‚¬â„¢t see Crufts going ahead at its usual time in March, but we have WELKS preparation for the late April show well in hand on the drawing board. Who knows if we will be allowed to stage it? There again, assuming exhibitors avoid Covid, will they even want to return to dog shows or will they have lost interest, or worse still, their jobs. So many questions. </w:t>
      </w:r>
    </w:p>
    <w:p>
      <w:r>
        <w:rPr>
          <w:b w:val="0"/>
          <w:i w:val="0"/>
        </w:rPr>
        <w:t>At least in the meantime here the dogs seem utterly content, their normal daily walk routine enhanced by chasing around the dog paddock with huge, windfall cooking apples in their mouths, the winner of the chase getting to eat the best bits, plus digging holes in the turf to find moles and generally poking around in fallen leaves and November mud, leaving the rest of the day to snooze in their cosy kennels until, their best time of the day,  dogsÃ¢â‚¬â„¢ dinner time! (which is over in about twenty seconds).</w:t>
      </w:r>
    </w:p>
    <w:p>
      <w:r>
        <w:rPr>
          <w:b w:val="0"/>
          <w:i w:val="0"/>
        </w:rPr>
        <w:t xml:space="preserve">Being on the older scale of young, I was thinking about what a waste of a year of oneÃ¢â‚¬â„¢s naturally shortening life this year has been and came across some text in a similar vein which Tan Nagrecha had posted on Facebook and I thought it very apt. </w:t>
      </w:r>
    </w:p>
    <w:p>
      <w:r>
        <w:rPr>
          <w:b w:val="0"/>
          <w:i w:val="0"/>
        </w:rPr>
        <w:t xml:space="preserve">Author unknown. </w:t>
      </w:r>
    </w:p>
    <w:p>
      <w:r>
        <w:rPr>
          <w:b w:val="0"/>
          <w:i w:val="0"/>
        </w:rPr>
        <w:t>Ã¢â‚¬ËœBarely the day started and... itÃ¢â‚¬â„¢s already six in the evening.</w:t>
      </w:r>
    </w:p>
    <w:p>
      <w:r>
        <w:rPr>
          <w:b w:val="0"/>
          <w:i w:val="0"/>
        </w:rPr>
        <w:t>Ã¢â‚¬ËœBarely arrived on Monday and itÃ¢â‚¬â„¢s already Friday.</w:t>
      </w:r>
    </w:p>
    <w:p>
      <w:r>
        <w:rPr>
          <w:b w:val="0"/>
          <w:i w:val="0"/>
        </w:rPr>
        <w:t>Ã¢â‚¬Ëœ... and the month is already over.</w:t>
      </w:r>
    </w:p>
    <w:p>
      <w:r>
        <w:rPr>
          <w:b w:val="0"/>
          <w:i w:val="0"/>
        </w:rPr>
        <w:t>Ã¢â‚¬Ëœ... and the year is almost over.</w:t>
      </w:r>
    </w:p>
    <w:p>
      <w:r>
        <w:rPr>
          <w:b w:val="0"/>
          <w:i w:val="0"/>
        </w:rPr>
        <w:t>Ã¢â‚¬Ëœ... and already 40, 50, 60 and 70 years of our lives have passed.</w:t>
      </w:r>
    </w:p>
    <w:p>
      <w:r>
        <w:rPr>
          <w:b w:val="0"/>
          <w:i w:val="0"/>
        </w:rPr>
        <w:t>Ã¢â‚¬Ëœ... and we realize that we lost our parents, friends.</w:t>
      </w:r>
    </w:p>
    <w:p>
      <w:r>
        <w:rPr>
          <w:b w:val="0"/>
          <w:i w:val="0"/>
        </w:rPr>
        <w:t>Ã¢â‚¬Ëœand we realize itÃ¢â‚¬â„¢s too late to go back...</w:t>
      </w:r>
    </w:p>
    <w:p>
      <w:r>
        <w:rPr>
          <w:b w:val="0"/>
          <w:i w:val="0"/>
        </w:rPr>
        <w:t>Ã¢â‚¬ËœSo... LetÃ¢â‚¬â„¢s try, despite everything, to enjoy the remaining time...</w:t>
      </w:r>
    </w:p>
    <w:p>
      <w:r>
        <w:rPr>
          <w:b w:val="0"/>
          <w:i w:val="0"/>
        </w:rPr>
        <w:t>Ã¢â‚¬ËœLetÃ¢â‚¬â„¢s keep looking for activities that we like...</w:t>
      </w:r>
    </w:p>
    <w:p>
      <w:r>
        <w:rPr>
          <w:b w:val="0"/>
          <w:i w:val="0"/>
        </w:rPr>
        <w:t>Ã¢â‚¬ËœLetÃ¢â‚¬â„¢s put some color in our grey...</w:t>
      </w:r>
    </w:p>
    <w:p>
      <w:r>
        <w:rPr>
          <w:b w:val="0"/>
          <w:i w:val="0"/>
        </w:rPr>
        <w:t>Ã¢â‚¬ËœLetÃ¢â‚¬â„¢s smile at the little things in life that put balm in our hearts.</w:t>
      </w:r>
    </w:p>
    <w:p>
      <w:r>
        <w:rPr>
          <w:b w:val="0"/>
          <w:i w:val="0"/>
        </w:rPr>
        <w:t>Ã¢â‚¬ËœAnd despite everything, we must continue to enjoy with serenity this time we have left. LetÃ¢â‚¬â„¢s try to eliminate the afters...</w:t>
      </w:r>
    </w:p>
    <w:p>
      <w:r>
        <w:rPr>
          <w:b w:val="0"/>
          <w:i w:val="0"/>
        </w:rPr>
        <w:t>Ã¢â‚¬ËœIÃ¢â‚¬â„¢m doing it after...</w:t>
      </w:r>
    </w:p>
    <w:p>
      <w:r>
        <w:rPr>
          <w:b w:val="0"/>
          <w:i w:val="0"/>
        </w:rPr>
        <w:t>Ã¢â‚¬ËœIÃ¢â‚¬â„¢ll say it after...</w:t>
      </w:r>
    </w:p>
    <w:p>
      <w:r>
        <w:rPr>
          <w:b w:val="0"/>
          <w:i w:val="0"/>
        </w:rPr>
        <w:t>Ã¢â‚¬ËœIÃ¢â‚¬â„¢ll think about it after...</w:t>
      </w:r>
    </w:p>
    <w:p>
      <w:r>
        <w:rPr>
          <w:b w:val="0"/>
          <w:i w:val="0"/>
        </w:rPr>
        <w:t>Ã¢â‚¬ËœWe leave everything for later like Ã¢â‚¬ËœafterÃ¢â‚¬â„¢ is ours.</w:t>
      </w:r>
    </w:p>
    <w:p>
      <w:r>
        <w:rPr>
          <w:b w:val="0"/>
          <w:i w:val="0"/>
        </w:rPr>
        <w:t>Ã¢â‚¬ËœBecause what we donÃ¢â‚¬â„¢t understand is that:</w:t>
      </w:r>
    </w:p>
    <w:p>
      <w:r>
        <w:rPr>
          <w:b w:val="0"/>
          <w:i w:val="0"/>
        </w:rPr>
        <w:t>Ã¢â‚¬ËœAfterwards, the coffee gets cold...</w:t>
      </w:r>
    </w:p>
    <w:p>
      <w:r>
        <w:rPr>
          <w:b w:val="0"/>
          <w:i w:val="0"/>
        </w:rPr>
        <w:t>Ã¢â‚¬ËœAfterwards, priorities change...</w:t>
      </w:r>
    </w:p>
    <w:p>
      <w:r>
        <w:rPr>
          <w:b w:val="0"/>
          <w:i w:val="0"/>
        </w:rPr>
        <w:t>Ã¢â‚¬ËœAfterwards, the charm is broken...</w:t>
      </w:r>
    </w:p>
    <w:p>
      <w:r>
        <w:rPr>
          <w:b w:val="0"/>
          <w:i w:val="0"/>
        </w:rPr>
        <w:t>Ã¢â‚¬ËœAfterwards, health passes...</w:t>
      </w:r>
    </w:p>
    <w:p>
      <w:r>
        <w:rPr>
          <w:b w:val="0"/>
          <w:i w:val="0"/>
        </w:rPr>
        <w:t>Ã¢â‚¬ËœAfterwards, the kids grow up...</w:t>
      </w:r>
    </w:p>
    <w:p>
      <w:r>
        <w:rPr>
          <w:b w:val="0"/>
          <w:i w:val="0"/>
        </w:rPr>
        <w:t>Ã¢â‚¬ËœAfterwards parents get old...</w:t>
      </w:r>
    </w:p>
    <w:p>
      <w:r>
        <w:rPr>
          <w:b w:val="0"/>
          <w:i w:val="0"/>
        </w:rPr>
        <w:t>Ã¢â‚¬ËœAfterwards, promises are forgotten...</w:t>
      </w:r>
    </w:p>
    <w:p>
      <w:r>
        <w:rPr>
          <w:b w:val="0"/>
          <w:i w:val="0"/>
        </w:rPr>
        <w:t>Ã¢â‚¬ËœAfterwards, the day becomes the night...</w:t>
      </w:r>
    </w:p>
    <w:p>
      <w:r>
        <w:rPr>
          <w:b w:val="0"/>
          <w:i w:val="0"/>
        </w:rPr>
        <w:t>Ã¢â‚¬ËœAfterwards life ends...</w:t>
      </w:r>
    </w:p>
    <w:p>
      <w:r>
        <w:rPr>
          <w:b w:val="0"/>
          <w:i w:val="0"/>
        </w:rPr>
        <w:t>Ã¢â‚¬ËœAnd then itÃ¢â‚¬â„¢s often too late....</w:t>
      </w:r>
    </w:p>
    <w:p>
      <w:r>
        <w:rPr>
          <w:b w:val="0"/>
          <w:i w:val="0"/>
        </w:rPr>
        <w:t>Ã¢â‚¬ËœSo... LetÃ¢â‚¬â„¢s leave nothing for later...</w:t>
      </w:r>
    </w:p>
    <w:p>
      <w:r>
        <w:rPr>
          <w:b w:val="0"/>
          <w:i w:val="0"/>
        </w:rPr>
        <w:t>Ã¢â‚¬ËœBecause still waiting see you later, we can lose the best moments,</w:t>
      </w:r>
    </w:p>
    <w:p>
      <w:r>
        <w:rPr>
          <w:b w:val="0"/>
          <w:i w:val="0"/>
        </w:rPr>
        <w:t>Ã¢â‚¬Ëœthe best experiences,</w:t>
      </w:r>
    </w:p>
    <w:p>
      <w:r>
        <w:rPr>
          <w:b w:val="0"/>
          <w:i w:val="0"/>
        </w:rPr>
        <w:t>Ã¢â‚¬Ëœbest friends,</w:t>
      </w:r>
    </w:p>
    <w:p>
      <w:r>
        <w:rPr>
          <w:b w:val="0"/>
          <w:i w:val="0"/>
        </w:rPr>
        <w:t>Ã¢â‚¬Ëœthe best family...</w:t>
      </w:r>
    </w:p>
    <w:p>
      <w:r>
        <w:rPr>
          <w:b w:val="0"/>
          <w:i w:val="0"/>
        </w:rPr>
        <w:t>Ã¢â‚¬ËœThe day is today... The moment is now...Ã¢â‚¬â„¢</w:t>
      </w:r>
    </w:p>
    <w:p>
      <w:r>
        <w:rPr>
          <w:b w:val="0"/>
          <w:i w:val="0"/>
        </w:rPr>
        <w:t xml:space="preserve">Very apt and thought provoking. Keep busy enjoy each day and donÃ¢â‚¬â„¢t waste a moment. </w:t>
      </w:r>
    </w:p>
    <w:p>
      <w:r>
        <w:rPr>
          <w:b w:val="0"/>
          <w:i w:val="0"/>
        </w:rPr>
        <w:t>Thanks Tan for posting.</w:t>
      </w:r>
    </w:p>
    <w:p>
      <w:r>
        <w:rPr>
          <w:b w:val="0"/>
          <w:i w:val="0"/>
        </w:rPr>
        <w:t xml:space="preserve">Ann Britton </w:t>
      </w:r>
    </w:p>
    <w:p>
      <w:r>
        <w:rPr>
          <w:b w:val="0"/>
          <w:i w:val="0"/>
        </w:rPr>
        <w:t>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