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- 17/03/2017 - ISSUE"</w:t>
      </w:r>
      <w:r>
        <w:br/>
      </w:r>
      <w:r>
        <w:rPr>
          <w:b w:val="0"/>
          <w:i w:val="0"/>
        </w:rPr>
        <w:br/>
        <w:t>date_original: "17/03/2017 - ISSUE"</w:t>
      </w:r>
      <w:r>
        <w:br/>
      </w:r>
      <w:r>
        <w:rPr>
          <w:b w:val="0"/>
          <w:i w:val="0"/>
        </w:rPr>
        <w:br/>
        <w:t>source_url: "https://www.ourdogs.co.uk/members/breednotes/RetrieverLabradorMain.php"</w:t>
      </w:r>
      <w:r>
        <w:br/>
      </w:r>
      <w:r>
        <w:rPr>
          <w:b w:val="0"/>
          <w:i w:val="0"/>
        </w:rPr>
        <w:br/>
        <w:t>scraped_at: "2026-09-13T15:26:31"</w:t>
      </w:r>
      <w:r>
        <w:br/>
      </w:r>
      <w:r>
        <w:rPr>
          <w:b w:val="0"/>
          <w:i w:val="0"/>
        </w:rPr>
        <w:br/>
        <w:t>word_count: 567</w:t>
      </w:r>
    </w:p>
    <w:p>
      <w:r>
        <w:t>――――――――――――――――――――――――――――――</w:t>
      </w:r>
    </w:p>
    <w:p>
      <w:r>
        <w:rPr>
          <w:b w:val="0"/>
          <w:i w:val="0"/>
        </w:rPr>
        <w:t>NEWS MEMBERS' AREA SHOP SUBSCRIBE UPCOMING SHOWS MORE</w:t>
      </w:r>
    </w:p>
    <w:p>
      <w:r>
        <w:rPr>
          <w:b w:val="0"/>
          <w:i w:val="0"/>
        </w:rPr>
        <w:t>RETRIEVER LABRADOR</w:t>
      </w:r>
    </w:p>
    <w:p>
      <w:r>
        <w:rPr>
          <w:b w:val="0"/>
          <w:i w:val="0"/>
        </w:rPr>
        <w:t>Issue: 17/03/2017</w:t>
      </w:r>
    </w:p>
    <w:p>
      <w:r>
        <w:rPr>
          <w:b w:val="0"/>
          <w:i w:val="0"/>
        </w:rPr>
        <w:t xml:space="preserve">East Anglian Labrador Retriever Club championship show was held at Woodgreen Animal Shelter the weekend before Crufts. The judges were Lynda Miles, (Dogs) and Eric Parr (Bitches). The results were: </w:t>
      </w:r>
    </w:p>
    <w:p>
      <w:r>
        <w:rPr>
          <w:b w:val="0"/>
          <w:i w:val="0"/>
        </w:rPr>
        <w:t>Dog CC and Best in Show, was Elaine Grummitt &amp; Adler's yellow, Flossfalls Serengeti Manorwell JW. Lucky Elaine also won the Dog Res CC with Grummitt &amp; Adler's yellow Manorwell Michigan</w:t>
      </w:r>
    </w:p>
    <w:p>
      <w:r>
        <w:rPr>
          <w:b w:val="0"/>
          <w:i w:val="0"/>
        </w:rPr>
        <w:t>The Bitch CC and Best Opposite Sex was and exciting first CC for Angela Mitchell's yellow bitch  Callyswood Caitlin.</w:t>
      </w:r>
    </w:p>
    <w:p>
      <w:r>
        <w:rPr>
          <w:b w:val="0"/>
          <w:i w:val="0"/>
        </w:rPr>
        <w:t xml:space="preserve">The Bitch Res CC went to Rawlinson &amp; Balshaw's Shanorrell Soiree At Halshimoor whilst </w:t>
      </w:r>
    </w:p>
    <w:p>
      <w:r>
        <w:rPr>
          <w:b w:val="0"/>
          <w:i w:val="0"/>
        </w:rPr>
        <w:t>Best Puppy Dog was Chris Bailiss's Yellow Tissalian Hi Jack and Best Puppy bitch was Sharon Lamberts Mattand Rio.</w:t>
      </w:r>
    </w:p>
    <w:p>
      <w:r>
        <w:rPr>
          <w:b w:val="0"/>
          <w:i w:val="0"/>
        </w:rPr>
        <w:t>Crufts, seven days later was its usual enchanting busy, busy, hustle and bustle, especially as Gundog day was on the Saturday with weekend numbers swelling the crowds at the four day event. Labradors topped the entry of the whole show with 555 dogs and bitches entered under judges Sheelin Cuthbert (dogs) and Frank Kane ( Bitches). Good to meet up with so many friends from home and abroad.</w:t>
      </w:r>
    </w:p>
    <w:p>
      <w:r>
        <w:rPr>
          <w:b w:val="0"/>
          <w:i w:val="0"/>
        </w:rPr>
        <w:t xml:space="preserve">We had two enormous green carpeted rings which were well used, with plenty of movement demonstrated throughout the day, all rather like the curates egg, some good, some not so good, and some very unsound, demonstrated throughout the day. </w:t>
      </w:r>
    </w:p>
    <w:p>
      <w:r>
        <w:rPr>
          <w:b w:val="0"/>
          <w:i w:val="0"/>
        </w:rPr>
        <w:t>There were plenty of chairs ringside, the front row sadly often reserved by coat throughout the day which is a touch annoying for those who having got up at the crack of dawn or travelled throughout the night would have loved to have sat down to watch the judging rather than stand behind a coat covered but otherwise empty chair.</w:t>
      </w:r>
    </w:p>
    <w:p>
      <w:r>
        <w:rPr>
          <w:b w:val="0"/>
          <w:i w:val="0"/>
        </w:rPr>
        <w:t>The breed club stands manned by dedicated club committee members did a steady trade distributing their interesting yearbooks, selling goods and taking in annual subscriptions and donations to rescue.</w:t>
      </w:r>
    </w:p>
    <w:p>
      <w:r>
        <w:rPr>
          <w:b w:val="0"/>
          <w:i w:val="0"/>
        </w:rPr>
        <w:t xml:space="preserve">After a long day the top Labrador winners at Crufts. 2017 were Dog CC and Best of Breed the black, Ramsayville Ruby Walsh ( Ramsayville Robert Downey x Sudeo Mystique at Ramsayville) owned by the Brown family,  David Todd and Nancy Farquharson. The Dog RCC was won by Maxine Woodleys yellow Sh Ch Secret Monent at  Alkamhurst </w:t>
      </w:r>
    </w:p>
    <w:p>
      <w:r>
        <w:rPr>
          <w:b w:val="0"/>
          <w:i w:val="0"/>
        </w:rPr>
        <w:t>The Bitch CC was the crowning third CC for Sussie and Bonnie Wiles black Dolehamhalt Dazzler of Richbourne (Mambrinos Thriller at Richbourne x Buckholt Willow). What a thrill to make her up at Crufts. Paper tissues definitely needed for the Wiles ladies. Many congratulations. The Bitch RCC was Marion Hopkinsons yellow Rocheby Sweet Sensation.</w:t>
      </w:r>
    </w:p>
    <w:p>
      <w:r>
        <w:rPr>
          <w:b w:val="0"/>
          <w:i w:val="0"/>
        </w:rPr>
        <w:t xml:space="preserve">Best Puppy was Mervyn and Carole Reynolds yellow bitch Carromer </w:t>
      </w:r>
    </w:p>
    <w:p>
      <w:r>
        <w:rPr>
          <w:b w:val="0"/>
          <w:i w:val="0"/>
        </w:rPr>
        <w:t xml:space="preserve">Shimmering Satin. (Sh Ch Rocheby Hornblower x Carromer </w:t>
      </w:r>
    </w:p>
    <w:p>
      <w:r>
        <w:rPr>
          <w:b w:val="0"/>
          <w:i w:val="0"/>
        </w:rPr>
        <w:t xml:space="preserve">Shimmering Tiara). </w:t>
      </w:r>
    </w:p>
    <w:p>
      <w:r>
        <w:rPr>
          <w:b w:val="0"/>
          <w:i w:val="0"/>
        </w:rPr>
        <w:t>Congratulations to all the winners. It was a thoroughly enjoyable day.</w:t>
      </w:r>
    </w:p>
    <w:p>
      <w:r>
        <w:rPr>
          <w:b w:val="0"/>
          <w:i w:val="0"/>
        </w:rPr>
        <w:t>Do remember entries for WELKS, Midland Counties Lab Club and the Birmingham National championship shows are closing very soon.</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