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- 02/11/2018 - ISSUE"</w:t>
      </w:r>
      <w:r>
        <w:br/>
      </w:r>
      <w:r>
        <w:rPr>
          <w:b w:val="0"/>
          <w:i w:val="0"/>
        </w:rPr>
        <w:br/>
        <w:t>date_original: "02/11/2018 - ISSUE"</w:t>
      </w:r>
      <w:r>
        <w:br/>
      </w:r>
      <w:r>
        <w:rPr>
          <w:b w:val="0"/>
          <w:i w:val="0"/>
        </w:rPr>
        <w:br/>
        <w:t>source_url: "https://www.ourdogs.co.uk/members/breednotes/RetrieverLabradorMain.php"</w:t>
      </w:r>
      <w:r>
        <w:br/>
      </w:r>
      <w:r>
        <w:rPr>
          <w:b w:val="0"/>
          <w:i w:val="0"/>
        </w:rPr>
        <w:br/>
        <w:t>scraped_at: "2026-09-13T15:21:51"</w:t>
      </w:r>
      <w:r>
        <w:br/>
      </w:r>
      <w:r>
        <w:rPr>
          <w:b w:val="0"/>
          <w:i w:val="0"/>
        </w:rPr>
        <w:br/>
        <w:t>word_count: 1200</w:t>
      </w:r>
    </w:p>
    <w:p>
      <w:r>
        <w:t>――――――――――――――――――――――――――――――</w:t>
      </w:r>
    </w:p>
    <w:p>
      <w:r>
        <w:rPr>
          <w:b w:val="0"/>
          <w:i w:val="0"/>
        </w:rPr>
        <w:t>NEWS MEMBERS' AREA SHOP SUBSCRIBE UPCOMING SHOWS MORE</w:t>
      </w:r>
    </w:p>
    <w:p>
      <w:r>
        <w:rPr>
          <w:b w:val="0"/>
          <w:i w:val="0"/>
        </w:rPr>
        <w:t>RETRIEVER LABRADOR</w:t>
      </w:r>
    </w:p>
    <w:p>
      <w:r>
        <w:rPr>
          <w:b w:val="0"/>
          <w:i w:val="0"/>
        </w:rPr>
        <w:t>Issue: 02/11/2018</w:t>
      </w:r>
    </w:p>
    <w:p>
      <w:r>
        <w:rPr>
          <w:b w:val="0"/>
          <w:i w:val="0"/>
        </w:rPr>
        <w:t xml:space="preserve">Midland Counties Canine Society four day show at Stafford was held at the end of October. It was their 43rd championship show. Ive been to most of them since the start. </w:t>
      </w:r>
    </w:p>
    <w:p>
      <w:r>
        <w:rPr>
          <w:b w:val="0"/>
          <w:i w:val="0"/>
        </w:rPr>
        <w:t xml:space="preserve">These days conditions for dogs and exhibitors are a long way removed from the early years of the show at this venue, before the Sandylands, Argyll and Prestwood centres were built. Then, Labradors were shown in bitterly cold, usually foggy weather, in outside open-sided sheep pens. It was grim! Never take the present day, cosy luxury of the Sandylands Centre where we are now based, for granted! </w:t>
      </w:r>
    </w:p>
    <w:p>
      <w:r>
        <w:rPr>
          <w:b w:val="0"/>
          <w:i w:val="0"/>
        </w:rPr>
        <w:t xml:space="preserve">With the lowest 2018 entry fee of all group shows this year at just Â£22 per exhibit, compared to LKAs Â£30 per dog this coming December, plus carpark at the NEC, the Midland Counties show had drawn 500 more dogs than last year. Unusual in this day and age. </w:t>
      </w:r>
    </w:p>
    <w:p>
      <w:r>
        <w:rPr>
          <w:b w:val="0"/>
          <w:i w:val="0"/>
        </w:rPr>
        <w:t>Midland Counties committee have cleverly and generously invested in the development of the site and buildings at Stafford Showground since the early days and therefore whilst other shows have crippling rents to pay for their show venues and hence higher entry fees, Midland Counties are able to generously share the benifits of their foresight and good housekeeping with their exhibitors and with chosen doggy charities.</w:t>
      </w:r>
    </w:p>
    <w:p>
      <w:r>
        <w:rPr>
          <w:b w:val="0"/>
          <w:i w:val="0"/>
        </w:rPr>
        <w:t>Alison Scutcher had drawn a grand midweek entry of 222 dogs and bitches less 64 absentees. Her winners were - Dog CC - Maxine Woodleys 7 year old, yellow winner of Veteran, Sh Ch Secret Moment at Alkamhurst ( Sh Ch Carpenny Made  a Million x Carpenny Spinning Wheel) . Maxine very kindly celebrated her 60th Birthday on the day, with cake and bubbles for everyone to enjoy. Thank you!</w:t>
      </w:r>
    </w:p>
    <w:p>
      <w:r>
        <w:rPr>
          <w:b w:val="0"/>
          <w:i w:val="0"/>
        </w:rPr>
        <w:t xml:space="preserve">The Dog RCC winner was Christine Bailiss's yellow Sh Ch Tissalian Hi Jack JW. ( Sh Ch Rocheby Hornblower x Tissalian Hide and Seek). Christine is currently Top Labrador Breeder to date in the Our Dogs completion. </w:t>
      </w:r>
    </w:p>
    <w:p>
      <w:r>
        <w:rPr>
          <w:b w:val="0"/>
          <w:i w:val="0"/>
        </w:rPr>
        <w:t>The Bitch CC, Best of Breed and Group 4 under Hilda Parkinson, was won by Ed Casey and Erica Jayes yellow, Sh Ch Lembas Kiss Me Kate at Moyglas (Sh Ch Farnfield Topo Gigio JW /Sh CM x  Sh Ch Lembas Chiquitita).</w:t>
      </w:r>
    </w:p>
    <w:p>
      <w:r>
        <w:rPr>
          <w:b w:val="0"/>
          <w:i w:val="0"/>
        </w:rPr>
        <w:t>Erica and Ed also had great success winning the Eucanuba Puppy Dog Stakes under Derek Smith with yellow dog, Sandylands Hit the Road ( Sh Ch Tissalian Hi Jack x Sandylands Free Time).</w:t>
      </w:r>
    </w:p>
    <w:p>
      <w:r>
        <w:rPr>
          <w:b w:val="0"/>
          <w:i w:val="0"/>
        </w:rPr>
        <w:t>The Bitch RCC went to chocolate Bitch, Afinmore Ardmore (Gowanvale Hot Chocolate x Afinmore Absinthe) owned by Mrs C Mitchell whilst Best Puppy was Mervyn and Carole Reynolds yellow Carromer Shimmering in Pink (Sh Ch Tissalian Hi Jack x Carromer Shimmering Tiara)</w:t>
      </w:r>
    </w:p>
    <w:p>
      <w:r>
        <w:rPr>
          <w:b w:val="0"/>
          <w:i w:val="0"/>
        </w:rPr>
        <w:t>Congratulations to you all.</w:t>
      </w:r>
    </w:p>
    <w:p>
      <w:r>
        <w:rPr>
          <w:b w:val="0"/>
          <w:i w:val="0"/>
        </w:rPr>
        <w:t xml:space="preserve">The following weekend it was so chilly outside that in the afternoon I stayed indoors, a very rare occurrence and settled down to watch, once again, the video of the 2003 Labrador two day, weekend centenary  celebrations at Belvoir Castle. I spent a grand hour watching the video. I had forgotten how good it was. The parade of champions from field and show-ring, the scurry, the talk by the late Janice Pritchard taken from us so young. So much to enjoy. If you can get to see a copy, I recommend you do so. </w:t>
      </w:r>
    </w:p>
    <w:p>
      <w:r>
        <w:rPr>
          <w:b w:val="0"/>
          <w:i w:val="0"/>
        </w:rPr>
        <w:t xml:space="preserve">I thoroughly enjoyed going down memory lane, watching many of the same breeders as now, fifteen years ago, doing well in the ring with their dogs. I am writing this from memory so apologies for any omissions, but I do recall seeing successful exhibitors on the days from the UK, Mesdames Bailiss, Braddon, Brown, Carpanini, Coode, Mills, Venturi Rose, and  Reynolds to name but a few there, showing  their latest charges plus Andy Metcalfe with another of his promising puppies. </w:t>
      </w:r>
    </w:p>
    <w:p>
      <w:r>
        <w:rPr>
          <w:b w:val="0"/>
          <w:i w:val="0"/>
        </w:rPr>
        <w:t>I didnt attend the championship show as I was judging Labradors at Three Counties at Malvern the following morning, and in those days, 2003, it was an unwritten rule that you did not attend the championship show immediately before the one you were judging, so it was lovely to visit the event by my fireside, on a chilly autumn day in 2018, via ancient video. I did, however, have to find the video instruction book to recall how on earth to work the video machine though!</w:t>
      </w:r>
    </w:p>
    <w:p>
      <w:r>
        <w:rPr>
          <w:b w:val="0"/>
          <w:i w:val="0"/>
        </w:rPr>
        <w:t xml:space="preserve">For those enquiring how my gorgeous singleton puppy, Jasper, went at his very first championship show at six months, well...it all went very well...nitially. </w:t>
      </w:r>
    </w:p>
    <w:p>
      <w:r>
        <w:rPr>
          <w:b w:val="0"/>
          <w:i w:val="0"/>
        </w:rPr>
        <w:t>He stood alert and handsome in the ring as I wished him too, with all legs in the right place. He was very well behaved when he was gone over by the judge, he allowed his bright, white teeth to be looked at, and he didn't jump up to grab the judges  hair; he moved when asked, in the right direction, with drive and precision; I was pleased; all pretty respectable and under control. He got shortlisted in the last five.</w:t>
      </w:r>
    </w:p>
    <w:p>
      <w:r>
        <w:rPr>
          <w:b w:val="0"/>
          <w:i w:val="0"/>
        </w:rPr>
        <w:t>"Phew", thought I, always apprehensive at a very promising pups first show, "so far so good".</w:t>
      </w:r>
    </w:p>
    <w:p>
      <w:r>
        <w:rPr>
          <w:b w:val="0"/>
          <w:i w:val="0"/>
        </w:rPr>
        <w:t>Nearly time for the judge to make the final selection order.</w:t>
      </w:r>
    </w:p>
    <w:p>
      <w:r>
        <w:rPr>
          <w:b w:val="0"/>
          <w:i w:val="0"/>
        </w:rPr>
        <w:t>Then, we last five were asked to all go round the ring together, something I have been advocating judges should always do, to assess one exhibit against the other.</w:t>
      </w:r>
    </w:p>
    <w:p>
      <w:r>
        <w:rPr>
          <w:b w:val="0"/>
          <w:i w:val="0"/>
        </w:rPr>
        <w:t xml:space="preserve">Jasper thought that after all the posing and standing still, this was an absolutely, amazingly, wonderfully fantastic idea.  </w:t>
      </w:r>
    </w:p>
    <w:p>
      <w:r>
        <w:rPr>
          <w:b w:val="0"/>
          <w:i w:val="0"/>
        </w:rPr>
        <w:t xml:space="preserve">"Hooray,  at last, a game! In fact it's a charging around game; a Grand National scurry, any direction will do, add a bit of bouncing through the air to create interest,  but the faster the better. Yippee!". </w:t>
      </w:r>
    </w:p>
    <w:p>
      <w:r>
        <w:rPr>
          <w:b w:val="0"/>
          <w:i w:val="0"/>
        </w:rPr>
        <w:t>So off he set, chasing after the others, leaping across the ring to say "Hello, how are you" to the ones at the head of the line. It was somewhat chaotic. At least l stayed on my feet, which was a miracle, but sadly for Jasper, it was his day to learn that in life, looks don't necessarily get you anywhere when you behave like a buffoon!</w:t>
      </w:r>
    </w:p>
    <w:p>
      <w:r>
        <w:rPr>
          <w:b w:val="0"/>
          <w:i w:val="0"/>
        </w:rPr>
        <w:t xml:space="preserve">So, just for his followers, he came 4th, which was certainly no disgrace at his first Ch show, but work in progress! </w:t>
      </w:r>
    </w:p>
    <w:p>
      <w:r>
        <w:rPr>
          <w:b w:val="0"/>
          <w:i w:val="0"/>
        </w:rPr>
        <w:t xml:space="preserve">As many know, gardening and growing plants is another of my passions. I have recently commenced the annual autumn pruning and general garden clean up. The dogs always accompany me but I did think of Monty Dons two well behaved Golden Retrievers, absolute gentlemen, always gently lying there in the background of his garden in his TV gardening show, whilst my youngsters pinch stuff from the loaded wheelbarrow and run off around the garden with bunches of pruned twigs and foliage, scattering it left, right and centre with great glee and whoops of fun!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