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- 17/01/2020 - ISSUE"</w:t>
      </w:r>
      <w:r>
        <w:br/>
      </w:r>
      <w:r>
        <w:rPr>
          <w:b w:val="0"/>
          <w:i w:val="0"/>
        </w:rPr>
        <w:br/>
        <w:t>date_original: "17/01/2020 - ISSUE"</w:t>
      </w:r>
      <w:r>
        <w:br/>
      </w:r>
      <w:r>
        <w:rPr>
          <w:b w:val="0"/>
          <w:i w:val="0"/>
        </w:rPr>
        <w:br/>
        <w:t>source_url: "https://www.ourdogs.co.uk/members/breednotes/RetrieverLabradorMain.php"</w:t>
      </w:r>
      <w:r>
        <w:br/>
      </w:r>
      <w:r>
        <w:rPr>
          <w:b w:val="0"/>
          <w:i w:val="0"/>
        </w:rPr>
        <w:br/>
        <w:t>scraped_at: "2026-09-13T15:18:30"</w:t>
      </w:r>
      <w:r>
        <w:br/>
      </w:r>
      <w:r>
        <w:rPr>
          <w:b w:val="0"/>
          <w:i w:val="0"/>
        </w:rPr>
        <w:br/>
        <w:t>word_count: 1323</w:t>
      </w:r>
    </w:p>
    <w:p>
      <w:r>
        <w:t>――――――――――――――――――――――――――――――</w:t>
      </w:r>
    </w:p>
    <w:p>
      <w:r>
        <w:rPr>
          <w:b w:val="0"/>
          <w:i w:val="0"/>
        </w:rPr>
        <w:t>NEWS MEMBERS' AREA SHOP SUBSCRIBE UPCOMING SHOWS MORE</w:t>
      </w:r>
    </w:p>
    <w:p>
      <w:r>
        <w:rPr>
          <w:b w:val="0"/>
          <w:i w:val="0"/>
        </w:rPr>
        <w:t>RETRIEVER LABRADOR</w:t>
      </w:r>
    </w:p>
    <w:p>
      <w:r>
        <w:rPr>
          <w:b w:val="0"/>
          <w:i w:val="0"/>
        </w:rPr>
        <w:t>Issue: 17/01/2020</w:t>
      </w:r>
    </w:p>
    <w:p>
      <w:r>
        <w:rPr>
          <w:b w:val="0"/>
          <w:i w:val="0"/>
        </w:rPr>
        <w:t>Following the horrendous car accident sustained enroute to a dog-show last Saturday morning by Heather and David Chapman (Daisypatch), a word of warning. Their well-maintained car broke down on a dual-carriageway where there was no refuge or hard shoulder, similar to the enormously dangerous Smart Motorways being constructed around the UK at the moment. Being blessed with common sense, despite suffering shock, Heather and David immediately got out of the stalled vehicle, quickly unloaded three young Labradors and climbed with them to the other side of the safety barrier. Three minutes later their car was a complete write-off; apparently hit at great speed, rear end on, by another vehicle, which catapulted the Chapmans car 80 feet further down the dual-carriageway. Photos show the back of their car, and everything inside it, completely compressed, flattened and destroyed including the dog travelling crates, from which, barely three minutes beforehand, the dogs had been removed. If you do have the misfortune to ever break down, do make sure you donÃ¢â‚¬â„¢t sit in the car cogitating, but get dogs and humans out immediately and phone for assistance from a safe position behind the metal road barrier.</w:t>
      </w:r>
    </w:p>
    <w:p>
      <w:r>
        <w:rPr>
          <w:b w:val="0"/>
          <w:i w:val="0"/>
        </w:rPr>
        <w:t>At Midland Counties Lab Club Open Show judged by Pat Butler Holley, last Sunday, Best In Show was Christine BailissÃ¢â‚¬â„¢s yellow, Tissalian Hi Society JW with Andy and Jo Metcalfes yellow, Carromer Jack Flash to Baileydale going Res BIS. Best Puppy and Best Minor Puppy was David Coodes black dog Warringahs The Bluff, whilst Best Veteran was Hinds Tawnybank Smooth n Debonair.</w:t>
      </w:r>
    </w:p>
    <w:p>
      <w:r>
        <w:rPr>
          <w:b w:val="0"/>
          <w:i w:val="0"/>
        </w:rPr>
        <w:t>David Coodes black dog puppy, Warringahs The Bluff, celebrated yet another winning weekend. At nine months of age he has already obtained his Junior Warrant, now with additional wins at Boston Ch Show where he was BPIB on Friday, at Worcester and Malvern Open Show on Saturday where he went Best Puppy in Show and the following day at Midland Counties Lab Club Open Show again won Best Puppy in Show.</w:t>
      </w:r>
    </w:p>
    <w:p>
      <w:r>
        <w:rPr>
          <w:b w:val="0"/>
          <w:i w:val="0"/>
        </w:rPr>
        <w:t>The Boston winners under Angela Williams (Foulby) were- Dog CC SH CH Millroseglen Make My Day With Meadovillabs, Dog RCC Nailen Elite Envoy. Bitch CC and Best of Breed - A Sense of Pleasures Ylvi at Alkamhurst. Bitch RCC Sandylands High Time. Best Puppy Warringahs The Bluff and Best Special Beginner Serengochs Lincoln Gyda Arghishalee. Congratulations to Paul McCrory on making up his yellow dog SH CH Millroseglen Make My Day With Meadovillabs (subject to KC confirmation).</w:t>
      </w:r>
    </w:p>
    <w:p>
      <w:r>
        <w:rPr>
          <w:b w:val="0"/>
          <w:i w:val="0"/>
        </w:rPr>
        <w:t>Completing the records for top winners of 2019. The Labrador Dog and Bitch CC Winners are set out below. My apologies for any unintentional errors. The list is of CCs won during the year, not prior to 2019 or in 2020. The CCs were shared amongst 23 dogs.*Star = BOB</w:t>
      </w:r>
    </w:p>
    <w:p>
      <w:r>
        <w:rPr>
          <w:b w:val="0"/>
          <w:i w:val="0"/>
        </w:rPr>
        <w:t>8 CCs 3 BOB</w:t>
      </w:r>
      <w:r>
        <w:rPr>
          <w:b w:val="0"/>
          <w:i/>
        </w:rPr>
        <w:t xml:space="preserve"> Sh Ch Trendlewood Born to Run (Devonshires London Edition x Sh Ch Trendlewood Silent Night.) He already had won 2 CCs in 2018. He was made up at Boston under Liz Peggs. His other CCs won during 2019 were from Crufts- Pat Harrison, Lab Club of Scotland</w:t>
      </w:r>
      <w:r>
        <w:rPr>
          <w:b w:val="0"/>
          <w:i w:val="0"/>
        </w:rPr>
        <w:t xml:space="preserve"> Ã¢â‚¬â€œ D Coode, Joint Lab Club Ã¢â‚¬â€œ S Slettendal, Lab Club of Wales Ã¢â‚¬â€œ Amanda Stewart, Bath</w:t>
      </w:r>
      <w:r>
        <w:rPr>
          <w:b w:val="0"/>
          <w:i/>
        </w:rPr>
        <w:t>- L Harvey Major, United Retriever Club</w:t>
      </w:r>
      <w:r>
        <w:rPr>
          <w:b w:val="0"/>
          <w:i w:val="0"/>
        </w:rPr>
        <w:t>Ã¢â‚¬â€œ Erica Jayes, Birmingham City*- Dan Ericsson.</w:t>
      </w:r>
    </w:p>
    <w:p>
      <w:r>
        <w:rPr>
          <w:b w:val="0"/>
          <w:i w:val="0"/>
        </w:rPr>
        <w:t>4CCs 4 BOB Sh Ch Tissalian Hi Jack. East Anglian Lab Club</w:t>
      </w:r>
      <w:r>
        <w:rPr>
          <w:b w:val="0"/>
          <w:i/>
        </w:rPr>
        <w:t xml:space="preserve"> Ã¢â‚¬â€œ Dave Wilmshurst, Labrador Retriever Club</w:t>
      </w:r>
      <w:r>
        <w:rPr>
          <w:b w:val="0"/>
          <w:i w:val="0"/>
        </w:rPr>
        <w:t xml:space="preserve"> -Lorraine Tooth, Gundog Society of Wales</w:t>
      </w:r>
      <w:r>
        <w:rPr>
          <w:b w:val="0"/>
          <w:i/>
        </w:rPr>
        <w:t>- Huw Bishop, Midland Counties CA</w:t>
      </w:r>
      <w:r>
        <w:rPr>
          <w:b w:val="0"/>
          <w:i w:val="0"/>
        </w:rPr>
        <w:t xml:space="preserve">- Andy Metcalfe </w:t>
      </w:r>
    </w:p>
    <w:p>
      <w:r>
        <w:rPr>
          <w:b w:val="0"/>
          <w:i w:val="0"/>
        </w:rPr>
        <w:t>4CCs 3BOB Sh Ch Cremino Chilly Pepper Sh CM Ã¢â‚¬â€œThree Counties</w:t>
      </w:r>
      <w:r>
        <w:rPr>
          <w:b w:val="0"/>
          <w:i/>
        </w:rPr>
        <w:t xml:space="preserve"> M Rees, National Gundog- Chris Rose, Bournemouth</w:t>
      </w:r>
      <w:r>
        <w:rPr>
          <w:b w:val="0"/>
          <w:i w:val="0"/>
        </w:rPr>
        <w:t xml:space="preserve">- Jenny King, Welsh Kennel Club*- Becky Johnson, </w:t>
      </w:r>
    </w:p>
    <w:p>
      <w:r>
        <w:rPr>
          <w:b w:val="0"/>
          <w:i w:val="0"/>
        </w:rPr>
        <w:t>3CCs 2BOB A Sense of Pleasures El Toro at Balladoole JW - WELKS</w:t>
      </w:r>
      <w:r>
        <w:rPr>
          <w:b w:val="0"/>
          <w:i/>
        </w:rPr>
        <w:t xml:space="preserve"> D Elliott, Richmond T Butler, Driffield</w:t>
      </w:r>
      <w:r>
        <w:rPr>
          <w:b w:val="0"/>
          <w:i w:val="0"/>
        </w:rPr>
        <w:t xml:space="preserve"> L McGillivray</w:t>
      </w:r>
    </w:p>
    <w:p>
      <w:r>
        <w:rPr>
          <w:b w:val="0"/>
          <w:i w:val="0"/>
        </w:rPr>
        <w:t>3CCs 1BOB Ch Warringahs Perth JW ShCM Cots and Wye, LRC Paignton -  West of England LRC*- Margaret Gardner</w:t>
      </w:r>
    </w:p>
    <w:p>
      <w:r>
        <w:rPr>
          <w:b w:val="0"/>
          <w:i w:val="0"/>
        </w:rPr>
        <w:t xml:space="preserve">2CCs 2BOBs Sh Ch Carromer Jack Flash to Baileydale JW Jun Ch, Border Union* D.Hopkinson, Belfast, </w:t>
      </w:r>
    </w:p>
    <w:p>
      <w:r>
        <w:rPr>
          <w:b w:val="0"/>
          <w:i w:val="0"/>
        </w:rPr>
        <w:t>2CCs 2 BOBs Halshimoor Pitch Battle at Shanorrell JW South Wales KA</w:t>
      </w:r>
      <w:r>
        <w:rPr>
          <w:b w:val="0"/>
          <w:i/>
        </w:rPr>
        <w:t xml:space="preserve"> J Daltry Gundog Breeds of Scotland</w:t>
      </w:r>
      <w:r>
        <w:rPr>
          <w:b w:val="0"/>
          <w:i w:val="0"/>
        </w:rPr>
        <w:t xml:space="preserve"> M Nightingale</w:t>
      </w:r>
    </w:p>
    <w:p>
      <w:r>
        <w:rPr>
          <w:b w:val="0"/>
          <w:i w:val="0"/>
        </w:rPr>
        <w:t>2CCs 1 BOB Talard Cee Three Pee Ohh - East of England* Maurice Givan, LKA Mairi Brown</w:t>
      </w:r>
    </w:p>
    <w:p>
      <w:r>
        <w:rPr>
          <w:b w:val="0"/>
          <w:i w:val="0"/>
        </w:rPr>
        <w:t>2CCs Madgack Mulberry Minoqua SKC Mike Gadsby, Northumberland and Durham LRC - C Morton</w:t>
      </w:r>
    </w:p>
    <w:p>
      <w:r>
        <w:rPr>
          <w:b w:val="0"/>
          <w:i w:val="0"/>
        </w:rPr>
        <w:t>2 CCs Poniel Reason to Believe at Bruadarach Sh CM. Blackpool L Blunt, Leeds D Nightingale</w:t>
      </w:r>
    </w:p>
    <w:p>
      <w:r>
        <w:rPr>
          <w:b w:val="0"/>
          <w:i w:val="0"/>
        </w:rPr>
        <w:t>1CC 1BOB Sh Ch Ramsayville Ruby Walsh Yellow Lab Club* M Woodley</w:t>
      </w:r>
    </w:p>
    <w:p>
      <w:r>
        <w:rPr>
          <w:b w:val="0"/>
          <w:i w:val="0"/>
        </w:rPr>
        <w:t>1CC 1 BOB Naiken East Meets West NWLRC* S Marskell</w:t>
      </w:r>
    </w:p>
    <w:p>
      <w:r>
        <w:rPr>
          <w:b w:val="0"/>
          <w:i w:val="0"/>
        </w:rPr>
        <w:t>1CC 1BOB Ch Afinmore Azufral. East Anglian LRC* D Wilmshurst</w:t>
      </w:r>
    </w:p>
    <w:p>
      <w:r>
        <w:rPr>
          <w:b w:val="0"/>
          <w:i w:val="0"/>
        </w:rPr>
        <w:t>1CC 1BOB Mafia Labs Taboo Webster at Balladoole JW - Driffield*L McGillivray</w:t>
      </w:r>
    </w:p>
    <w:p>
      <w:r>
        <w:rPr>
          <w:b w:val="0"/>
          <w:i w:val="0"/>
        </w:rPr>
        <w:t>1CC Wynfaul The Wizard KSS LRC G Fox</w:t>
      </w:r>
    </w:p>
    <w:p>
      <w:r>
        <w:rPr>
          <w:b w:val="0"/>
          <w:i w:val="0"/>
        </w:rPr>
        <w:t>1CC Ramsayville Rock Festival at Farbrae LRC NI</w:t>
      </w:r>
    </w:p>
    <w:p>
      <w:r>
        <w:rPr>
          <w:b w:val="0"/>
          <w:i w:val="0"/>
        </w:rPr>
        <w:t xml:space="preserve">1CC Ch Mattand Exodus Manchester Ã¢â‚¬â€œ M Armstrong, </w:t>
      </w:r>
    </w:p>
    <w:p>
      <w:r>
        <w:rPr>
          <w:b w:val="0"/>
          <w:i w:val="0"/>
        </w:rPr>
        <w:t>1CC Sandylands Hit the Road - SKC (May) A Allen</w:t>
      </w:r>
    </w:p>
    <w:p>
      <w:r>
        <w:rPr>
          <w:b w:val="0"/>
          <w:i w:val="0"/>
        </w:rPr>
        <w:t>1CC Dinnozo Top Knotch Alfie - Windsor L Miles</w:t>
      </w:r>
    </w:p>
    <w:p>
      <w:r>
        <w:rPr>
          <w:b w:val="0"/>
          <w:i w:val="0"/>
        </w:rPr>
        <w:t xml:space="preserve">1CC Sandylands over the Moon to Ludalor Southern Counties G Haran </w:t>
      </w:r>
    </w:p>
    <w:p>
      <w:r>
        <w:rPr>
          <w:b w:val="0"/>
          <w:i w:val="0"/>
        </w:rPr>
        <w:t xml:space="preserve">1CC Hannabee Rocket Mission Midland Counties LRC </w:t>
      </w:r>
    </w:p>
    <w:p>
      <w:r>
        <w:rPr>
          <w:b w:val="0"/>
          <w:i w:val="0"/>
        </w:rPr>
        <w:t>1CC Int Ch Mocnys Knoxville National Dog Show T Jekkal</w:t>
      </w:r>
    </w:p>
    <w:p>
      <w:r>
        <w:rPr>
          <w:b w:val="0"/>
          <w:i w:val="0"/>
        </w:rPr>
        <w:t>1CC Mafialabs Taboo Webster at Balladoole Darlington T James</w:t>
      </w:r>
    </w:p>
    <w:p>
      <w:r>
        <w:rPr>
          <w:b w:val="0"/>
          <w:i w:val="0"/>
        </w:rPr>
        <w:t xml:space="preserve">Bitch CC winners The CCs were shared amongst 24 bitches </w:t>
      </w:r>
    </w:p>
    <w:p>
      <w:r>
        <w:rPr>
          <w:b w:val="0"/>
          <w:i w:val="0"/>
        </w:rPr>
        <w:t>6CCs 3BOB Sh Ch Naiken Dance Rhythm- Boston</w:t>
      </w:r>
      <w:r>
        <w:rPr>
          <w:b w:val="0"/>
          <w:i/>
        </w:rPr>
        <w:t xml:space="preserve"> E Peggs, WELKS Ã¢â‚¬â€œ D Elliott, Lab Club Wales</w:t>
      </w:r>
      <w:r>
        <w:rPr>
          <w:b w:val="0"/>
          <w:i w:val="0"/>
        </w:rPr>
        <w:t xml:space="preserve"> Ã¢â‚¬â€œ J Venturi Rose, SKC (May)*, Driffield L McGillivray, Yellow Lab Club- L Kent</w:t>
      </w:r>
    </w:p>
    <w:p>
      <w:r>
        <w:rPr>
          <w:b w:val="0"/>
          <w:i w:val="0"/>
        </w:rPr>
        <w:t>4CCs 4BOB Sh Ch A Sense of Pleasures Ylvi at Alkamhurst - Lab Club</w:t>
      </w:r>
      <w:r>
        <w:rPr>
          <w:b w:val="0"/>
          <w:i/>
        </w:rPr>
        <w:t xml:space="preserve"> C Morton, Cots and Wye LRC</w:t>
      </w:r>
      <w:r>
        <w:rPr>
          <w:b w:val="0"/>
          <w:i w:val="0"/>
        </w:rPr>
        <w:t xml:space="preserve"> R Hodge, Leeds</w:t>
      </w:r>
      <w:r>
        <w:rPr>
          <w:b w:val="0"/>
          <w:i/>
        </w:rPr>
        <w:t xml:space="preserve"> A Deane, N and D LRC</w:t>
      </w:r>
      <w:r>
        <w:rPr>
          <w:b w:val="0"/>
          <w:i w:val="0"/>
        </w:rPr>
        <w:t xml:space="preserve"> D Craig</w:t>
      </w:r>
    </w:p>
    <w:p>
      <w:r>
        <w:rPr>
          <w:b w:val="0"/>
          <w:i w:val="0"/>
        </w:rPr>
        <w:t>4 CCs 3BOB Sh Ch Saranden Rock Your Baby</w:t>
      </w:r>
      <w:r>
        <w:rPr>
          <w:b w:val="0"/>
          <w:i/>
        </w:rPr>
        <w:t xml:space="preserve"> - KSS M Hopkinson, Bath</w:t>
      </w:r>
      <w:r>
        <w:rPr>
          <w:b w:val="0"/>
          <w:i w:val="0"/>
        </w:rPr>
        <w:t xml:space="preserve"> Linda Harvey Major, NW Lab Club* C Mills, LKA K Roberts</w:t>
      </w:r>
    </w:p>
    <w:p>
      <w:r>
        <w:rPr>
          <w:b w:val="0"/>
          <w:i w:val="0"/>
        </w:rPr>
        <w:t xml:space="preserve">3CCs 1BOB Sh Ch Trewinnard Pimlico - Lab Club Scotland C Coode, Joint Lab Clubs * D Coode, URC M. McCollough. </w:t>
      </w:r>
    </w:p>
    <w:p>
      <w:r>
        <w:rPr>
          <w:b w:val="0"/>
          <w:i w:val="0"/>
        </w:rPr>
        <w:t>3CCs 1BOB Shanorrell Socialite at Halshimoor - Three Counties M Rees, Windsor* L Miles, Bournemouth J King</w:t>
      </w:r>
    </w:p>
    <w:p>
      <w:r>
        <w:rPr>
          <w:b w:val="0"/>
          <w:i w:val="0"/>
        </w:rPr>
        <w:t>3CCs Sh Ch Classical Act at Foxrush - JW Border Union D Hopkinson, WKC B Johnson, City of Bham D Ericsson</w:t>
      </w:r>
    </w:p>
    <w:p>
      <w:r>
        <w:rPr>
          <w:b w:val="0"/>
          <w:i w:val="0"/>
        </w:rPr>
        <w:t>2CCs 2BOB Sh Ch Arrowmoy Fairytale of New York Farnfield JW Ã¢â‚¬â€œ Paignton</w:t>
      </w:r>
      <w:r>
        <w:rPr>
          <w:b w:val="0"/>
          <w:i/>
        </w:rPr>
        <w:t xml:space="preserve"> J Miller. Belfast</w:t>
      </w:r>
      <w:r>
        <w:rPr>
          <w:b w:val="0"/>
          <w:i w:val="0"/>
        </w:rPr>
        <w:t xml:space="preserve"> D Shields</w:t>
      </w:r>
    </w:p>
    <w:p>
      <w:r>
        <w:rPr>
          <w:b w:val="0"/>
          <w:i w:val="0"/>
        </w:rPr>
        <w:t>2CCs 1BOB Sh Ch Lembas Kiss Me Kate at Moyglas</w:t>
      </w:r>
      <w:r>
        <w:rPr>
          <w:b w:val="0"/>
          <w:i/>
        </w:rPr>
        <w:t xml:space="preserve"> - Manchester</w:t>
      </w:r>
      <w:r>
        <w:rPr>
          <w:b w:val="0"/>
          <w:i w:val="0"/>
        </w:rPr>
        <w:t xml:space="preserve"> C Jury. East of England M Givan</w:t>
      </w:r>
    </w:p>
    <w:p>
      <w:r>
        <w:rPr>
          <w:b w:val="0"/>
          <w:i w:val="0"/>
        </w:rPr>
        <w:t>2CC 2 BOB Sh Ch Allenies Athena at Mandursan - National Dog Show</w:t>
      </w:r>
      <w:r>
        <w:rPr>
          <w:b w:val="0"/>
          <w:i/>
        </w:rPr>
        <w:t xml:space="preserve"> T Jakkel, Southern Counties</w:t>
      </w:r>
      <w:r>
        <w:rPr>
          <w:b w:val="0"/>
          <w:i w:val="0"/>
        </w:rPr>
        <w:t xml:space="preserve"> G Haran</w:t>
      </w:r>
    </w:p>
    <w:p>
      <w:r>
        <w:rPr>
          <w:b w:val="0"/>
          <w:i w:val="0"/>
        </w:rPr>
        <w:t>1CC 1BOB Centenalee Miss Madelyn* JR Sauge MCLRC</w:t>
      </w:r>
    </w:p>
    <w:p>
      <w:r>
        <w:rPr>
          <w:b w:val="0"/>
          <w:i w:val="0"/>
        </w:rPr>
        <w:t>1CC 1BOB Sh Ch Maxfield Maybelline Ã¢â‚¬â€œ Crufts*- S Wiles</w:t>
      </w:r>
    </w:p>
    <w:p>
      <w:r>
        <w:rPr>
          <w:b w:val="0"/>
          <w:i w:val="0"/>
        </w:rPr>
        <w:t>1CC 1BOB Warringahs Gulwarra Blackpool* L Blunt</w:t>
      </w:r>
    </w:p>
    <w:p>
      <w:r>
        <w:rPr>
          <w:b w:val="0"/>
          <w:i w:val="0"/>
        </w:rPr>
        <w:t>1CC 1BOB Maxfield Arrabella - Nat Gundog* A Lavelle</w:t>
      </w:r>
    </w:p>
    <w:p>
      <w:r>
        <w:rPr>
          <w:b w:val="0"/>
          <w:i w:val="0"/>
        </w:rPr>
        <w:t>1CC 1BOB Sh Ch Sekada Miss Bianka SKC* (Aug) M Gadsby</w:t>
      </w:r>
    </w:p>
    <w:p>
      <w:r>
        <w:rPr>
          <w:b w:val="0"/>
          <w:i w:val="0"/>
        </w:rPr>
        <w:t>1CC 1BOB Sh Ch Seatallen Yellow Archangel Darlington* T James</w:t>
      </w:r>
    </w:p>
    <w:p>
      <w:r>
        <w:rPr>
          <w:b w:val="0"/>
          <w:i w:val="0"/>
        </w:rPr>
        <w:t xml:space="preserve">1CC 1BOB Ramsayville Rhubarb Rock of Kinchyle Lab Club NI* </w:t>
      </w:r>
    </w:p>
    <w:p>
      <w:r>
        <w:rPr>
          <w:b w:val="0"/>
          <w:i w:val="0"/>
        </w:rPr>
        <w:t>1CC Int Ch Secret Way To my heart of Labgold Ã¢â‚¬â€œ East Anglian Lab Club E Hallgarth</w:t>
      </w:r>
    </w:p>
    <w:p>
      <w:r>
        <w:rPr>
          <w:b w:val="0"/>
          <w:i w:val="0"/>
        </w:rPr>
        <w:t>1CC Afinmore Ardmore Ã¢â‚¬â€œ Three Ridings LRC</w:t>
      </w:r>
    </w:p>
    <w:p>
      <w:r>
        <w:rPr>
          <w:b w:val="0"/>
          <w:i w:val="0"/>
        </w:rPr>
        <w:t>1CC Naiken Etoile*Richmond</w:t>
      </w:r>
    </w:p>
    <w:p>
      <w:r>
        <w:rPr>
          <w:b w:val="0"/>
          <w:i w:val="0"/>
        </w:rPr>
        <w:t>1CC Trewinnard Piccadilly Ã¢â‚¬â€œ South Wales KA J Daltry</w:t>
      </w:r>
    </w:p>
    <w:p>
      <w:r>
        <w:rPr>
          <w:b w:val="0"/>
          <w:i w:val="0"/>
        </w:rPr>
        <w:t>1CC Naiken Carinsia Gundog Society Wales - H Bishop</w:t>
      </w:r>
    </w:p>
    <w:p>
      <w:r>
        <w:rPr>
          <w:b w:val="0"/>
          <w:i w:val="0"/>
        </w:rPr>
        <w:t>1CC Ramsayville Tali JW Ã¢â‚¬â€œ Midland Counties A Metcalfe</w:t>
      </w:r>
    </w:p>
    <w:p>
      <w:r>
        <w:rPr>
          <w:b w:val="0"/>
          <w:i w:val="0"/>
        </w:rPr>
        <w:t>1CC Woolman Proper Dream Maker West of Eng LRC A Ellis</w:t>
      </w:r>
    </w:p>
    <w:p>
      <w:r>
        <w:rPr>
          <w:b w:val="0"/>
          <w:i w:val="0"/>
        </w:rPr>
        <w:t>1CC Winter Star Leminiscatus at Johdine - Gundog Breeds of Scotland F Gilroy</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