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- 08/04/2016 - ISSUE"</w:t>
      </w:r>
      <w:r>
        <w:br/>
      </w:r>
      <w:r>
        <w:rPr>
          <w:b w:val="0"/>
          <w:i w:val="0"/>
        </w:rPr>
        <w:br/>
        <w:t>date_original: "08/04/2016 - ISSUE"</w:t>
      </w:r>
      <w:r>
        <w:br/>
      </w:r>
      <w:r>
        <w:rPr>
          <w:b w:val="0"/>
          <w:i w:val="0"/>
        </w:rPr>
        <w:br/>
        <w:t>source_url: "https://www.ourdogs.co.uk/members/breednotes/RetrieverLabradorMain.php"</w:t>
      </w:r>
      <w:r>
        <w:br/>
      </w:r>
      <w:r>
        <w:rPr>
          <w:b w:val="0"/>
          <w:i w:val="0"/>
        </w:rPr>
        <w:br/>
        <w:t>scraped_at: "2026-09-13T15:29:07"</w:t>
      </w:r>
      <w:r>
        <w:br/>
      </w:r>
      <w:r>
        <w:rPr>
          <w:b w:val="0"/>
          <w:i w:val="0"/>
        </w:rPr>
        <w:br/>
        <w:t>word_count: 741</w:t>
      </w:r>
    </w:p>
    <w:p>
      <w:r>
        <w:t>――――――――――――――――――――――――――――――</w:t>
      </w:r>
    </w:p>
    <w:p>
      <w:r>
        <w:rPr>
          <w:b w:val="0"/>
          <w:i w:val="0"/>
        </w:rPr>
        <w:t>NEWS MEMBERS' AREA SHOP SUBSCRIBE UPCOMING SHOWS MORE</w:t>
      </w:r>
    </w:p>
    <w:p>
      <w:r>
        <w:rPr>
          <w:b w:val="0"/>
          <w:i w:val="0"/>
        </w:rPr>
        <w:t>RETRIEVER LABRADOR</w:t>
      </w:r>
    </w:p>
    <w:p>
      <w:r>
        <w:rPr>
          <w:b w:val="0"/>
          <w:i w:val="0"/>
        </w:rPr>
        <w:t>Issue: 08/04/2016</w:t>
      </w:r>
    </w:p>
    <w:p>
      <w:r>
        <w:rPr>
          <w:b w:val="0"/>
          <w:i w:val="0"/>
        </w:rPr>
        <w:t>Sorry for lack of notes over Easter. When they were due to be written well before Easter, I, like so many other Labrador folk at home and abroad, was still suffering from the really nasty and prolonged, post Crufts flu.</w:t>
      </w:r>
    </w:p>
    <w:p>
      <w:r>
        <w:rPr>
          <w:b w:val="0"/>
          <w:i w:val="0"/>
        </w:rPr>
        <w:t>I was greatly saddened to hear that Brian Burrows dear wife Carolyn has lost her fight against cancer. She died on April 2nd. Brian and Carolyn, such a friendly couple from Cornwall will be remembered for their Caranbe Labradors, which they showed for many years. Our thoughts and sympathy go to Brian and family.</w:t>
      </w:r>
    </w:p>
    <w:p>
      <w:r>
        <w:rPr>
          <w:b w:val="0"/>
          <w:i w:val="0"/>
        </w:rPr>
        <w:t>As I reported after Crufts, Margaret Rooth (Greenworth) also suffered the recent shocking and unexpected loss of her dear husband, Barry. Margaret would like to thank everyone for their kind words, cards, flowers and donations to Labrador Rescue in memory of Barry, a gentle man held in high esteem by us all within the Labrador community.</w:t>
      </w:r>
    </w:p>
    <w:p>
      <w:r>
        <w:rPr>
          <w:b w:val="0"/>
          <w:i w:val="0"/>
        </w:rPr>
        <w:t>Kent Surrey and Sussex Lab Club held their unbenched championship show in Maidstone on Easter Sunday March 27th.There was an entry of 215 dogs and bitches for judges Linda McGillivray and Margaret Woods.</w:t>
      </w:r>
    </w:p>
    <w:p>
      <w:r>
        <w:rPr>
          <w:b w:val="0"/>
          <w:i w:val="0"/>
        </w:rPr>
        <w:t>The winners were</w:t>
      </w:r>
    </w:p>
    <w:p>
      <w:r>
        <w:rPr>
          <w:b w:val="0"/>
          <w:i w:val="0"/>
        </w:rPr>
        <w:t>Dog CC the yellow Mocneys Knoxville Lux JR Ch.</w:t>
      </w:r>
    </w:p>
    <w:p>
      <w:r>
        <w:rPr>
          <w:b w:val="0"/>
          <w:i w:val="0"/>
        </w:rPr>
        <w:t>Res Dog CC the yellow Ch Warringahs Perth JW ShCM</w:t>
      </w:r>
    </w:p>
    <w:p>
      <w:r>
        <w:rPr>
          <w:b w:val="0"/>
          <w:i w:val="0"/>
        </w:rPr>
        <w:t>Bitch CC  the yellow Sh Ch Ir Sh Ch Thurbajens Flighty Fennel at Eremos ShCm</w:t>
      </w:r>
    </w:p>
    <w:p>
      <w:r>
        <w:rPr>
          <w:b w:val="0"/>
          <w:i w:val="0"/>
        </w:rPr>
        <w:t>Bitch RCC ? Sorry no record.</w:t>
      </w:r>
    </w:p>
    <w:p>
      <w:r>
        <w:rPr>
          <w:b w:val="0"/>
          <w:i w:val="0"/>
        </w:rPr>
        <w:t>Best Puppy the black Carpenny Portia</w:t>
      </w:r>
    </w:p>
    <w:p>
      <w:r>
        <w:rPr>
          <w:b w:val="0"/>
          <w:i w:val="0"/>
        </w:rPr>
        <w:t>Best Veteran the black Lewisan Look at Me.</w:t>
      </w:r>
    </w:p>
    <w:p>
      <w:r>
        <w:rPr>
          <w:b w:val="0"/>
          <w:i w:val="0"/>
        </w:rPr>
        <w:t xml:space="preserve">On March 30th the Yellow Lab Club held their 64th all yellow, mid week Open Show at Southam . This show is as much an annual social event with super all day catering as well as a dog show. Run by an efficient team of kind caring committee members it is always a joy to attend. For those exhibitors there from the start there were mouth watering bacon butties followed later by hot lunch of various choices, endless puddings and all day cakes, courtesy of Anne Lavelle and her happy band of helpers. </w:t>
      </w:r>
    </w:p>
    <w:p>
      <w:r>
        <w:rPr>
          <w:b w:val="0"/>
          <w:i w:val="0"/>
        </w:rPr>
        <w:t>Club Secretary Sussie Wiles kept the results service going, with diligence and patience considering auto correct on her iPad did its best to alter and misspell many of the names which Sussie had initially written perfectly correctly, something I find continuously happens when I am  writing these breed notes on an iPad. It is so annoying.</w:t>
      </w:r>
    </w:p>
    <w:p>
      <w:r>
        <w:rPr>
          <w:b w:val="0"/>
          <w:i w:val="0"/>
        </w:rPr>
        <w:t xml:space="preserve">The judge was Rob Phillips ( Ryedown). From an entry of 94, Best in Show was Anthony Allens Am Ch Tampa Bay and Snobos Gusty Seas Batten Down the Hatch (imp USA). Res Best Dog was David Coodes Ch Warringahs Perth JW ShCM. </w:t>
      </w:r>
    </w:p>
    <w:p>
      <w:r>
        <w:rPr>
          <w:b w:val="0"/>
          <w:i w:val="0"/>
        </w:rPr>
        <w:t>Best Bitch, Rest Best in Show and Best Opposite Sex was my own Sh Ch Martinstide Pastiche of BowstonesJW (with Pastiche auto corrected to Pastic, by the interfering predictive text iPad, I see on Facebook) and Res Best Bitch Fiona Braddons Junior, Trendlewood Xanadu. Best Puppy was Janet Neals  bitch Amberstope Wynn Dixie. A most enjoyable day as ever.</w:t>
      </w:r>
    </w:p>
    <w:p>
      <w:r>
        <w:rPr>
          <w:b w:val="0"/>
          <w:i w:val="0"/>
        </w:rPr>
        <w:t xml:space="preserve">Three days later the Labrador Club of Scotland held their championship show with judges Dave Wilmshurst (Dogs) and Amanda Deane (Bitches) officiating in the centre of the two rings. The winners were Dog CC  and Res Best in Show David  Coode's yellow, Ch Warringah's Perth JW Sh CM. Dog RCC was the  Metcalfe's Ch Bibo Baggins By Baileydale  JW ShCM . </w:t>
      </w:r>
    </w:p>
    <w:p>
      <w:r>
        <w:rPr>
          <w:b w:val="0"/>
          <w:i w:val="0"/>
        </w:rPr>
        <w:t>Bitch CC and Best in Show was Slettedals black Fieldvalleys Carmen Sofie  handled by a delighted Becci Hodge. The  Bitch RCC winner went to another truly thrilled exhibitor, Hayley Jo Brambles handling her home bred black Shaymiloney Stormin Norma JW. Best Puppy was Linda McGillivrays Antonine Honolulu. I have to say the clubs results service on Facebook on which I rely heavily to write these notes accurately was second to none. Fantastic, class by class typed record as each class finished. Certainly no mean fete. Many congratulations to Margaret Gardener, I believe.</w:t>
      </w:r>
    </w:p>
    <w:p>
      <w:r>
        <w:rPr>
          <w:b w:val="0"/>
          <w:i w:val="0"/>
        </w:rPr>
        <w:t xml:space="preserve">Ann Britton </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