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 May 2003"</w:t>
      </w:r>
      <w:r>
        <w:br/>
      </w:r>
      <w:r>
        <w:rPr>
          <w:b w:val="0"/>
          <w:i w:val="0"/>
        </w:rPr>
        <w:br/>
        <w:t>date_original: "23 May 2003"</w:t>
      </w:r>
      <w:r>
        <w:br/>
      </w:r>
      <w:r>
        <w:rPr>
          <w:b w:val="0"/>
          <w:i w:val="0"/>
        </w:rPr>
        <w:br/>
        <w:t>source_url: "https://www.ourdogs.co.uk/members/breednotes/2003/RetrieverLabrador/RetrieverLabrador-may23.htm"</w:t>
      </w:r>
      <w:r>
        <w:br/>
      </w:r>
      <w:r>
        <w:rPr>
          <w:b w:val="0"/>
          <w:i w:val="0"/>
        </w:rPr>
        <w:br/>
        <w:t>archive_type: "static_html"</w:t>
      </w:r>
      <w:r>
        <w:br/>
      </w:r>
      <w:r>
        <w:rPr>
          <w:b w:val="0"/>
          <w:i w:val="0"/>
        </w:rPr>
        <w:br/>
        <w:t>scraped_at: "2026-09-13T22:17:05"</w:t>
      </w:r>
      <w:r>
        <w:br/>
      </w:r>
      <w:r>
        <w:rPr>
          <w:b w:val="0"/>
          <w:i w:val="0"/>
        </w:rPr>
        <w:br/>
        <w:t>word_count: 1430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ghastly gremlins appear to have had a go at last week’s notes, with the account of Pat Davies (Holmajor) visit to the Potomac show completely lost in thin air. We will try again this week!</w:t>
      </w:r>
    </w:p>
    <w:p>
      <w:r>
        <w:rPr>
          <w:b w:val="0"/>
          <w:i w:val="0"/>
        </w:rPr>
        <w:t>Mrs Pat Davies of the Holmajor Labradors in Ross on Wye, Herefordshire attended the recent Potomac 3 day show with her friends Ronwein Phillips, Linda Major and Christine Harris and has sent in this amusing account of their visit.</w:t>
      </w:r>
    </w:p>
    <w:p>
      <w:r>
        <w:rPr>
          <w:b w:val="0"/>
          <w:i w:val="0"/>
        </w:rPr>
        <w:t>Pat writes “ I recently visited the three day Potomac Labrador Show held in Fredrick, Maryland, USA. It is one of the largest shows held in the US and there were tremendous entries. My friends and I arrived at Washington Dulles Airport during the early afternoon after quite a long, but pleasant, flight. Unfortunately, we then stood for 2 hours in Immigration, as only three desks were open and they had to deal with 600 people from two planes! Once through, a 45-minute journey took us to our hotel where the show was to be held in the grounds.</w:t>
      </w:r>
    </w:p>
    <w:p>
      <w:r>
        <w:rPr>
          <w:b w:val="0"/>
          <w:i w:val="0"/>
        </w:rPr>
        <w:t>The next morning was the first day of the show and we awoke to torrential rain and temperatures of 34 degrees Fahrenheit. I soon discovered what an intrepid lot the American exhibitors are – no rushing for wet weather tents at the sign of a few drops of rain. Wet weather accommodation does not exist! In this case, exhibitors and their dogs just stood resolutely in the pouring rain in the ring, gradually sinking lower and lower in the mud. Some dogs were up to their hocks! All regarded as quite normal on a wet day.</w:t>
      </w:r>
    </w:p>
    <w:p>
      <w:r>
        <w:rPr>
          <w:b w:val="0"/>
          <w:i w:val="0"/>
        </w:rPr>
        <w:t>Onlookers at the ringside covered themselves with blankets etc. Luckily we had taken some wet weather gear with us and appeared like Michelin men with our many layers of clothing.</w:t>
      </w:r>
      <w:r>
        <w:br/>
      </w:r>
      <w:r>
        <w:rPr>
          <w:b w:val="0"/>
          <w:i w:val="0"/>
        </w:rPr>
        <w:br/>
        <w:t>We got so wet and cold that we made frequent visits back to the hotel for hot drinks, food and to warm ourselves up.</w:t>
      </w:r>
    </w:p>
    <w:p>
      <w:r>
        <w:rPr>
          <w:b w:val="0"/>
          <w:i w:val="0"/>
        </w:rPr>
        <w:t>This torrential weather continued for the whole three days of the show!</w:t>
      </w:r>
    </w:p>
    <w:p>
      <w:r>
        <w:rPr>
          <w:b w:val="0"/>
          <w:i w:val="0"/>
        </w:rPr>
        <w:t>Of the actual show and judging, the highlight for me was the Veteran classes, not just because they were held inside in the early evening with snacks and wine provided, but the sight of these oldies thoroughly enjoying themselves, especially one grand old lady of 15, who cheerfully romped around the ring (albeit a trifle stiffly).</w:t>
      </w:r>
    </w:p>
    <w:p>
      <w:r>
        <w:rPr>
          <w:b w:val="0"/>
          <w:i w:val="0"/>
        </w:rPr>
        <w:t>Needless to say, the day after the show ended, we awoke to blue skies and sunshine, which continued for the remainder of our stay.</w:t>
      </w:r>
    </w:p>
    <w:p>
      <w:r>
        <w:rPr>
          <w:b w:val="0"/>
          <w:i w:val="0"/>
        </w:rPr>
        <w:t>Everyone had been so friendly. Free coffee and muffins were served on the showground every morning and on the last day of the show, once the final judging was done, free wine was served too. Most civilised!</w:t>
      </w:r>
    </w:p>
    <w:p>
      <w:r>
        <w:rPr>
          <w:b w:val="0"/>
          <w:i w:val="0"/>
        </w:rPr>
        <w:t>Next time, when I am showing my dogs in the UK, when it starts to rain and everyone runs for cover I will remember this premier US show; pouring rain, freezing cold, dogs up to their hocks in mud, exhibitors and spectators like drowned rats and realise just how lucky we are in this country to be able to get undercover in our wet weather accommodation at the sign of the first raindrop!”</w:t>
      </w:r>
    </w:p>
    <w:p>
      <w:r>
        <w:rPr>
          <w:b w:val="0"/>
          <w:i w:val="0"/>
        </w:rPr>
        <w:t>Many thanks for this Pat, our apologies for the hiccup!</w:t>
      </w:r>
    </w:p>
    <w:p>
      <w:r>
        <w:rPr>
          <w:b w:val="0"/>
          <w:i w:val="0"/>
        </w:rPr>
        <w:t>A message from Jean Allen, Secretary of Midland Counties Labrador Club.</w:t>
      </w:r>
    </w:p>
    <w:p>
      <w:r>
        <w:rPr>
          <w:b w:val="0"/>
          <w:i w:val="0"/>
        </w:rPr>
        <w:t>The sale of tickets for the Rocheby Open Day on 1st June has been very successful and we are fast approaching the 70 mark. When the last few tickets are sold we regret we can accept no more applications.</w:t>
      </w:r>
    </w:p>
    <w:p>
      <w:r>
        <w:rPr>
          <w:b w:val="0"/>
          <w:i w:val="0"/>
        </w:rPr>
        <w:t>Marion and David Hopkinson will be pleased to receive ticket holders at their kennels from 1pm for the line up of dogs at 1.30 - 2.00pm. Please allow an extra few minutes as you will have to park your car in the road and then walk to the house.</w:t>
      </w:r>
    </w:p>
    <w:p>
      <w:r>
        <w:rPr>
          <w:b w:val="0"/>
          <w:i w:val="0"/>
        </w:rPr>
        <w:t>Sad news from Paul and Linda Cooper, Larkvalley who write that they have had to say a final goodbye to their lovely chocolate dog Larkvalley Understudy (Robbie) at just over 12 years of age. He was 2nd generation 'Bradking', sired by Elmsmere Magic Man ex Bradking Precious of Larkvalley. B.Precious was by Ch Fabracken Comedy Star ex Bradking Cassandra . For those who never saw her, Cassandra was a truly classic chocolate bitch, with 2CCs, unlucky not to be made up due to Mr Kelley’s hospitalisation in the crucial years. Ch. F. Comedy Star was the Breed Record Holder for masny years until latterly overtaken by Sh Ch Bradking Hugo.</w:t>
      </w:r>
    </w:p>
    <w:p>
      <w:r>
        <w:rPr>
          <w:b w:val="0"/>
          <w:i w:val="0"/>
        </w:rPr>
        <w:t>Larkvalley Understudy won well at Championship level throughout his lifetime even into his Veteran years. He won one CC and one RCC. His Junior Warrant, he completed in just 18 days (under the 'old' system).</w:t>
      </w:r>
    </w:p>
    <w:p>
      <w:r>
        <w:rPr>
          <w:b w:val="0"/>
          <w:i w:val="0"/>
        </w:rPr>
        <w:t>At ten years of age he retired from the show ring, but in his last twelve months of showing he won every Veteran Class in which he was entered.</w:t>
      </w:r>
    </w:p>
    <w:p>
      <w:r>
        <w:rPr>
          <w:b w:val="0"/>
          <w:i w:val="0"/>
        </w:rPr>
        <w:t>Paul recalls that over the years Understudy was usually in competition with Jackie Hodge’s chocolate dog Naiken Eduardo Esquire and that the honours were about even.</w:t>
      </w:r>
    </w:p>
    <w:p>
      <w:r>
        <w:rPr>
          <w:b w:val="0"/>
          <w:i w:val="0"/>
        </w:rPr>
        <w:t>We send our sympathy to Paul, Linda and their family, who are quite devastated by their loss.</w:t>
      </w:r>
    </w:p>
    <w:p>
      <w:r>
        <w:rPr>
          <w:b w:val="0"/>
          <w:i w:val="0"/>
        </w:rPr>
        <w:t>Having had one week to recover from my duties on the Committee at WELKS, I then went to Stafford for the National Dog Show where I am Show Architect, organising trade stands, benching, tenting, rings, timings etc for the four days of the show and 12,700 dogs entered. Here the Labrador judges were Mrs Margie Cairns (Blaircourt) who judged the dogs and Mrs Ann Sliney (Geltside) who judged the bitches.</w:t>
      </w:r>
    </w:p>
    <w:p>
      <w:r>
        <w:rPr>
          <w:b w:val="0"/>
          <w:i w:val="0"/>
        </w:rPr>
        <w:t>By the end of the day a delighted Diana Beckett had made up her five year old black bitch Kimvalley Blue Belle having won her third CC and Best of Breed. She becomes the sixth Labrador champion of 2003. The Res Bitch CC was won by Mr Dave Wilmshurst’s Mandamay Jennypenny JW, (Thurbajens Winter Joker ex Mandamay Bella De Jour).</w:t>
      </w:r>
    </w:p>
    <w:p>
      <w:r>
        <w:rPr>
          <w:b w:val="0"/>
          <w:i w:val="0"/>
        </w:rPr>
        <w:t>The Dog CC went to Janet and Vic Coles yellow Sh Ch Stajantors Robin and the Res Dog CC to Mrs Lorna Blackies Antonine Total Eclipse over Cricklecreek (Cricklecreek Cruising Along ex Antonine Sea Jade).</w:t>
      </w:r>
    </w:p>
    <w:p>
      <w:r>
        <w:rPr>
          <w:b w:val="0"/>
          <w:i w:val="0"/>
        </w:rPr>
        <w:t>Mr and Mrs McLellan’s yellow dog Sh Ch Saranden Saboteur flew the Labrador flag in the Stakes ring at the National, coming out in 1st place in the Gundog Champion Stakes from an entry of 40 Champions under judge Mr R. Vuorinen from Finland.</w:t>
      </w:r>
    </w:p>
    <w:p>
      <w:r>
        <w:rPr>
          <w:b w:val="0"/>
          <w:i w:val="0"/>
        </w:rPr>
        <w:t>Ann Britton</w:t>
      </w:r>
      <w:r>
        <w:br/>
      </w:r>
      <w:r>
        <w:rPr>
          <w:b w:val="0"/>
          <w:i w:val="0"/>
        </w:rPr>
        <w:br/>
        <w:t>01989 720 665</w:t>
      </w:r>
      <w:r>
        <w:br/>
      </w:r>
      <w:r>
        <w:rPr>
          <w:b w:val="0"/>
          <w:i w:val="0"/>
        </w:rPr>
        <w:br/>
        <w:t>Fax 01989 720550</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