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- 31/05/2002"</w:t>
      </w:r>
      <w:r>
        <w:br/>
      </w:r>
      <w:r>
        <w:rPr>
          <w:b w:val="0"/>
          <w:i w:val="0"/>
        </w:rPr>
        <w:br/>
        <w:t>date_original: "31/05/2002"</w:t>
      </w:r>
      <w:r>
        <w:br/>
      </w:r>
      <w:r>
        <w:rPr>
          <w:b w:val="0"/>
          <w:i w:val="0"/>
        </w:rPr>
        <w:br/>
        <w:t>source_url: "https://www.ourdogs.co.uk/members/breednotes/2002/RetrieverLabrador/May2002/RetrieverLabrador310502.htm"</w:t>
      </w:r>
      <w:r>
        <w:br/>
      </w:r>
      <w:r>
        <w:rPr>
          <w:b w:val="0"/>
          <w:i w:val="0"/>
        </w:rPr>
        <w:br/>
        <w:t>archive_type: "static_html"</w:t>
      </w:r>
      <w:r>
        <w:br/>
      </w:r>
      <w:r>
        <w:rPr>
          <w:b w:val="0"/>
          <w:i w:val="0"/>
        </w:rPr>
        <w:br/>
        <w:t>scraped_at: "2026-09-13T22:19:40"</w:t>
      </w:r>
      <w:r>
        <w:br/>
      </w:r>
      <w:r>
        <w:rPr>
          <w:b w:val="0"/>
          <w:i w:val="0"/>
        </w:rPr>
        <w:br/>
        <w:t>word_count: 1230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SCCA exhibitors are asked to note: due to Frank Kane's large entry Curly Coated Retrievers will begin judging at 9.30 am and will be followed immediately by Labrador Retrievers.</w:t>
      </w:r>
    </w:p>
    <w:p>
      <w:r>
        <w:rPr>
          <w:b w:val="0"/>
          <w:i w:val="0"/>
        </w:rPr>
        <w:t>Just as life was settling down quietly for the summer, (the moles from the dog paddock having left for pastures new on the other side of the lane), Mother nature has decided to send us some more entertainment.</w:t>
      </w:r>
    </w:p>
    <w:p>
      <w:r>
        <w:rPr>
          <w:b w:val="0"/>
          <w:i w:val="0"/>
        </w:rPr>
        <w:t>Two amazingly noisy and very un-housetrained peacocks, recently abandoned on the Motorway, have decided that our tiny village is rather a good place in which to re-locate. They appear to have adopted us. During the day they strut round eating everyones flowers, when it rains they are to be found sheltering in the Vicars unused greenhouse, dinner comes from the irate postmans vegetable garden (shades of Peter Rabbit of Beatrix Potter fame) and entertainment is provided by the Brittons dogs, who think it is amazingly funny when these huge birds flop down on the dog kennel roof with as much grace as a frozen turkey and then proceed to roost there for a few hours.</w:t>
      </w:r>
    </w:p>
    <w:p>
      <w:r>
        <w:rPr>
          <w:b w:val="0"/>
          <w:i w:val="0"/>
        </w:rPr>
        <w:t>We have offered a free transfer for these beautiful birds, they have even been mentioned on local radio, but surprise, surprise, no-one wants them. I can understand why!! Their ear shattering shreaking starts with the dawn at 4am and the village floral displays are rapidly disappearing. Contact me if you would like to adopt this lovely colourful pair, we will be glad to oblige and promise not to shed a tear when they are finally taken away to pastures new.</w:t>
      </w:r>
    </w:p>
    <w:p>
      <w:r>
        <w:rPr>
          <w:b w:val="0"/>
          <w:i w:val="0"/>
        </w:rPr>
        <w:t>The first SKC show of the year was judged by Moa Perrson . The dog CC was another for the Coles Stajantors Robin whilst the RCC was won by Tullochmohr Titanic at Kilstrom owned by Mrs Baillie. The Bitch CC and Best of Breed was won by Mr and Mrs Timms Sh Ch Lejie Cherry Blossom whilst the RCC went to Judith Charltons black Foxrush Blue Sapphire.</w:t>
      </w:r>
    </w:p>
    <w:p>
      <w:r>
        <w:rPr>
          <w:b w:val="0"/>
          <w:i w:val="0"/>
        </w:rPr>
        <w:t>Best Puppy was Foulby Northern Light owned by the Wilkinson and Williams partnership.</w:t>
      </w:r>
      <w:r>
        <w:br/>
      </w:r>
      <w:r>
        <w:rPr>
          <w:b w:val="0"/>
          <w:i w:val="0"/>
        </w:rPr>
        <w:br/>
        <w:t>A message from Richard Edwards regarding the forthcoming Labrador Pedigree Book, the first proof pages are almost ready and will be sent out during the next few weeks for the owners of the dogs concerned to check and return to Richard. Once all the proofs have been thoroughly checked, it is hoped the printer will have the completed volume available towards the end of the year.</w:t>
      </w:r>
    </w:p>
    <w:p>
      <w:r>
        <w:rPr>
          <w:b w:val="0"/>
          <w:i w:val="0"/>
        </w:rPr>
        <w:t>Mrs Paddy Mott has rung with news of the North West Lab Clubs Novice Gundog Training morning for beginners with either a show or working Lab they wish to start gundog training. The class will take place on Sunday 9th June from 9.30am until 12.30pm at Westhoughton and is open to the first 20 applicants. Those interested should ring Paddy for full details and registration on 01704 880112.</w:t>
      </w:r>
    </w:p>
    <w:p>
      <w:r>
        <w:rPr>
          <w:b w:val="0"/>
          <w:i w:val="0"/>
        </w:rPr>
        <w:t>As many of you are busy gardening at the moment perhaps now is the time to once again warn about the perils of using cocoa shell mulch, which is now widely available for weed suppression. Under no circumstances use this if you own a dog. It may well kill your Labrador within 24hours if he eats it. The cocoa mulch, which smells of chocolate, contains theobromine. This is highly toxic and usually fatal if eaten by dogs.</w:t>
      </w:r>
    </w:p>
    <w:p>
      <w:r>
        <w:rPr>
          <w:b w:val="0"/>
          <w:i w:val="0"/>
        </w:rPr>
        <w:t>Ann Britton</w:t>
      </w:r>
    </w:p>
    <w:p>
      <w:r>
        <w:rPr>
          <w:b w:val="0"/>
          <w:i w:val="0"/>
        </w:rPr>
        <w:t>Scottish Kennel Club was a real eye opener with the new layout looking very professional and attractive as one entered through the front entrance. Gone were the awful pig pens where we Labrador exhibitors and our unfortunate Labradors were the favourites to be put for so many years.</w:t>
      </w:r>
    </w:p>
    <w:p>
      <w:r>
        <w:rPr>
          <w:b w:val="0"/>
          <w:i w:val="0"/>
        </w:rPr>
        <w:t>We have of course for the past few years had the pleasure of being in the modern benching marquees very close to the ring so gradually our dread of a wet day at Ingliston is fading with just the awful red blaze car park to contend with in bad weather.</w:t>
      </w:r>
    </w:p>
    <w:p>
      <w:r>
        <w:rPr>
          <w:b w:val="0"/>
          <w:i w:val="0"/>
        </w:rPr>
        <w:t>We seemed to be there on a much warmer day than the Saturday when it was "freezing" and this is May! Well-known Labrador man, Don Beckett, up in Scotland indulging in his favourite pastime of trout fishing knows all about the weather we are having in May as he spent two days in a boat, wet and freezing in 4ft. waves on Loch Awe with the very sore derriere to prove it (and no trout).</w:t>
      </w:r>
    </w:p>
    <w:p>
      <w:r>
        <w:rPr>
          <w:b w:val="0"/>
          <w:i w:val="0"/>
        </w:rPr>
        <w:t>However Moa Perrson and her excellent steward (who was so entertaining and professional) helped make the show a great success. Most successful of all was Denise and John Timms with SH CH LEJIE CHERRY BLOSSOM, who looked as if she knew it was her day moving with great verve when competing for BoB. Also having a great day were Vic and Janet Coles with SH CH STAJANTORS ROBIN getting the dog CC with the Reserve Dog CC going to newcomer Mr Baillie from Kilmarnock with TULLOCHMOHR TITANIC AT KILSTRON (Cricklecreek Commander at Kincrosse x Tullochmohr Sheer Fantasy) litter brother of Tullochmohr Thespian yellow bitch Best of Breed winner at the Labrador Club of Scotland Championship Show in April. Judith Charlton's black bitch FOXRUSH BLUE SAPPHIRE got the bitch Reserve CC with the Best Puppy going to Miss C. Jones' HAFNAU TARYN.</w:t>
      </w:r>
    </w:p>
    <w:p>
      <w:r>
        <w:rPr>
          <w:b w:val="0"/>
          <w:i w:val="0"/>
        </w:rPr>
        <w:t>Jim Nolan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