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- 04/02/2022 - ISSUE"</w:t>
      </w:r>
      <w:r>
        <w:br/>
      </w:r>
      <w:r>
        <w:rPr>
          <w:b w:val="0"/>
          <w:i w:val="0"/>
        </w:rPr>
        <w:br/>
        <w:t>date_original: "04/02/2022 - ISSUE"</w:t>
      </w:r>
      <w:r>
        <w:br/>
      </w:r>
      <w:r>
        <w:rPr>
          <w:b w:val="0"/>
          <w:i w:val="0"/>
        </w:rPr>
        <w:br/>
        <w:t>source_url: "https://www.ourdogs.co.uk/members/breednotes/RetrieverLabradorMain.php"</w:t>
      </w:r>
      <w:r>
        <w:br/>
      </w:r>
      <w:r>
        <w:rPr>
          <w:b w:val="0"/>
          <w:i w:val="0"/>
        </w:rPr>
        <w:br/>
        <w:t>scraped_at: "2026-09-13T15:13:00"</w:t>
      </w:r>
      <w:r>
        <w:br/>
      </w:r>
      <w:r>
        <w:rPr>
          <w:b w:val="0"/>
          <w:i w:val="0"/>
        </w:rPr>
        <w:br/>
        <w:t>word_count: 1297</w:t>
      </w:r>
    </w:p>
    <w:p>
      <w:r>
        <w:t>――――――――――――――――――――――――――――――</w:t>
      </w:r>
    </w:p>
    <w:p>
      <w:r>
        <w:rPr>
          <w:b w:val="0"/>
          <w:i w:val="0"/>
        </w:rPr>
        <w:t>NEWS MEMBERS' AREA SHOP SUBSCRIBE UPCOMING SHOWS MORE</w:t>
      </w:r>
    </w:p>
    <w:p>
      <w:r>
        <w:rPr>
          <w:b w:val="0"/>
          <w:i w:val="0"/>
        </w:rPr>
        <w:t>RETRIEVER LABRADOR</w:t>
      </w:r>
    </w:p>
    <w:p>
      <w:r>
        <w:rPr>
          <w:b w:val="0"/>
          <w:i w:val="0"/>
        </w:rPr>
        <w:t>Issue: 04/02/2022</w:t>
      </w:r>
    </w:p>
    <w:p>
      <w:r>
        <w:rPr>
          <w:b w:val="0"/>
          <w:i w:val="0"/>
        </w:rPr>
        <w:t xml:space="preserve">Having known Per Iversen  for many many years, from when I started show planning, long before I started showing,  I  was so very sorry to hear he died last week. I knew he had been poorly for a while, but even so,  when the end comes, it is still a shock to friends.  I shall always remember him fondly. He was a knowledgeable, thoughtful man, the kindest, most genuine person one could wish to know. </w:t>
      </w:r>
    </w:p>
    <w:p>
      <w:r>
        <w:rPr>
          <w:b w:val="0"/>
          <w:i w:val="0"/>
        </w:rPr>
        <w:t>For Labrador exhibitors Per was an favourite. His opinion was highly regarded and he always drew a good entry. He judged the dogs in front of him quietly, with merit and no favouritism.  He made exhibitors feel good about their dogs. Those owners and handlers of his winners and placed dogs were always especially thrilled that he, Per Iversen, thought so highly of their charges.</w:t>
      </w:r>
    </w:p>
    <w:p>
      <w:r>
        <w:rPr>
          <w:b w:val="0"/>
          <w:i w:val="0"/>
        </w:rPr>
        <w:t xml:space="preserve">Two highly respected friends of Pers, esteemed judges, Sigurd Wilberg and Andrew Brace, both posted wonderfully fitting obituaries to Per on Facebook and  I asked for, and received their permission to reproduce the text in these Labrador breed notes. </w:t>
      </w:r>
    </w:p>
    <w:p>
      <w:r>
        <w:rPr>
          <w:b w:val="0"/>
          <w:i w:val="0"/>
        </w:rPr>
        <w:t>Sigurd Wilberg (Kanin) wrote of his friend :- Ã¢â‚¬Å"One of the worst things about getting old is the fact that you loose many of your dear friends. We have just been told that Per Iversen has died, and he will be heavily missed by Kari and me. Per was a lifelong friend and a very special person. I donÃ¢â‚¬â„¢t think I have ever heard anybody say an unfriendly word about this exceptional human being.</w:t>
      </w:r>
    </w:p>
    <w:p>
      <w:r>
        <w:rPr>
          <w:b w:val="0"/>
          <w:i w:val="0"/>
        </w:rPr>
        <w:t xml:space="preserve">Ã¢â‚¬Å"He was an outstanding judge who was in demand from all over the world. He has judged at numerous Euro and World Shows and I donÃ¢â‚¬â„¢t know about any other overseas judge who was more popular in the UK than Per. His highlight was when he did the Gundog Group at Crufts in 2020 and he was down to judge several breeds and the Terrier Group at Manchester this year before he had to cancel. </w:t>
      </w:r>
    </w:p>
    <w:p>
      <w:r>
        <w:rPr>
          <w:b w:val="0"/>
          <w:i w:val="0"/>
        </w:rPr>
        <w:t xml:space="preserve">Ã¢â‚¬Å"Per had a very pleasant personality and his integrity and honesty as a judge was unchallengeable. It was this combined with his great knowledge, which made him so popular. </w:t>
      </w:r>
    </w:p>
    <w:p>
      <w:r>
        <w:rPr>
          <w:b w:val="0"/>
          <w:i w:val="0"/>
        </w:rPr>
        <w:t>Ã¢â‚¬Å"The world of dogs has lots one of its top ambassadors, but his friends will be pleased about all the good memories he left behind!Ã¢â‚¬Â</w:t>
      </w:r>
    </w:p>
    <w:p>
      <w:r>
        <w:rPr>
          <w:b w:val="0"/>
          <w:i w:val="0"/>
        </w:rPr>
        <w:t>Andrew Brace, another long time friend of Per wrote:-</w:t>
      </w:r>
    </w:p>
    <w:p>
      <w:r>
        <w:rPr>
          <w:b w:val="0"/>
          <w:i w:val="0"/>
        </w:rPr>
        <w:t>Ã¢â‚¬Å"A telephone call from his lifelong friend, Sigurd Wilberg, brought the dreadful news that Per Iversen had passed away. For some years Per had bravely fought various health issues but always with determination and a smile but his countless friends were delighted to see him looking so well when he judged the Gundog group at Crufts in 2020 Ã¢â‚¬â€œ an honour he so richly deserved - with his own understated style, demonstrating great depth of knowledge of all the breeds that competed.</w:t>
      </w:r>
    </w:p>
    <w:p>
      <w:r>
        <w:rPr>
          <w:b w:val="0"/>
          <w:i w:val="0"/>
        </w:rPr>
        <w:t>Ã¢â‚¬Å"Per was by nature a quiet and gentle person, thoughtful and caring, with a passion for purebred dogs that shone through whether he was exhibiting or judging. When it came to progressing as a judge, he did it the Ã¢â‚¬Å"old fashionedÃ¢â‚¬Â way, steadily increasing his portfolio and never attempting to be approved for breeds with which he didnÃ¢â‚¬â„¢t feel confident. He was the total antithesis of Ã¢â‚¬Å"pushyÃ¢â‚¬Â and clubs who invited him were always impressed by his performance. I am often asked to recommend judges and Per was always at the top of the list. I knew that he would do an honest and knowledgeable job in the centre of the ring, unhindered by politics or game-playing, and he never let me down. Humble and down-to-earth, steeped in genuine dog lore, Per would have had no idea how to be a Ã¢â‚¬Å"divaÃ¢â‚¬Â !</w:t>
      </w:r>
    </w:p>
    <w:p>
      <w:r>
        <w:rPr>
          <w:b w:val="0"/>
          <w:i w:val="0"/>
        </w:rPr>
        <w:t>Ã¢â‚¬Å"Coming from Norway, he grew up in the Scandinavian dog scene that has over the years produced so many outstanding judges, largely down to the seriousness with which Scandinavians take their breeding and showing and the integrity of their breeders and judges. Other countries soon became aware of this talented young man and were keen to invite him, none more so than the UK where he was hugely popular and a regular visitor to some of our major shows. I always remember Gwen Broadley saying somewhat whimsically, after watching Per award Challenge Certificates in her breed for the first time in England, Ã¢â‚¬Å"ItÃ¢â‚¬â„¢s come to something when we have to have a Norwegian schoolboy to show us how to judge Labradors wellÃ¢â‚¬Â, and it was the greatest compliment anyone could ever receive.</w:t>
      </w:r>
    </w:p>
    <w:p>
      <w:r>
        <w:rPr>
          <w:b w:val="0"/>
          <w:i w:val="0"/>
        </w:rPr>
        <w:t xml:space="preserve">Ã¢â‚¬Å"Although a rather private person, Per was nonetheless a very sociable character who had a well-developed sense of humour and any time spent in his company was always a combination of knowledge and fun. Whilst possibly regarded as a specialist within the Sighthound and Gundog breeds, PerÃ¢â‚¬â„¢s deep understanding of all the breeds he judged was admirable and he was a perpetual student, always asking questions of authorities in other breeds from whom he felt he could learn. </w:t>
      </w:r>
    </w:p>
    <w:p>
      <w:r>
        <w:rPr>
          <w:b w:val="0"/>
          <w:i w:val="0"/>
        </w:rPr>
        <w:t>Ã¢â‚¬Å"We are losing far too many people of PerÃ¢â‚¬â„¢s calibre in the dog world, and his loss at such a young age will be felt deeply, not just by the Scandinavians but by the global dog world.</w:t>
      </w:r>
    </w:p>
    <w:p>
      <w:r>
        <w:rPr>
          <w:b w:val="0"/>
          <w:i w:val="0"/>
        </w:rPr>
        <w:t xml:space="preserve">Ã¢â‚¬Å"It may sound something of a clichÃƒÂ© but I never heard anyone say a bad word about Per. </w:t>
      </w:r>
    </w:p>
    <w:p>
      <w:r>
        <w:rPr>
          <w:b w:val="0"/>
          <w:i w:val="0"/>
        </w:rPr>
        <w:t>Ã¢â‚¬Å"He was a special person I feel privileged to have known.Ã¢â‚¬Â</w:t>
      </w:r>
    </w:p>
    <w:p>
      <w:r>
        <w:rPr>
          <w:b w:val="0"/>
          <w:i w:val="0"/>
        </w:rPr>
        <w:t>Thank you so much, Sigurd and Andrew. I know, whenever PerÃ¢â‚¬â„¢s name is mentioned in future, it will be with great fondness.  His nephews and nieces have posted that they have now closed Ã¢â‚¬Å"Uncle PersÃ¢â‚¬Â Facebook page for the last time.</w:t>
      </w:r>
    </w:p>
    <w:p>
      <w:r>
        <w:rPr>
          <w:b w:val="0"/>
          <w:i w:val="0"/>
        </w:rPr>
        <w:t>Congratulations to the owners of the two new champions who were made up at the Labrador Club of Wales championship show held at Lydney on Sunday 30th January 2022. I was entered, but as I am still hobbling around on one leg couldnÃ¢â‚¬â„¢t attend. IÃ¢â‚¬â„¢m told it will take six weeks for the ligament to mend As it is now week five of recovery and treatment, since my speeding Lab crashed into my knee tearing calf muscle and knee ligament, hopefully I will be back next week, sound as a bell. Fingers crossed!</w:t>
      </w:r>
    </w:p>
    <w:p>
      <w:r>
        <w:rPr>
          <w:b w:val="0"/>
          <w:i w:val="0"/>
        </w:rPr>
        <w:t xml:space="preserve">I  gather from a brief phone call, under judge Shaun Willianson, Elaine Grummett and Anne Dempsey made up their yellow dog, Ir Ch Dromtacker Made To Order whilst the RCC went to Gary Johnsons yellow Cremino Calabrese . </w:t>
      </w:r>
    </w:p>
    <w:p>
      <w:r>
        <w:rPr>
          <w:b w:val="0"/>
          <w:i w:val="0"/>
        </w:rPr>
        <w:t xml:space="preserve">Under Liz Peggs, Erica Jayes and Ed Casey made up their young yellow bitch, Lapema Masquerade at Sandylands. The Bitch RCC was won by Claire AllenÃ¢â‚¬â„¢s Saranden Santee Sioux Timeron. No more results at present. Detailed results will follow next week.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