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- 23 Oct 2009"</w:t>
      </w:r>
      <w:r>
        <w:br/>
      </w:r>
      <w:r>
        <w:rPr>
          <w:b w:val="0"/>
          <w:i w:val="0"/>
        </w:rPr>
        <w:br/>
        <w:t>date_original: "23 Oct 2009"</w:t>
      </w:r>
      <w:r>
        <w:br/>
      </w:r>
      <w:r>
        <w:rPr>
          <w:b w:val="0"/>
          <w:i w:val="0"/>
        </w:rPr>
        <w:br/>
        <w:t>source_url: "https://www.ourdogs.co.uk/members/breednotes/2009/RetrieverLabrador/RetrieverLabrador-oct23.htm"</w:t>
      </w:r>
      <w:r>
        <w:br/>
      </w:r>
      <w:r>
        <w:rPr>
          <w:b w:val="0"/>
          <w:i w:val="0"/>
        </w:rPr>
        <w:br/>
        <w:t>archive_type: "static_html"</w:t>
      </w:r>
      <w:r>
        <w:br/>
      </w:r>
      <w:r>
        <w:rPr>
          <w:b w:val="0"/>
          <w:i w:val="0"/>
        </w:rPr>
        <w:br/>
        <w:t>scraped_at: "2026-09-13T22:03:36"</w:t>
      </w:r>
      <w:r>
        <w:br/>
      </w:r>
      <w:r>
        <w:rPr>
          <w:b w:val="0"/>
          <w:i w:val="0"/>
        </w:rPr>
        <w:br/>
        <w:t>word_count: 1018</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I was sorry to hear the very sad news from Peter Southall, that his wife Audrey has died recently. Audrey enjoyed breeding and showing her Labradors, travelling long distances from Chichester on the south coast where she lived to the shows. I recall she started with a black bitch Rocheby Cherish at Birchbrook, who when mated to Ch Kuprs Master Mariner produced the chocolate Birchbrook Plum Pudding. When she was mated to Brandhams Show Stopper, the classic black bitch, Sh Ch Birchbrook Victoria Plum was born in 1993.</w:t>
      </w:r>
    </w:p>
    <w:p>
      <w:r>
        <w:rPr>
          <w:b w:val="0"/>
          <w:i w:val="0"/>
        </w:rPr>
        <w:t>Audrey also bred the handsome CC winning black dog belonging to the late John Gambon, Birchbrook Gordon Bennet ShCM who was sired by Ch Carpenny Walpole. Our thoughts and condolences go to Peter and family.</w:t>
      </w:r>
    </w:p>
    <w:p>
      <w:r>
        <w:rPr>
          <w:b w:val="0"/>
          <w:i w:val="0"/>
        </w:rPr>
        <w:t>North West Lab club held their championship show two days after SWKA had been held at Builth Wells. The judges were Heather Wiles Fone (Dogs) and Margaret Litherland (Bitches). The Dog CC was won by Chris and Claire Mills yellow, Sh Ch My Jack Sprat at Lembas JW, whilst Tom Grant took the RCC with his yellow, Simandem Silver Spirit. The Bitch CC and BOB was Gemma Baillies yellow, ShCh Cambremer Ocean Breeze by Kilstron, whilst the Bitch RCC went to Alison Scutchers yellow Winsleywood Willow JW ShCM. Best Puppy was Mrs Richmonds' Brigglebank Bravehope.</w:t>
      </w:r>
    </w:p>
    <w:p>
      <w:r>
        <w:rPr>
          <w:b w:val="0"/>
          <w:i w:val="0"/>
        </w:rPr>
        <w:t>Gundog Society of Wales Championship show was held outside on a glorious sunny autumn day at Malvern. There was an entry of 222. The Dogs were judged by Jane Rawlinson and the Bitches by Lynda Miles,who was judging at this level for the first time. The winners were Dog CC Lorraine Tooths yellow, Ch Ludalor Lunar Orbit. Dog RCC Peggy Rae’s yellow Kimvalley Wonder Boy at Cornlands. The Bitch CC and BOB was won by Garner Anthony and Erica Jayes black, Sandylands Tread Softly whilst the Bitch RCC went to Shaun Williamsons, Sharouns Destinys Child JW. Best puppy was Shaun Williamsons Sharouns Heritage.</w:t>
      </w:r>
    </w:p>
    <w:p>
      <w:r>
        <w:rPr>
          <w:b w:val="0"/>
          <w:i w:val="0"/>
        </w:rPr>
        <w:t>Lynda Heron writes “We are organising BVA/KC Eye Test on Wednesday 2nd December at Croft Animal Hospital, Cramlington, Northumberland NE23 7RJ with Malcolm Davison MRCVS. Cost £30. It will also be possible for Hips and Elbows to be X-rayed for submission to BVA Schemes. Microchipping is also available at £11.03 + VAT. An Optigen 20/20 clinic will be run in conjunction with the Eye Clinic samples can be posted as per instruction sheet available by email from Lynda@brigburn.com. Samples can be taken on the day however paperwork for OptiGen must be completed online and payment made to OptiGen beforehand.</w:t>
      </w:r>
    </w:p>
    <w:p>
      <w:r>
        <w:rPr>
          <w:b w:val="0"/>
          <w:i w:val="0"/>
        </w:rPr>
        <w:t>The CNM testing session is run in a similar way to Optigen Clinics one person gathers as many samples as possible to obtain a reduced rate on the current normal cost of £40.00 per test. Again samples can be posted to us please email Lynda@brigburn.com for further details.</w:t>
      </w:r>
      <w:r>
        <w:br/>
      </w:r>
      <w:r>
        <w:rPr>
          <w:b w:val="0"/>
          <w:i w:val="0"/>
        </w:rPr>
        <w:br/>
        <w:t>If we have 0 - 19 samples - £40 per dog. 20 - 49 samples - £32.00 per dog. 50+ and its only £28.00 per dog.</w:t>
      </w:r>
    </w:p>
    <w:p>
      <w:r>
        <w:rPr>
          <w:b w:val="0"/>
          <w:i w:val="0"/>
        </w:rPr>
        <w:t>Numbers at present indicate we may meet the 20 but are unlikely to get to 50 this time. Swabs can be obtained free of charge by calling the Animal health Trust direct You then post them to reach me by Tuesday 1st December at the latest. Swab kits should be ordered from AHT no later than the middle of November.</w:t>
      </w:r>
    </w:p>
    <w:p>
      <w:r>
        <w:rPr>
          <w:b w:val="0"/>
          <w:i w:val="0"/>
        </w:rPr>
        <w:t>If dogs are brought to Croft we are happy to check microchips and witness paperwork and swab taking. We have a limited number of kits that we can use on the day.</w:t>
      </w:r>
    </w:p>
    <w:p>
      <w:r>
        <w:rPr>
          <w:b w:val="0"/>
          <w:i w:val="0"/>
        </w:rPr>
        <w:t>EIC (Exercise Induced Collapse) testing - please note no discounts are available for bulk submissions.</w:t>
      </w:r>
    </w:p>
    <w:p>
      <w:r>
        <w:rPr>
          <w:b w:val="0"/>
          <w:i w:val="0"/>
        </w:rPr>
        <w:t>Enquiries for help/witnessing of any DNA tests are welcomed and we are happy to do this. ANY questions please ask and if you have an interest in testing I will send you a full info sheet on exactly what to do and by what dates. It is very straightforward.</w:t>
      </w:r>
    </w:p>
    <w:p>
      <w:r>
        <w:rPr>
          <w:b w:val="0"/>
          <w:i w:val="0"/>
        </w:rPr>
        <w:t>Lynda Heron</w:t>
      </w:r>
      <w:r>
        <w:br/>
      </w:r>
      <w:r>
        <w:rPr>
          <w:b w:val="0"/>
          <w:i w:val="0"/>
        </w:rPr>
        <w:br/>
        <w:t>0191 250 3978 or 0191 250 3800</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