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- 25/01/2013"</w:t>
      </w:r>
      <w:r>
        <w:br/>
      </w:r>
      <w:r>
        <w:rPr>
          <w:b w:val="0"/>
          <w:i w:val="0"/>
        </w:rPr>
        <w:br/>
        <w:t>date_original: "25/01/2013"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"2026-09-13T22:44:40"</w:t>
      </w:r>
      <w:r>
        <w:br/>
      </w:r>
      <w:r>
        <w:rPr>
          <w:b w:val="0"/>
          <w:i w:val="0"/>
        </w:rPr>
        <w:br/>
        <w:t>word_count: 1043</w:t>
      </w:r>
    </w:p>
    <w:p>
      <w:r>
        <w:t>――――――――――――――――――――――――――――――</w:t>
      </w:r>
    </w:p>
    <w:p>
      <w:r>
        <w:rPr>
          <w:b w:val="0"/>
          <w:i w:val="0"/>
        </w:rPr>
        <w:t>NEWS MEMBERS' AREA SHOP SUBSCRIBE UPCOMING SHOWS MORE</w:t>
      </w:r>
    </w:p>
    <w:p>
      <w:r>
        <w:rPr>
          <w:b w:val="0"/>
          <w:i w:val="0"/>
        </w:rPr>
        <w:t>RETRIEVER LABRADOR</w:t>
      </w:r>
    </w:p>
    <w:p>
      <w:r>
        <w:rPr>
          <w:b w:val="0"/>
          <w:i w:val="0"/>
        </w:rPr>
        <w:t>Issue: 25/01/2013</w:t>
      </w:r>
    </w:p>
    <w:p>
      <w:r>
        <w:rPr>
          <w:b w:val="0"/>
          <w:i w:val="0"/>
        </w:rPr>
        <w:t>Those who knew him, will be very sad to hear of the death of Gundog Group judge Ed Simpson. President of the Cocker Spaniel Club, a bright cheery character and long standing Kennel Club Member. Ed served on the KC General Committee for several years in the 1990s and was well known on the dog show scene. With his late wife, Joan, Ed bred and showed the Coltrim Cocker Spaniels with great success over a long period. Once retired, Ed lived near Malvern but following his wife's death a few years ago he moved to the eastern counties to be nearer his family.</w:t>
      </w:r>
    </w:p>
    <w:p>
      <w:r>
        <w:rPr>
          <w:b w:val="0"/>
          <w:i w:val="0"/>
        </w:rPr>
        <w:t>His funeral service will be held on Friday January 25th 2013 at 1pm.at the Hutton and Shenfield Union Church, Roundwood Avenue, Hutton Mount, Brentwood, Essex. CM13 2NA.</w:t>
      </w:r>
    </w:p>
    <w:p>
      <w:r>
        <w:rPr>
          <w:b w:val="0"/>
          <w:i w:val="0"/>
        </w:rPr>
        <w:t>A reception will be held afterwards at Stock Brook Country Club, Queens Park Avenue, Stock, Nr Billericay, Essex, CM12 0SP. Our thoughts are with his family at this sad time.</w:t>
      </w:r>
    </w:p>
    <w:p>
      <w:r>
        <w:rPr>
          <w:b w:val="0"/>
          <w:i w:val="0"/>
        </w:rPr>
        <w:t>Manchester championship show this year coincided with very bad snowy and frosty weather. The TV advised only necessary journeys should be attempted and in the end only those able to sensibly access safe un-frozen roads for the whole of their journey were able to attend.</w:t>
      </w:r>
    </w:p>
    <w:p>
      <w:r>
        <w:rPr>
          <w:b w:val="0"/>
          <w:i w:val="0"/>
        </w:rPr>
        <w:t>The show was held over four days, with Gundogs being on the final Sunday. Unfortunately scheduled Labrador judge Eva Mjelde had to withdraw from the appointment having drawn a splendid entry of 231 dogs.  After entries closed, Mrs Mo Paremain (Bradmains) and Mr Gary Johnson (Cremino) were appointed in her place.</w:t>
      </w:r>
    </w:p>
    <w:p>
      <w:r>
        <w:rPr>
          <w:b w:val="0"/>
          <w:i w:val="0"/>
        </w:rPr>
        <w:t>Unfortunately, snow fell deeply on the Midlands and South Wales the day before the show opened and roads turned to ice rinks. Our village was completely inaccessible (and remains so); the local M50 from Wales to the Midlands was closed for a time and apart from the main roads, round here everywhere remained deep in snow and roads and lanes left uncleared and unsalted; nothing moved .</w:t>
      </w:r>
    </w:p>
    <w:p>
      <w:r>
        <w:rPr>
          <w:b w:val="0"/>
          <w:i w:val="0"/>
        </w:rPr>
        <w:t>By the Saturday of Manchester the snow trailed deeply Southeast-wards and dog judge Mo Paremain now found her home also cut off. She therefore had to drop out of judging. Luckily, Mrs Sonia Coward Scholes who lives not to far from Stafford showground was able to take on the Labrador dog entry on the Sunday of the show.</w:t>
      </w:r>
    </w:p>
    <w:p>
      <w:r>
        <w:rPr>
          <w:b w:val="0"/>
          <w:i w:val="0"/>
        </w:rPr>
        <w:t>Her CC winner was Richard Staffords black dog Farnfield Phantom Menace JW with Janet Coles yellow RCC winner Rincegrain Paddywack at Stajantor taking the RCC. The Bitch CC and Best of Breed went to Mr and Mrs N Woodburns yellow Centenalee Sparkling Snow (Rocheby Suttonpark Travis x Rocheby Snow Scene), aptly named for such a weather scenario.  Judith Charltons Foxrush Remember the Time JW took the RCC and  Best Puppy was Richard Stafford's yellow dog Farnfield Topo Gigio  JW.</w:t>
      </w:r>
    </w:p>
    <w:p>
      <w:r>
        <w:rPr>
          <w:b w:val="0"/>
          <w:i w:val="0"/>
        </w:rPr>
        <w:t>Great news from the Manchester Puppy Stakes was that the breed has a finalist in the Pup of the Year Competition. Having won the Puppy Bitch breed class under Gary Johnson, Mrs Keatings Whistletyne Magnolia Tree (Rewari Enterprise to Whistletyne  x Whistletyne Mistlethrush), later went on to win the Bitch heat of the Pro Plan/Dog World Pup Of The Year Stakes. It was good fortune that Gundogs were on the final day of the show as she then had to challenge the overall winners of the previous three days, dogs and bitches, who had all returned for the final. Hooray, the Labrador came out on top, the overall winner for the show this year and destined for a most enjoyable final. Very well done indeed.</w:t>
      </w:r>
    </w:p>
    <w:p>
      <w:r>
        <w:rPr>
          <w:b w:val="0"/>
          <w:i w:val="0"/>
        </w:rPr>
        <w:t>Miss Anne Taylor (Fabracken) has unfortunately had to withdraw from her judging appointment at Lab Club of Northern Ireland Ch Show to be held on 4th May 2013 the judge will now be  Mr Richard Edwards (Lasgarn) who was to have judged the show in 2014."</w:t>
      </w:r>
    </w:p>
    <w:p>
      <w:r>
        <w:rPr>
          <w:b w:val="0"/>
          <w:i w:val="0"/>
        </w:rPr>
        <w:t>Very sadly Sally Lewis has lost her black champion dog Ch Gamesmere Orlando who just turned 9 years of age this month. I understand he had cancer, something becoming far too prevalent in dogs these days and cutting lives extraordinarily short. Unlike so many other doggy health problems, despite much research, this major killer has no cures in sight. Our thoughts are with Sally. He was her first champion and much loved.</w:t>
      </w:r>
    </w:p>
    <w:p>
      <w:r>
        <w:rPr>
          <w:b w:val="0"/>
          <w:i w:val="0"/>
        </w:rPr>
        <w:t>Andrew Watson writes "I found the breed notes dated the 11th January 2013 very interesting.</w:t>
      </w:r>
    </w:p>
    <w:p>
      <w:r>
        <w:rPr>
          <w:b w:val="0"/>
          <w:i w:val="0"/>
        </w:rPr>
        <w:t>Only two chocolate bitches gained CC's during 2012. Both chocolate bitches being sired by Oakhouse bred dogs.</w:t>
      </w:r>
    </w:p>
    <w:p>
      <w:r>
        <w:rPr>
          <w:b w:val="0"/>
          <w:i w:val="0"/>
        </w:rPr>
        <w:t>The first bitch, my own, is Cuerdenlake Brenig. Brenig's sire being Oakhouse Office Boy (1CC) and now 13 years of age, he himself being chocolate. Brenig's mother, Cuerdenlake Blue Cypress, her sire being Oakhouse 'Ot Toddy at Cuerdenlake who also gained 1CC and is chocolate. 'Ot Toddy's sire being Oakhouse Medydd Menfryn (chocolate).  O. Medydd Menfryn sire is Show Champion Trofarth Sian to Oakhouse (chocolate).</w:t>
      </w:r>
    </w:p>
    <w:p>
      <w:r>
        <w:rPr>
          <w:b w:val="0"/>
          <w:i w:val="0"/>
        </w:rPr>
        <w:t>The second chocolate CC winning bitch, Afinmore Alexandrova  bred by Fiona Maclean, is by Oakhouse Old Blue Eyes Afinmore  out of Indian Skimmer Over Afinmore. Indian Skimmer over Afinmore being an Oakhouse. Medydd Menfryn daughter."</w:t>
      </w:r>
    </w:p>
    <w:p>
      <w:r>
        <w:rPr>
          <w:b w:val="0"/>
          <w:i w:val="0"/>
        </w:rPr>
        <w:t>To close, at last, exciting news here, or a vision brought on by being isolated too long in the snow... a salt vehicle has just gone past the house with guys shovelling salt onto the hard packed ice of our snow blocked lane, which is not exactly out in the wilds but only one mile off the M50, but always gets forgotten when snow clearing occurs. For four days we have been completely cut off; not a soul getting in or out of the village; at last they have remembered our village exists and have come to our rescue and dig us out.</w:t>
      </w:r>
    </w:p>
    <w:p>
      <w:r>
        <w:rPr>
          <w:b w:val="0"/>
          <w:i w:val="0"/>
        </w:rPr>
        <w:t>Ann Britton 01989720665 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