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Sep 2007"</w:t>
      </w:r>
      <w:r>
        <w:br/>
      </w:r>
      <w:r>
        <w:rPr>
          <w:b w:val="0"/>
          <w:i w:val="0"/>
        </w:rPr>
        <w:br/>
        <w:t>date_original: "7 Sep 2007"</w:t>
      </w:r>
      <w:r>
        <w:br/>
      </w:r>
      <w:r>
        <w:rPr>
          <w:b w:val="0"/>
          <w:i w:val="0"/>
        </w:rPr>
        <w:br/>
        <w:t>source_url: "https://www.ourdogs.co.uk/members/breednotes/2007/RetrieverLabrador/RetrieverLabrador-sep7.htm"</w:t>
      </w:r>
      <w:r>
        <w:br/>
      </w:r>
      <w:r>
        <w:rPr>
          <w:b w:val="0"/>
          <w:i w:val="0"/>
        </w:rPr>
        <w:br/>
        <w:t>archive_type: "static_html"</w:t>
      </w:r>
      <w:r>
        <w:br/>
      </w:r>
      <w:r>
        <w:rPr>
          <w:b w:val="0"/>
          <w:i w:val="0"/>
        </w:rPr>
        <w:br/>
        <w:t>scraped_at: "2026-09-13T22:08:37"</w:t>
      </w:r>
      <w:r>
        <w:br/>
      </w:r>
      <w:r>
        <w:rPr>
          <w:b w:val="0"/>
          <w:i w:val="0"/>
        </w:rPr>
        <w:br/>
        <w:t>word_count: 1081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What sad news that from the start of 2008 Mars/Pedigree Masterfoods will be completely withdrawing all their financial support from the group and general championship dog shows, bar Crufts. As exhibitors, we have been so lucky to benefit financially from their most generous behind the scenes contribution to our sport over very many years. Few exhibitors will realise that Pedigree’s sponsorship has probably kept the majority of entry fees considerably lower than they would have been otherwise.</w:t>
      </w:r>
    </w:p>
    <w:p>
      <w:r>
        <w:rPr>
          <w:b w:val="0"/>
          <w:i w:val="0"/>
        </w:rPr>
        <w:t>With the withdrawal of funding, things we have probably completely taken for granted over the years will be seen no more in their present form; so many things will disappear, from Pedigree Group winners rosettes and prizes, Pedigree CC winners gifts, Pedigree Puppy winners prizes, class winners prize cards sponsored by Pedigree, even down to the individual yellow Pedigree bench and exhibit ring numbers placed on the benches at each and every show; all will disappear in their present form.</w:t>
      </w:r>
    </w:p>
    <w:p>
      <w:r>
        <w:rPr>
          <w:b w:val="0"/>
          <w:i w:val="0"/>
        </w:rPr>
        <w:t>Perhaps they will become valued collectors items in years to come? It will be interesting to see what lies ahead; will entry fees be increased to make up the shortfall, or will other sponsors fill the gap?</w:t>
      </w:r>
    </w:p>
    <w:p>
      <w:r>
        <w:rPr>
          <w:b w:val="0"/>
          <w:i w:val="0"/>
        </w:rPr>
        <w:t>Will there be a need to charge extra for car-parking where none exists at present? By the start of 2008 we will certainly have an inkling as to how the shortfall will be made up and what changes have, of necessity, been put in place. I fear our pockets will be somewhat lighter!</w:t>
      </w:r>
    </w:p>
    <w:p>
      <w:r>
        <w:rPr>
          <w:b w:val="0"/>
          <w:i w:val="0"/>
        </w:rPr>
        <w:t>The Scottish Kennel Club’s second show of the year was held at Ingleston, Nr Edinburgh. The Labrador judge was Mrs Marilyn Nightingale. (Boothgates). The Brown family’s Ramsayville dogs and their progeny had a wonderful day. The Dog CC was won by their black Sh Ch Sudeo Chevalier Of Ramsayville (Sh Ch.Int. Fr. Ch Ole x Wynfaul Lucky Penny of Sudeo), whilst the Dog RCC went to Richard Staffords black puppy, Baileydale Bo Diddley Farnfield, (Sh Ch Ramsayville Rogue Trader x Lewisan La De Da at Baileydale JW).</w:t>
      </w:r>
    </w:p>
    <w:p>
      <w:r>
        <w:rPr>
          <w:b w:val="0"/>
          <w:i w:val="0"/>
        </w:rPr>
        <w:t>The Bitch CC and Best of Breed was won by the Brown‚s yellow, Sh Ch Alanwood Spring Breeze Over Ramsayville (Greenworth Odds Against x Alanwood Lady Jazmine), whilst the Bitch RCC went to Danryl Gemstone (Sh Ch Amberstope Blue Moon x Danryl Driving Miss Daisy), owned by Mr M &amp; Mrs P Needham. Best Puppy, her ninth such award, was won by Mrs J Charlton‚s Foxrush Ovaltine (Rocheby Old Smokey x Sh Ch Foxrush Giselle).</w:t>
      </w:r>
    </w:p>
    <w:p>
      <w:r>
        <w:rPr>
          <w:b w:val="0"/>
          <w:i w:val="0"/>
        </w:rPr>
        <w:t>I was sorry to hear that Bob Robinson has been unwell. Friends will recall him attending the shows with his wife Margaret, who bred and showed the Kampsall Labradors based in Yorkshire. Bob we are thinking of you and send our good wishes.</w:t>
      </w:r>
    </w:p>
    <w:p>
      <w:r>
        <w:rPr>
          <w:b w:val="0"/>
          <w:i w:val="0"/>
        </w:rPr>
        <w:t>Another in the wars, is Noelene Dodd, (Eneleon), to whom we also send our best wishes. Noelene is the breeder/ exhibitor of the yellow bitch, Sh Ch Eneleon Amber JW ShCM made up in 2006. Noelene was taken poorly and admitted to Lancaster Infirmary last week. Her good friend, Linda Thompson, is taking care of some of the dogs, whilst Noelene’s family will care for the others. Should anyone require further news, please contact Linda Thompson on 01617472757 who will pass on your messages. In the meantime I am sure Noelene would be glad to hear from her many Labrador friends whilst she recovers.</w:t>
      </w:r>
    </w:p>
    <w:p>
      <w:r>
        <w:rPr>
          <w:b w:val="0"/>
          <w:i w:val="0"/>
        </w:rPr>
        <w:t>John Gambon and his wife, Alyson, are Area Co-ordinators for the Kent area of Labrador Rescue South East &amp; Central. They work with a small, dedicated team of helpers in an area covering North Kent, the Medway Towns down to Ashford. They are however short of helpers for the coastal towns forming a horseshoe from Herne Bay around to Folkestone. If any readers living in these areas would like to become helpers, to assess both homes and dogs, we would be very pleased to hear from them. Please contact John or Alyson on 01322 223792 or jjgambon@talktalk.net</w:t>
      </w:r>
    </w:p>
    <w:p>
      <w:r>
        <w:rPr>
          <w:b w:val="0"/>
          <w:i w:val="0"/>
        </w:rPr>
        <w:t>John also writes ‘On behalf of LRSE&amp;C we would like to pass on sincere thanks to Karen Powell &amp; Leslie Dantinnes at Labs UK, for the donation of £330, raised from the sale of the Breeders Calender 2007. Also our thanks goes to the body beautiful posers, who made it possible. Many thanks for your time and willingness to participate.’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