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- 27/11/2020 - ISSUE"</w:t>
      </w:r>
      <w:r>
        <w:br/>
      </w:r>
      <w:r>
        <w:rPr>
          <w:b w:val="0"/>
          <w:i w:val="0"/>
        </w:rPr>
        <w:br/>
        <w:t>date_original: "27/11/2020 - ISSUE"</w:t>
      </w:r>
      <w:r>
        <w:br/>
      </w:r>
      <w:r>
        <w:rPr>
          <w:b w:val="0"/>
          <w:i w:val="0"/>
        </w:rPr>
        <w:br/>
        <w:t>source_url: "https://www.ourdogs.co.uk/members/breednotes/RetrieverLabradorMain.php"</w:t>
      </w:r>
      <w:r>
        <w:br/>
      </w:r>
      <w:r>
        <w:rPr>
          <w:b w:val="0"/>
          <w:i w:val="0"/>
        </w:rPr>
        <w:br/>
        <w:t>scraped_at: "2026-09-13T15:16:09"</w:t>
      </w:r>
      <w:r>
        <w:br/>
      </w:r>
      <w:r>
        <w:rPr>
          <w:b w:val="0"/>
          <w:i w:val="0"/>
        </w:rPr>
        <w:br/>
        <w:t>word_count: 2617</w:t>
      </w:r>
    </w:p>
    <w:p>
      <w:r>
        <w:t>――――――――――――――――――――――――――――――</w:t>
      </w:r>
    </w:p>
    <w:p>
      <w:r>
        <w:rPr>
          <w:b w:val="0"/>
          <w:i w:val="0"/>
        </w:rPr>
        <w:t>NEWS MEMBERS' AREA SHOP SUBSCRIBE UPCOMING SHOWS MORE</w:t>
      </w:r>
    </w:p>
    <w:p>
      <w:r>
        <w:rPr>
          <w:b w:val="0"/>
          <w:i w:val="0"/>
        </w:rPr>
        <w:t>RETRIEVER LABRADOR</w:t>
      </w:r>
    </w:p>
    <w:p>
      <w:r>
        <w:rPr>
          <w:b w:val="0"/>
          <w:i w:val="0"/>
        </w:rPr>
        <w:t>Issue: 27/11/2020</w:t>
      </w:r>
    </w:p>
    <w:p>
      <w:r>
        <w:rPr>
          <w:b w:val="0"/>
          <w:i w:val="0"/>
        </w:rPr>
        <w:t>For those who did not know, Crufts has been rescheduled at the NEC Birmingham on July 15th Ã¢â‚¬â€œ 18th 2020. It will certainly be a pleasure to drive there and back in daylight. Details of qualification for entry at Crufts 2020 will be made soon.</w:t>
      </w:r>
    </w:p>
    <w:p>
      <w:r>
        <w:rPr>
          <w:b w:val="0"/>
          <w:i w:val="0"/>
        </w:rPr>
        <w:t xml:space="preserve">Those of us who have been showing a long time will be very sorry to hear that Les Brabban of the Cambremer Labradors has passed away. A friend to us all, the kindest of men, polite, charming, never loud or big-headed, just a thoroughly decent man who with his wife Joyce bred, reared and showed some of the very best Labradors that judges and exhibitors could ever wish to see. </w:t>
      </w:r>
    </w:p>
    <w:p>
      <w:r>
        <w:rPr>
          <w:b w:val="0"/>
          <w:i w:val="0"/>
        </w:rPr>
        <w:t xml:space="preserve">I understand Les had not enjoyed the best of health for a while. Our sincere heartfelt condolences go to Joyce and their sons. </w:t>
      </w:r>
    </w:p>
    <w:p>
      <w:r>
        <w:rPr>
          <w:b w:val="0"/>
          <w:i w:val="0"/>
        </w:rPr>
        <w:t>LesÃ¢â‚¬â„¢s dogs were often benched next to mine at shows and a memory I shall always retain was Les, whilst waiting for his classes at shows, would sit on an empty bench oblivious of what was going on in the dog show ring, quietly studying horse-racing form in the newspaper. I think he was quite successful with his wagers. When the time came to show his dogs he did so very quietly, no fuss, no fidgeting, just calm and gentle. The dogs adored him.</w:t>
      </w:r>
    </w:p>
    <w:p>
      <w:r>
        <w:rPr>
          <w:b w:val="0"/>
          <w:i w:val="0"/>
        </w:rPr>
        <w:t>Les and Joyce both judged the breed and had many friends throughout the Labrador world.</w:t>
      </w:r>
    </w:p>
    <w:p>
      <w:r>
        <w:rPr>
          <w:b w:val="0"/>
          <w:i w:val="0"/>
        </w:rPr>
        <w:t xml:space="preserve">Tony Jury writes: Ã¢â‚¬ËœI miss Les, he had a good sense of humour.   Early on, when I worked for the National Coal Board, I did not know he was an electrical contractor in the North East Area, he took one look at my tie (I have a collection) and remarked, Ã¢â‚¬ËœWhat you doinÃ¢â‚¬â„¢ with a N E Pithead Tie?Ã¢â‚¬â„¢   I said, Ã¢â‚¬Ëœthey gave it to me in Newcastle.Ã¢â‚¬â„¢  Ã¢â‚¬ËœWhat pit were you at?Ã¢â‚¬â„¢ He asked. I said. Ã¢â‚¬ËœI was in the Town Hall.Ã¢â‚¬â„¢ Ã¢â‚¬ËœOh,Ã¢â‚¬â„¢ he said. Ã¢â‚¬ËœNo coal in there, but I suppose it qualifies!Ã¢â‚¬â„¢ </w:t>
      </w:r>
    </w:p>
    <w:p>
      <w:r>
        <w:rPr>
          <w:b w:val="0"/>
          <w:i w:val="0"/>
        </w:rPr>
        <w:t xml:space="preserve">Ã¢â‚¬ËœOne day I asked him, Ã¢â‚¬ËœWhat coal do you burn?  Ashington Doubles?  (This coal was being trialled at the time.)   Les laughed, Ã¢â‚¬ËœWouldnÃ¢â‚¬â„¢t touch it,Ã¢â‚¬â„¢ he replied. Ã¢â‚¬ËœThey dig it out from two miles out under the North sea.  ItÃ¢â‚¬â„¢s always wet.Ã¢â‚¬â„¢  </w:t>
      </w:r>
    </w:p>
    <w:p>
      <w:r>
        <w:rPr>
          <w:b w:val="0"/>
          <w:i w:val="0"/>
        </w:rPr>
        <w:t>Ã¢â‚¬ËœThe Bishop Auckland Football Club has a good following but Ã¢â‚¬Ëœback in the dayÃ¢â‚¬â„¢ they were amateurs.  My local team, Norton Woodseats FC (near Sheffield) played them at home in the Amateur Cup.  Ã¢â‚¬ËœI bet your team lost,Ã¢â‚¬â„¢ Les said.  They did.  5-nil.Ã¢â‚¬â„¢</w:t>
      </w:r>
    </w:p>
    <w:p>
      <w:r>
        <w:rPr>
          <w:b w:val="0"/>
          <w:i w:val="0"/>
        </w:rPr>
        <w:t xml:space="preserve">Ã¢â‚¬ËœI first talked Labradors to Les at the Ilkley Winter Gardens at the Three Ridings Labrador Club show in about 1987, when we helped Mrs Mary Roslin Williams handle four black Labradors up the steps on to the gallery where we were benched.  Those were the days! (It might have been Tony FloydÃ¢â‚¬â„¢s first time he gave tickets?). Once installed, Les commented on the quality and temperament of those black Labradors.   </w:t>
      </w:r>
    </w:p>
    <w:p>
      <w:r>
        <w:rPr>
          <w:b w:val="0"/>
          <w:i w:val="0"/>
        </w:rPr>
        <w:t>Ã¢â‚¬ËœFrom memory they included Ch. Mansergh Ships-Belle and Ch Groucho as a veteran.  Les surveyed the team.   Ã¢â‚¬ËœIÃ¢â‚¬â„¢d be very satisfied if I could breed them like this,Ã¢â‚¬â„¢ he said.   It goes without saying that he and his lovely wife Joyce did just that, and not once but consistently as the breed records show.   Les was a fine dog man and they all adored him both at home and in the ring.   He was always sensitive to their mood and he could steer them safely to win against strong competition.</w:t>
      </w:r>
    </w:p>
    <w:p>
      <w:r>
        <w:rPr>
          <w:b w:val="0"/>
          <w:i w:val="0"/>
        </w:rPr>
        <w:t xml:space="preserve">Ã¢â‚¬ËœI do not have personal knowledge of the earlier champions, but I saw the two lovely yellows, Sh Ch Cambremer St. Clair and Sh Ch C Countdown.  Both won BOBs and the latter sired a succession of champions who followed his style.  Using Charway lines, Les and Joyce bred a superb black in Sh Ch C Madonna, who had, to my eye, all the Mansergh attributes that Les had so admired.  Les had a true Ã¢â‚¬ËœeyeÃ¢â‚¬â„¢.  Madonna was bred on and produced a succession of Championship Show and Crufts CC winners (some with BOB) with great consistency:  Sh Ch C Be Generous, Sh Ch C Jazz Singer, Sh Ch C All That Jazz, Sh Ch C Evita, Sh Ch C Tom Sawyer, Sh Ch C Tom Cobbley of Charway, Sh Ch C Jessica and Sh Ch C Two To Tango.  Not satisfied with breeding black champions, Les completed the picture with two yellows, Sh Ch C Call My Bluff and Sh Ch C Craftsman (the dog puppy that Joyce told him not to keep!)  At Crufts 2012 it was with great pleasure that Chris gave the CC to the lovely black Sh Ch Foulby Queenstown At Cambremer so well handled by Les and with lines going back to Tom Cobbley and All That Jazz.  Chris wrote. Ã¢â‚¬Å"In a fantastic class, absolutely typical.   Lovely in head shape and muzzle.  Excels in neck and front, chest deep but not heavy.  Otter tail so well clothed that it continues the coat that was deep and thick with true feel.Ã¢â‚¬Â   </w:t>
      </w:r>
    </w:p>
    <w:p>
      <w:r>
        <w:rPr>
          <w:b w:val="0"/>
          <w:i w:val="0"/>
        </w:rPr>
        <w:t>Ã¢â‚¬ËœMy sincere condolences to Joyce and all the family.   Les, you will be sorely missed.Ã¢â‚¬â„¢</w:t>
      </w:r>
    </w:p>
    <w:p>
      <w:r>
        <w:rPr>
          <w:b w:val="0"/>
          <w:i w:val="0"/>
        </w:rPr>
        <w:t>Thank you Tony.</w:t>
      </w:r>
    </w:p>
    <w:p>
      <w:r>
        <w:rPr>
          <w:b w:val="0"/>
          <w:i w:val="0"/>
        </w:rPr>
        <w:t>Richard Edwards wrote about the Cambremer kennel and the stock sired for other kennels in minute detail in his book The Show Labrador Retriever in Great Britain and Northern Ireland 1945 Ã¢â‚¬â€œ 1995. He has given permission for the text to be reproduced in these breed notes over the next two weeks; full of detail for the connoisseur of Labrador lines and pedigrees, and for those who, during lockdown, want to learn more. An excellent study of the evolution of well known lines and kennels which will appear over two weeks. Available space has meant that stud book numbers of dogs have had to be removed from this text, but if you would like to see them then do read the original book to find them. If you are very lucky, Richard may still have copies for sale.</w:t>
      </w:r>
    </w:p>
    <w:p>
      <w:r>
        <w:rPr>
          <w:b w:val="0"/>
          <w:i w:val="0"/>
        </w:rPr>
        <w:t xml:space="preserve">Ã¢â‚¬ËœWONDERFUL PEOPLE, LOVELY DOGS </w:t>
      </w:r>
    </w:p>
    <w:p>
      <w:r>
        <w:rPr>
          <w:b w:val="0"/>
          <w:i w:val="0"/>
        </w:rPr>
        <w:t>Ã¢â‚¬ËœThe Cambremer kennel was established in the 1960s but it was nearly ten years before Mr and Mrs L Brabban did any big winning. Two dogs bought in the early 1970s put in place some very solid foundations that have served to promote Cambremer to the very pinnacle of the show Labrador world. The dogs are registered to Mr.D.Brabban but they are bred and owned by Mr.L.and Mrs.J. Ã¢â‚¬ËœBrabban.</w:t>
      </w:r>
    </w:p>
    <w:p>
      <w:r>
        <w:rPr>
          <w:b w:val="0"/>
          <w:i w:val="0"/>
        </w:rPr>
        <w:t>Ã¢â‚¬ËœThe kennel won a CC in 1976 with the yellow Braunspath Simona of Cambremer under Mrs.M.I.Satterthwaite at the National Gundog Association. Simona was sired by Sh.Ch.Longley Count On out of a Ch. Sandylands Tandy bitch. Effectively, Simona was Sandylands with a line to Lawnwoods. It was a powerful combination of bloodlines for Count On was not a pretty dog but he was really strongly made and he was a very true, powerful mover added to which Tandy had a reputation for producing strong offspring. Simona was a useful brood. Braunspath is Mr.G.N.BarlowÃ¢â‚¬â„¢s prefix.</w:t>
      </w:r>
    </w:p>
    <w:p>
      <w:r>
        <w:rPr>
          <w:b w:val="0"/>
          <w:i w:val="0"/>
        </w:rPr>
        <w:t xml:space="preserve">Ã¢â‚¬ËœThe Brabbans bought in a yellow dog from Mr.and Mrs.A.Greenhalgh (Glenarem) who eventually became Sh.Ch.Glenarem Skyrocket. Skyrocket was well bred and had the two great Glenarem bitches very close up, indeed, Sh.Ch.Glenarem Caprice was his mother and Sh.Ch. Glenarem Wilkamaur Cascade was his paternal grand mother. SkyrocketÃ¢â‚¬â„¢s sire, Glenarem Consort  was a nice dog but not an absolutely top class specimen but he had a lovely brother in Mrs.M.LitherlandÃ¢â‚¬â„¢s Ch.and Irish Ch. Oakhouse Glenarem Classic Consort and Classic had been sired by Sh.Ch.Sandylands Garry who went back very quickly to the Garshangans with their strength and muscularity. </w:t>
      </w:r>
    </w:p>
    <w:p>
      <w:r>
        <w:rPr>
          <w:b w:val="0"/>
          <w:i w:val="0"/>
        </w:rPr>
        <w:t xml:space="preserve">Ã¢â‚¬ËœThus, SkyrocketÃ¢â‚¬â„¢s immediate pedigree contained real class and quality through the Glenarems and a line to strength and vigour through Garry. It is a matter of opinion, but, Skyrocket tended to pick up the Garry lines, he did not have that out and out quality of the Glenarem bitches but he was a very good show dog and he had power and strength and was an exceptionally good mover and he passed these assets on. </w:t>
      </w:r>
    </w:p>
    <w:p>
      <w:r>
        <w:rPr>
          <w:b w:val="0"/>
          <w:i w:val="0"/>
        </w:rPr>
        <w:t>Skyrocket won a C.C. in 1976 under Mr.P.Taylor (Brentville) at the North West L.R.C. and two more in 1977 at the L.C. of Northern Ireland under Mr.J.Wilkinson (Keithray) and at the City of Birmingham under Mrs.M.Wilkinson (Keithray)</w:t>
      </w:r>
    </w:p>
    <w:p>
      <w:r>
        <w:rPr>
          <w:b w:val="0"/>
          <w:i w:val="0"/>
        </w:rPr>
        <w:t>Ã¢â‚¬ËœAt this point the Brabbans had very good dogs without quite the quality of some other kennels but they had something of great value in that both Simona and Skyrocket were unexaggerated and strongly made and their breeding was top class, they were both sound and Skyrocket was a great mover. Of course, it is a matter of opinion, but for the author, it is easier and a great deal more satisfactory, to put quality on to soundness than trying to breed soundness into quality.</w:t>
      </w:r>
    </w:p>
    <w:p>
      <w:r>
        <w:rPr>
          <w:b w:val="0"/>
          <w:i w:val="0"/>
        </w:rPr>
        <w:t>Ã¢â‚¬ËœSkyrocket was mated to Simona to produce Sh.Ch.Cambremer St.Clair an upstanding yellow bitch of  quality and, although she was a big girl, everything was in proportion, she was balanced and she picked up the free, powerful movement from her father. St.Clair had a very good year in 1980 when she won five CCs and two Reserve C.C.Ã¢â‚¬â„¢s. Her first CC. was won at Leeds City and District Canine Association under Mr.L.Page (Dellah), a second C.C. was won at National Gundog Association under Mr.A.Greenhalgh (Glenarem) and her third C.C. was won at Belfast Dog Show Society under Mr.J.Nolan (Veyatie). All three tickets were followed by  B.O.B. In his report of National Gundog, Mr.Greenhalgh wrote...Ã¢â‚¬ÂBrabbanÃ¢â‚¬â„¢s Cambremer St.Clair. C.C. and B.O.B. lovely yellow in sparkling condition has a lovely head with good pigment, nice eye and ear placement, super reach of neck, nice topline and tail well bodied in good coat of correct texture, has good quarters and moves and shows to perfection.Ã¢â‚¬Â.</w:t>
      </w:r>
    </w:p>
    <w:p>
      <w:r>
        <w:rPr>
          <w:b w:val="0"/>
          <w:i w:val="0"/>
        </w:rPr>
        <w:t>Ã¢â‚¬ËœMated to Sh.Ch.and U.S.A.Ch.Receiver of Cranspire, St.Clair produced the cream male Sh.Ch.Cambremer Countdown. He had the style and finish of his father, who was a dominant stud dog, stamping his type and form on most of his offspring, and his motherÃ¢â‚¬â„¢s size and presence. Countdown won a whole series of Reserve C.C.Ã¢â‚¬â„¢s before he came to his best to win his C.C.Ã¢â‚¬â„¢s in 1987 under Mr.J.Cudworth at the West of England L.R.C., at Birmingham Dog Show Society under Mr.J.K.Hart (Landyke) and at Border Union Agricultural Society with Mr.J.Steven (Rossbank). In 1987 the dog was really campaigned and in the Kennel Club Stud Book BW for that year the dog received no less than twenty two entries! Mr.Cudworth wrote a short but pointed report on the dog... Ã¢â‚¬Å"Post Graduate D.(28) BrabbanÃ¢â‚¬â„¢s Cambremer Countdown, beautiful yellow of excellent breed type and quality, beautifully balanced, in super coat and condition perfectly sound both ends. B.O.B. on refereeÃ¢â‚¬â„¢s decision.Ã¢â‚¬Â.</w:t>
      </w:r>
    </w:p>
    <w:p>
      <w:r>
        <w:rPr>
          <w:b w:val="0"/>
          <w:i w:val="0"/>
        </w:rPr>
        <w:t xml:space="preserve">Countdown proved to be a very good stud dog, for the Brabbans he sired Sh.Ch.Cambremer Sharpshooter Sharpshooter had two lines to St.Clair within three generations, once through Countdown and once through his mother, Cambremer Oh So Sharp a yellow C.C.winner. Oh So Sharp was sired by Sh.Ch.Heatherbourne Court Jester out of Cambremer Capricorn. Sharpshooter won two C.C.Ã¢â‚¬â„¢s in 1989, at Darlington under Mr.D.L.Page (Dellah) and at Gundog Breeds of Scotland under Mr.D.Coulson (Linershwood) and completed his title in 1991 under Mr.A.Kelley (Bradking) with the C.C. at the South Wales Kennel Association. </w:t>
      </w:r>
    </w:p>
    <w:p>
      <w:r>
        <w:rPr>
          <w:b w:val="0"/>
          <w:i w:val="0"/>
        </w:rPr>
        <w:t>Ã¢â‚¬ËœCambremer Oh So Sharp was the dam of Cambremer Clancy the BrabbansÃ¢â‚¬â„¢ yellow bitch who won a C.C.</w:t>
      </w:r>
    </w:p>
    <w:p>
      <w:r>
        <w:rPr>
          <w:b w:val="0"/>
          <w:i w:val="0"/>
        </w:rPr>
        <w:t>Ã¢â‚¬ËœMrs.M.Hopkinson took her C.C. winning Foxrush Almond of Rocheby to Countdown and she whelped Sh.Ch.Rocheby County Maid of Amesleagh  for Mrs.G.Hepworth (Amesleagh).</w:t>
      </w:r>
    </w:p>
    <w:p>
      <w:r>
        <w:rPr>
          <w:b w:val="0"/>
          <w:i w:val="0"/>
        </w:rPr>
        <w:t>Ã¢â‚¬ËœMr .and Mrs.D.Robson (Hustledown) took their Skyrocket daughter, Hustledown Georgina, who was Lawnwoods on her damÃ¢â‚¬â„¢s side, to Countdown and they produced the yellow Sh.Ch.Hustledown Atlanta, who won two C.C.Ã¢â‚¬â„¢s in 1988 at the East of England Agricultural Society under Mrs.M.Saffell (Rookwood) and at Northumberland and Durham L.R.C. under Miss M.A.E.Perssonn. She won her important third ticket in 1990 at S.K.C. under Mr.M.Givan (Sudeo).</w:t>
      </w:r>
    </w:p>
    <w:p>
      <w:r>
        <w:rPr>
          <w:b w:val="0"/>
          <w:i w:val="0"/>
        </w:rPr>
        <w:t>Ã¢â‚¬ËœMrs.J.Charlton used Countdown on Foxrush Cascades Memory to produce the C.C. winner Foxrush Charisma who also went back to Cambremer Carlsberg, a St.Clair son, on her bitch side. Charisma was the dam of Sh.Ch.Foxrush Peach Blossom.</w:t>
      </w:r>
    </w:p>
    <w:p>
      <w:r>
        <w:rPr>
          <w:b w:val="0"/>
          <w:i w:val="0"/>
        </w:rPr>
        <w:t>Ã¢â‚¬ËœMr.J.E.WilliamsonÃ¢â‚¬â„¢s yellow Reserve C.C. winner, Kathali Alcestis of Sharouns was a Cambremer Carlsberg granddaughter. Mr.and Mrs.J.AndersonsÃ¢â‚¬â„¢ Sh.Ch.Barleybay Butterbean at Jillywin  was a Countdown granddaughter.</w:t>
      </w:r>
    </w:p>
    <w:p>
      <w:r>
        <w:rPr>
          <w:b w:val="0"/>
          <w:i w:val="0"/>
        </w:rPr>
        <w:t>Ã¢â‚¬ËœMrs.M.MarshallÃ¢â‚¬â„¢s Ranfurly Gigha a yellow homebred bitch who won a Reserve C.C., was a Countdown granddaughter.</w:t>
      </w:r>
    </w:p>
    <w:p>
      <w:r>
        <w:rPr>
          <w:b w:val="0"/>
          <w:i w:val="0"/>
        </w:rPr>
        <w:t>Later, Cambremer St.Clair was mated to Ch.Fabracken Comedy Star to produce Cambremer Montclair who won two C.C.Ã¢â‚¬â„¢s and three Reserve C.C.Ã¢â‚¬â„¢s and was clearly unlucky not to take her title. She did prove to be a wonderful brood bitch.</w:t>
      </w:r>
    </w:p>
    <w:p>
      <w:r>
        <w:rPr>
          <w:b w:val="0"/>
          <w:i w:val="0"/>
        </w:rPr>
        <w:t>Mated to Ch.Lawnwoods Midnight Folly, Montclair produced a substantial yellow dog in Cambremer Striking Midnight over Lawnwood owned by Mrs.M.I.Satterthwaite  who won a C.C. He was successful as a stud dog including a beautifully headed black daughter in Sh.Ch.Novacroft Lottie for Mrs.D.I.Gardner (Novacroft) and a handsome yellow daughter for Mrs.Satterthwaite in Ch.Lawnwoods Flight OÃ¢â‚¬â„¢ Fancy.Ã¢â‚¬Â</w:t>
      </w:r>
    </w:p>
    <w:p>
      <w:r>
        <w:rPr>
          <w:b w:val="0"/>
          <w:i w:val="0"/>
        </w:rPr>
        <w:t>Richard Edwards outline of the Cambremer kennel will be continued next week.</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