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 Jul 2010"</w:t>
      </w:r>
      <w:r>
        <w:br/>
      </w:r>
      <w:r>
        <w:rPr>
          <w:b w:val="0"/>
          <w:i w:val="0"/>
        </w:rPr>
        <w:br/>
        <w:t>date_original: "2 Jul 2010"</w:t>
      </w:r>
      <w:r>
        <w:br/>
      </w:r>
      <w:r>
        <w:rPr>
          <w:b w:val="0"/>
          <w:i w:val="0"/>
        </w:rPr>
        <w:br/>
        <w:t>source_url: "https://www.ourdogs.co.uk/members/breednotes/2010/RetrieverLabrador/RetrieverLabrador-july2.htm"</w:t>
      </w:r>
      <w:r>
        <w:br/>
      </w:r>
      <w:r>
        <w:rPr>
          <w:b w:val="0"/>
          <w:i w:val="0"/>
        </w:rPr>
        <w:br/>
        <w:t>archive_type: "static_html"</w:t>
      </w:r>
      <w:r>
        <w:br/>
      </w:r>
      <w:r>
        <w:rPr>
          <w:b w:val="0"/>
          <w:i w:val="0"/>
        </w:rPr>
        <w:br/>
        <w:t>scraped_at: "2026-09-13T22:00:18"</w:t>
      </w:r>
      <w:r>
        <w:br/>
      </w:r>
      <w:r>
        <w:rPr>
          <w:b w:val="0"/>
          <w:i w:val="0"/>
        </w:rPr>
        <w:br/>
        <w:t>word_count: 1187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Border Union championship show held at Kelso was always one of my favourite shows. Each year, my husband and I, plus a couple of dogs would start our Scottish summer holiday there; later travelling northwards and westwards to visit friends in the Highlands (plus the well reported midges), often returning home via Blackpool Championship show. As many will know, George's severe ill health has curtailed my long distance dog showing at the moment and the Border Union routine of so many years has sadly come to an end. (Even in such dark times, every cloud has, however, a tiny bit of a silver lining and on the plus side I did hear on the television last week that the midges in the Highlands this year were three times worse than they ever had been before; the awful winter far from bumping them all off, has apparently trebled their vigour to live, multiply and eat humans. So at least I missed them!).</w:t>
      </w:r>
    </w:p>
    <w:p>
      <w:r>
        <w:rPr>
          <w:b w:val="0"/>
          <w:i w:val="0"/>
        </w:rPr>
        <w:t>Whilst I remained at home, as Border Union progressed it was good to hear from several pals who kept me up to date with the show news. The judge was Maurice Givan (Sudeo). The Dog CC and Best of Breed was won by Mrs J McDonald's black, Linnburnhead Reed Warbler (Charway Water Reed at Brigburn x Linnburnhead Genie). I first spotted this dog in a class at the May SKC, as I sat ringside last year. Never having seen him before he struck me as a class act in the making, so it was good to hear that he has now won his first CC and, icing on the cake, Best of Breed. Many congratulations.</w:t>
      </w:r>
    </w:p>
    <w:p>
      <w:r>
        <w:rPr>
          <w:b w:val="0"/>
          <w:i w:val="0"/>
        </w:rPr>
        <w:t>John and Saudjie Crooks black dog Balrion Weathertop John Barleycorn (Sh Ch Rocheby Old Smokey x Balrion Weathertop Jane Eyre) took the Dog RCC. The Bitch CC, her fifth, went to Richard Staffords yellow Sh Ch Kimvalley Star Attraction of Farnfield, whilst Paul and Irene Collins yellow, Warringah's Tarka by Kaspair (Kaspair Only You x Warringah's Karu Karu) won her and her owners first Bitch RCC award. Well done!</w:t>
      </w:r>
    </w:p>
    <w:p>
      <w:r>
        <w:rPr>
          <w:b w:val="0"/>
          <w:i w:val="0"/>
        </w:rPr>
        <w:t>Best Puppy once again went to Mervyn and Carole Reynolds yellow, Carromers Siver Cinders. (Simandem Hi Ho Silver x Sh Ch Carromers Too Hot To Handle JW).</w:t>
      </w:r>
    </w:p>
    <w:p>
      <w:r>
        <w:rPr>
          <w:b w:val="0"/>
          <w:i w:val="0"/>
        </w:rPr>
        <w:t>I was extremely sad to hear that good friend, Gay Buchanan (Trewidden) is in hospital having suffered a severe stroke some weeks ago. After a spell in Fort William and Glasgow hospitals, I understand she is now in New Craigs Hospital in Inverness (Cleaver Ward). Older exhibitors will recall Gay, who adored her Labradors: she was a straight talking, great no-nonsense character; full of common sense. A former political agent to a longstanding Conservative MP, in retirement she lived in beautiful surroundings in a remote area opposite picturesque Loch Garry, some twenty miles north of Fort William. Not put off by living in the back of beyond, she would regularly drive down to Crufts and the various Labrador breed club shows to show her traditional, quality black Labradors. These handsome dogs, which Gay told me were direct descendents of the classic black dog, Holton Baron, not only did well in the show ring but were in great demand as gundogs on shoots in the Highlands throughout the shooting season.</w:t>
      </w:r>
    </w:p>
    <w:p>
      <w:r>
        <w:rPr>
          <w:b w:val="0"/>
          <w:i w:val="0"/>
        </w:rPr>
        <w:t>Mairi Brown writes " It is with a heavy heart indeed that I report the death in Sweden where he lived with Gunilla Ek of our GBShCh &amp; SwShCh Ramsayville Route Sixty Six J.W. ("Willy"). As yet we do not have any details to share with you, only that he died unexpectedly on Sunday 20th June. There will be a post mortem. It is so very distressing for everyone right now. We know that Gunilla is grief-stricken, she adored Willy. Sadly he will not now be making the trip home to Scotland in August when Gunilla moves to Spain. We were all so looking forward to having him here again. We are now so completely heartbroken, my mother more than anyone is devastated. In his show career Willy won 11CC</w:t>
      </w:r>
      <w:r>
        <w:rPr>
          <w:rFonts w:ascii="Consolas" w:hAnsi="Consolas"/>
          <w:b w:val="0"/>
          <w:i w:val="0"/>
          <w:sz w:val="19"/>
        </w:rPr>
        <w:t>s &amp; 5RCC</w:t>
      </w:r>
      <w:r>
        <w:rPr>
          <w:b w:val="0"/>
          <w:i w:val="0"/>
        </w:rPr>
        <w:t>s."</w:t>
      </w:r>
    </w:p>
    <w:p>
      <w:r>
        <w:rPr>
          <w:b w:val="0"/>
          <w:i w:val="0"/>
        </w:rPr>
        <w:t>Sh Ch R. Route Sixty Six (Poolstead Pleased as Punch x Ramsayville Rosalino) was born in 2002. He sired Sh Ch Antonine Allure, Sh Ch Halshimoor Lincoln &amp; Sh Ch Shanorell Ticket To Ride To Halshimoor.</w:t>
      </w:r>
    </w:p>
    <w:p>
      <w:r>
        <w:rPr>
          <w:b w:val="0"/>
          <w:i w:val="0"/>
        </w:rPr>
        <w:t>Kent, Surrey &amp; Sussex Labrador Retriever Club are running an Advanced Breed Specific Seminar and a Beginners/Novice Breed Specific Seminar on Sunday 29th August 2010 at New Haw, Addlestone, Surrey. The Speaker will be Penny Carpanini</w:t>
      </w:r>
    </w:p>
    <w:p>
      <w:r>
        <w:rPr>
          <w:b w:val="0"/>
          <w:i w:val="0"/>
        </w:rPr>
        <w:t>Programme for the Advanced seminar - Candidates must be B List judges. Breed Specific seminar in the morning, followed by a hands-on assessment in the afternoon with a panel of CC judges. £25 inc lunch</w:t>
      </w:r>
    </w:p>
    <w:p>
      <w:r>
        <w:rPr>
          <w:b w:val="0"/>
          <w:i w:val="0"/>
        </w:rPr>
        <w:t>Programme for the Beginners/Novice seminar - Breed Specific Seminar in morning followed by further in-depth talk on the breed in the afternoon. £20 inc lunch. To book places please contact Hon Secretary Alison Scutcher 01255 871489 or by email secretary@ksslrc.co.uk</w:t>
      </w:r>
    </w:p>
    <w:p>
      <w:r>
        <w:rPr>
          <w:b w:val="0"/>
          <w:i w:val="0"/>
        </w:rPr>
        <w:t>Ann Britton, 01989 720665</w:t>
      </w:r>
    </w:p>
    <w:p>
      <w:r>
        <w:rPr>
          <w:b w:val="0"/>
          <w:i w:val="0"/>
        </w:rP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