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- 02/07/2021 - ISSUE"</w:t>
      </w:r>
      <w:r>
        <w:br/>
      </w:r>
      <w:r>
        <w:rPr>
          <w:b w:val="0"/>
          <w:i w:val="0"/>
        </w:rPr>
        <w:br/>
        <w:t>date_original: "02/07/2021 - ISSUE"</w:t>
      </w:r>
      <w:r>
        <w:br/>
      </w:r>
      <w:r>
        <w:rPr>
          <w:b w:val="0"/>
          <w:i w:val="0"/>
        </w:rPr>
        <w:br/>
        <w:t>source_url: "https://www.ourdogs.co.uk/members/breednotes/RetrieverLabradorMain.php"</w:t>
      </w:r>
      <w:r>
        <w:br/>
      </w:r>
      <w:r>
        <w:rPr>
          <w:b w:val="0"/>
          <w:i w:val="0"/>
        </w:rPr>
        <w:br/>
        <w:t>scraped_at: "2026-09-13T15:14:38"</w:t>
      </w:r>
      <w:r>
        <w:br/>
      </w:r>
      <w:r>
        <w:rPr>
          <w:b w:val="0"/>
          <w:i w:val="0"/>
        </w:rPr>
        <w:br/>
        <w:t>word_count: 641</w:t>
      </w:r>
    </w:p>
    <w:p>
      <w:r>
        <w:t>――――――――――――――――――――――――――――――</w:t>
      </w:r>
    </w:p>
    <w:p>
      <w:r>
        <w:rPr>
          <w:b w:val="0"/>
          <w:i w:val="0"/>
        </w:rPr>
        <w:t>NEWS MEMBERS' AREA SHOP SUBSCRIBE UPCOMING SHOWS MORE</w:t>
      </w:r>
    </w:p>
    <w:p>
      <w:r>
        <w:rPr>
          <w:b w:val="0"/>
          <w:i w:val="0"/>
        </w:rPr>
        <w:t>RETRIEVER LABRADOR</w:t>
      </w:r>
    </w:p>
    <w:p>
      <w:r>
        <w:rPr>
          <w:b w:val="0"/>
          <w:i w:val="0"/>
        </w:rPr>
        <w:t>Issue: 02/07/2021</w:t>
      </w:r>
    </w:p>
    <w:p>
      <w:r>
        <w:rPr>
          <w:b w:val="0"/>
          <w:i w:val="0"/>
        </w:rPr>
        <w:t xml:space="preserve">Susie Wiles posted on Facebook, Ã¢â‚¬Å"Thank you all who entered the Joint Labrador Retriever Clubs Championship show hosted by YLC. </w:t>
      </w:r>
    </w:p>
    <w:p>
      <w:r>
        <w:rPr>
          <w:b w:val="0"/>
          <w:i w:val="0"/>
        </w:rPr>
        <w:t>Ã¢â‚¬Å"The final numbers are:  67 dogs making 79 entries. 88 bitches making 103 entries.</w:t>
      </w:r>
    </w:p>
    <w:p>
      <w:r>
        <w:rPr>
          <w:b w:val="0"/>
          <w:i w:val="0"/>
        </w:rPr>
        <w:t>Ã¢â‚¬Å"The officers and committee  are looking forward to welcoming you at Warwick Racecourse on Saturday 3rd July. I will email all exhibitors prior to the show with details of how the show will be run in a COVID 19 safe manner.Ã¢â‚¬Â</w:t>
      </w:r>
    </w:p>
    <w:p>
      <w:r>
        <w:rPr>
          <w:b w:val="0"/>
          <w:i w:val="0"/>
        </w:rPr>
        <w:t xml:space="preserve">Southern Counties dog show was held at Newbury. Gundogs were on Saturday and luckily the weather stayed fine for all those attending with their gazebos. I gather it was quite a route march from the car park with bags and baggage let alone dogs. Roll on next year when hopefully things will get back to normal and pavilions and benching will reappear thus making shows possible once more for we of the older generation. </w:t>
      </w:r>
    </w:p>
    <w:p>
      <w:r>
        <w:rPr>
          <w:b w:val="0"/>
          <w:i w:val="0"/>
        </w:rPr>
        <w:t xml:space="preserve">Labradors were judged by Mrs Jenny Dobson. Her dog CC winner came from the Limit dog class and was an exciting first CC for dog and owner, Denise Meredith, with her black dog Tweedledum off the Record. The Reserve Dog CC went to Chris and Claire Mills Lembas Maui. Best puppy dog was Miss Hutchisons Glosmere Ragamuffin. The Bitch CC was won by  Shaun Williamsons yellow SharonÃ¢â‚¬â„¢s VictoriaÃ¢â‚¬â„¢s Secret whilst the Misses OÃ¢â‚¬â„¢Neill took the RCC with their black Ramsayville Tali. Best Puppy was Andy and Jo Metcalfes  Baileydale Dizzy Miss Lizzie. </w:t>
      </w:r>
    </w:p>
    <w:p>
      <w:r>
        <w:rPr>
          <w:b w:val="0"/>
          <w:i w:val="0"/>
        </w:rPr>
        <w:t xml:space="preserve">It felt odd opening up the Fosse Data site to look for show results after so long, hopefully there will be lots more to come as things get going again. </w:t>
      </w:r>
    </w:p>
    <w:p>
      <w:r>
        <w:rPr>
          <w:b w:val="0"/>
          <w:i w:val="0"/>
        </w:rPr>
        <w:t xml:space="preserve">The Kennel Club issued the following important message regarding awards gained at all licensed events: The Kennel Club would like to apologise to exhibitors/competitors at forthcoming licensed events that the operational issues currently being experienced will impact upon the issuing of award certificates by our office across all activities, e.g. Challenge Certificates, Warrants and Champion titles.  </w:t>
      </w:r>
    </w:p>
    <w:p>
      <w:r>
        <w:rPr>
          <w:b w:val="0"/>
          <w:i w:val="0"/>
        </w:rPr>
        <w:t xml:space="preserve">For this reason, we are reminding everyone that it is permitted to enter events or classes where eligibility is dependent upon awards and/or titles which are pending confirmation, e.g. moving from Limit to the Open class at dog shows. Indeed exhibitors must do this. Also, in the case of Champion Stakes, exhibitors do not need to wait for their dogÃ¢â‚¬â„¢s champion status to be confirmed before entering.  </w:t>
      </w:r>
    </w:p>
    <w:p>
      <w:r>
        <w:rPr>
          <w:b w:val="0"/>
          <w:i w:val="0"/>
        </w:rPr>
        <w:t>For any issues which may arise regarding eligibility, please email KCNotifications@thekennelclub.org.uk. We appreciate the patience and forbearance of exhibitors and competitors at this time and will provide updates in due course at thekennelclub.org.uk/resumptionofevents.</w:t>
      </w:r>
    </w:p>
    <w:p>
      <w:r>
        <w:rPr>
          <w:b w:val="0"/>
          <w:i w:val="0"/>
        </w:rPr>
        <w:t xml:space="preserve">The latest Breed Records Supplement of 311 pages, crashed through the letterbox last week. The  Gundog edition is the weight of an old fashioned  telephone directory. Someone has done an amazing job, putting it all together. Needless to say, numbers of Labrador pups registered has gone up yet again. Last year in the same quarter, January to March 8081 pups were registered. This year the figure is 13562. I havenÃ¢â‚¬â„¢t had time to look in great detail but did see some silvers.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