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Feb 2008"</w:t>
      </w:r>
      <w:r>
        <w:br/>
      </w:r>
      <w:r>
        <w:rPr>
          <w:b w:val="0"/>
          <w:i w:val="0"/>
        </w:rPr>
        <w:br/>
        <w:t>date_original: "8 Feb 2008"</w:t>
      </w:r>
      <w:r>
        <w:br/>
      </w:r>
      <w:r>
        <w:rPr>
          <w:b w:val="0"/>
          <w:i w:val="0"/>
        </w:rPr>
        <w:br/>
        <w:t>source_url: "https://www.ourdogs.co.uk/members/breednotes/2008/RetrieverLabrador/RetrieverLabrador-feb8.htm"</w:t>
      </w:r>
      <w:r>
        <w:br/>
      </w:r>
      <w:r>
        <w:rPr>
          <w:b w:val="0"/>
          <w:i w:val="0"/>
        </w:rPr>
        <w:br/>
        <w:t>archive_type: "static_html"</w:t>
      </w:r>
      <w:r>
        <w:br/>
      </w:r>
      <w:r>
        <w:rPr>
          <w:b w:val="0"/>
          <w:i w:val="0"/>
        </w:rPr>
        <w:br/>
        <w:t>scraped_at: "2026-09-13T22:04:43"</w:t>
      </w:r>
      <w:r>
        <w:br/>
      </w:r>
      <w:r>
        <w:rPr>
          <w:b w:val="0"/>
          <w:i w:val="0"/>
        </w:rPr>
        <w:br/>
        <w:t>word_count: 1323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Glenys Fryer, coordinator of NW Labrador Rescue writes with sad news, ‘Jack Sopp, a rescue supporter for many years has passed away. What a true Gentleman he was. I knew Jack a long time. When I first started showing Labradors in the 80s, Jack was a committee member and his wife Ruby was Treasurer of the North West Labrador Club, of which they were founder members. They would always be at the NW Lab Club Shows manning the stall selling club items.</w:t>
      </w:r>
    </w:p>
    <w:p>
      <w:r>
        <w:rPr>
          <w:b w:val="0"/>
          <w:i w:val="0"/>
        </w:rPr>
        <w:t>Jack was a fabulous man and although he was disabled, suffering from MS, he was never miserable or down about it. I have never seen him without a friendly smile or cheery hello and wicked sense of humour. He even was known to give racing tips (although I never won, though).</w:t>
      </w:r>
    </w:p>
    <w:p>
      <w:r>
        <w:rPr>
          <w:b w:val="0"/>
          <w:i w:val="0"/>
        </w:rPr>
        <w:t>‘To his lovely wife Ruby, we send our sincere condolences.Ruby has asked for donations from his friends and family in lieu of flowers’.</w:t>
      </w:r>
    </w:p>
    <w:p>
      <w:r>
        <w:rPr>
          <w:b w:val="0"/>
          <w:i w:val="0"/>
        </w:rPr>
        <w:t>Glenys was pleased that Labrador Rescue NW Area featured recently on a BBC TV programme. Sadly some Labradors continue to be unwanted and end up in rescue. In just one single week since the New Year, 5 pups and 11 adults have been handed in for rehoming. If you are at all able to offer a permanent home to an unwanted Labrador do please contact Glenys Fryer on 01257 452500 or visit their superb websites -www.homealabrador.net.</w:t>
      </w:r>
    </w:p>
    <w:p>
      <w:r>
        <w:rPr>
          <w:b w:val="0"/>
          <w:i w:val="0"/>
        </w:rPr>
        <w:t>Alison Scuthcher acting Secretary of KSS Lab Club writes „The KSSLRC held its open show on 07/01/08 at South of England Showground, Ardingly. The judge was David Shields (Wilholm Cockers &amp; GSP's) This is the first time that the club has used this venue and the first time the club has had the generous sponsorship from Royal Canin, giving each class winner a bag of food. I am glad to say that the show went very well and had a really good atmosphere.</w:t>
      </w:r>
    </w:p>
    <w:p>
      <w:r>
        <w:rPr>
          <w:b w:val="0"/>
          <w:i w:val="0"/>
        </w:rPr>
        <w:t>We were exceptionally lucky to have Ann Welford (Ankari) who agreed to do our catering. She was primarily assisted by Maureen Tickner and Janice Climpson with additional help by Margaret Peckham and Eileen Allen-Rossiter and between them supplied Tea, Coffee, Bacon Rolls and a selection of superb lunches for a small charge. Thank you ladies for your sterling work.</w:t>
      </w:r>
    </w:p>
    <w:p>
      <w:r>
        <w:rPr>
          <w:b w:val="0"/>
          <w:i w:val="0"/>
        </w:rPr>
        <w:t>The principal winners were BIS Joy Venturi-Rose &amp; Penny Carpanini's Carpenny Austin (Ch Carpenny Anchorman ex Sh Ch Carpenny Whist), RBIS &amp; BPIS went to a delighted Jo and Andy Metcalfe with their minor puppy bitch Willokin Bonnie Amie with Baileydale (Baileydale Bon Bon JW ex Willokin Liberty Fayre). Well done everyone and hope to see you all again at future club events.</w:t>
      </w:r>
    </w:p>
    <w:p>
      <w:r>
        <w:rPr>
          <w:b w:val="0"/>
          <w:i w:val="0"/>
        </w:rPr>
        <w:t>Concluding the 2007 records, this week it is the turn of the up and coming stars of the future; the Best Puppy winners. In the main they were yellow. Overall Best puppy in 2007 was Judith Charltons yellow bitch Foxrush Ovaltine (Rocheby Old Smokey x Sh Ch Foxrush Giselle) who won 12 BPIB awards.</w:t>
      </w:r>
    </w:p>
    <w:p>
      <w:r>
        <w:rPr>
          <w:b w:val="0"/>
          <w:i w:val="0"/>
        </w:rPr>
        <w:t>Two youngsters won 4 BPIB awards. Alphabetically by affix and with the shows they won at listed, they were:-</w:t>
      </w:r>
    </w:p>
    <w:p>
      <w:r>
        <w:rPr>
          <w:b w:val="0"/>
          <w:i w:val="0"/>
        </w:rPr>
        <w:t>Anne Lavelle’s yellow bitch Crosscroyde Lady Katinka (Sh Ch Silver Suede over Rocheby x Crosscroyde Geisha Lady). Richmond, Gundog Soc Wales, West of Eng LRC, LKA. (Continuing her winning ways she has already started 2008 with BPIB at Boston).</w:t>
      </w:r>
    </w:p>
    <w:p>
      <w:r>
        <w:rPr>
          <w:b w:val="0"/>
          <w:i w:val="0"/>
        </w:rPr>
        <w:t>Angela Williams and David Craigs black bitch Foulby Buttons and Bows (Sh Ch Sudeo Chevalier of Ramsayville x Foulby Paper Lace) Boston, Manchester, Crufts, 3 Ridings</w:t>
      </w:r>
      <w:r>
        <w:br/>
      </w:r>
      <w:r>
        <w:rPr>
          <w:b w:val="0"/>
          <w:i w:val="0"/>
        </w:rPr>
        <w:br/>
        <w:t>Winning 3 BPIB was Leigh Lesley‚s yellow dog Steeleigh Express Order (Steeleigh American Express JW x Donacre Odds on for Steeleigh) WELKS, Bath, The Lab Club.</w:t>
      </w:r>
    </w:p>
    <w:p>
      <w:r>
        <w:rPr>
          <w:b w:val="0"/>
          <w:i w:val="0"/>
        </w:rPr>
        <w:t>Three pups won 2 BPIB. They were:- Mr Mulligan and Ms Marchant’s yellow bitch, Alanwood Lady Jazz Amour (Greenworth Odds Against x Alanwood Magic Box). Driffield, Gundog Breeds of Scotland.</w:t>
      </w:r>
    </w:p>
    <w:p>
      <w:r>
        <w:rPr>
          <w:b w:val="0"/>
          <w:i w:val="0"/>
        </w:rPr>
        <w:t>Marion Hopkinsons yellow bitch Rocheby Spun Silk (Rocheby State Occasion x Rocheby Georgette). Yellow Lab Club. Northumberland and Durham LRC</w:t>
      </w:r>
      <w:r>
        <w:br/>
      </w:r>
      <w:r>
        <w:rPr>
          <w:b w:val="0"/>
          <w:i w:val="0"/>
        </w:rPr>
        <w:br/>
        <w:t>Shaun Williamsons yellow bitch Sharouns Destinys Child.( Sharouns Budweiser x Jap Ch Bloom of Tracker House) Darlington, Belfast.</w:t>
      </w:r>
    </w:p>
    <w:p>
      <w:r>
        <w:rPr>
          <w:b w:val="0"/>
          <w:i w:val="0"/>
        </w:rPr>
        <w:t>Winning 1 BPIB were the following:- Mr and Mrs Metcalfes black dog, Baileydale Bo Diddley (Sh Ch Ramsayville Rogue Trader x Lewisan La Di Da to Baileydale). East of England.</w:t>
      </w:r>
      <w:r>
        <w:br/>
      </w:r>
      <w:r>
        <w:rPr>
          <w:b w:val="0"/>
          <w:i w:val="0"/>
        </w:rPr>
        <w:br/>
        <w:t>Christine Hoopers black dog Balcrist Classic Edition (Tullochmohr Final Edition ex Lymelyn Twice as Nice at Balcrist). Lab Club of N Ireland.</w:t>
      </w:r>
    </w:p>
    <w:p>
      <w:r>
        <w:rPr>
          <w:b w:val="0"/>
          <w:i w:val="0"/>
        </w:rPr>
        <w:t>Chris and Claire Lembas Top Ranking (Unsung Hero of Tintagel Winds x Lembas Wish Upon A Star), SWKA.</w:t>
      </w:r>
    </w:p>
    <w:p>
      <w:r>
        <w:rPr>
          <w:b w:val="0"/>
          <w:i w:val="0"/>
        </w:rPr>
        <w:t>Mr B Yeowarts yellow bitch Langshott Silver Sky (Sh Ch Silver Suede over Rocheby x Langshott Cinders). Bournemouth.</w:t>
      </w:r>
    </w:p>
    <w:p>
      <w:r>
        <w:rPr>
          <w:b w:val="0"/>
          <w:i w:val="0"/>
        </w:rPr>
        <w:t>Holliday and Aulos Lindall Strawberry Cream with Farbrae (Rocheby Old Smokey x Lindall Russian Rhythm), Midland Counties Lab Club.</w:t>
      </w:r>
    </w:p>
    <w:p>
      <w:r>
        <w:rPr>
          <w:b w:val="0"/>
          <w:i w:val="0"/>
        </w:rPr>
        <w:t>Marlene Heppers black bitch Mardas Magical Mystery Tour (Brigburn Marron avec Lindall x Double Honour for Mardas)- East Anglian Lab Club</w:t>
      </w:r>
    </w:p>
    <w:p>
      <w:r>
        <w:rPr>
          <w:b w:val="0"/>
          <w:i w:val="0"/>
        </w:rPr>
        <w:t>Peter Woolf’s yellow bitch Othamcourt Time to Dream at Colinwood.(Aroscas Time Will Tell-(Imp) x Colinwood Memory) Kent Surrey asnd Sussex</w:t>
      </w:r>
    </w:p>
    <w:p>
      <w:r>
        <w:rPr>
          <w:b w:val="0"/>
          <w:i w:val="0"/>
        </w:rPr>
        <w:t>Sussie Wiles yellow dog Richbourne Roll of Honour (Sh Ch Stajantors Robin x Richbourne Lollipop) Labrador Club of Wales</w:t>
      </w:r>
    </w:p>
    <w:p>
      <w:r>
        <w:rPr>
          <w:b w:val="0"/>
          <w:i w:val="0"/>
        </w:rPr>
        <w:t>Balshaws yellow Shanorrell Ticket to Ride (Ramsayville Route Sixty Six x Halshimoor Dizzy Heights at S) Scottish Lab Club .</w:t>
      </w:r>
    </w:p>
    <w:p>
      <w:r>
        <w:rPr>
          <w:b w:val="0"/>
          <w:i w:val="0"/>
        </w:rPr>
        <w:t>Mr and Mrs P Davey’s black bitch Southridge Grace (Birchbrook Gordon Bennett ShCM x Southridge Clove) Blackpool</w:t>
      </w:r>
    </w:p>
    <w:p>
      <w:r>
        <w:rPr>
          <w:b w:val="0"/>
          <w:i w:val="0"/>
        </w:rPr>
        <w:t>Michael Neachells yellow dog Suttonpark Revelation (Ch Saranden Saboteur x Mileoak Cranberry from Suttonpark). Cots and Wye LRC</w:t>
      </w:r>
    </w:p>
    <w:p>
      <w:r>
        <w:rPr>
          <w:b w:val="0"/>
          <w:i w:val="0"/>
        </w:rPr>
        <w:t>David Coodes black bitch Warringah‚s Karkerri (Charway Water Reed at Brigbvurn x Warringah’s Skai). WKC</w:t>
      </w:r>
      <w:r>
        <w:br/>
      </w:r>
      <w:r>
        <w:rPr>
          <w:b w:val="0"/>
          <w:i w:val="0"/>
        </w:rPr>
        <w:br/>
        <w:t>Rawlinson family’s yellow bitch, Wilsbury Creme Kracker At Halshimoor (Martinstide Punchline at</w:t>
      </w:r>
    </w:p>
    <w:p>
      <w:r>
        <w:rPr>
          <w:b w:val="0"/>
          <w:i w:val="0"/>
        </w:rPr>
        <w:t>Halshimoor x Overijse Scarlet Beautiful at Wilsbury). Birmingham National</w:t>
      </w:r>
      <w:r>
        <w:br/>
      </w:r>
      <w:r>
        <w:rPr>
          <w:b w:val="0"/>
          <w:i w:val="0"/>
        </w:rPr>
        <w:br/>
        <w:t>Tracy Butler’s Ycart Lakeside Linnet (Brigburn Marron avec Lindall x Ycart Harrier) Paignton</w:t>
      </w:r>
      <w:r>
        <w:br/>
      </w:r>
      <w:r>
        <w:rPr>
          <w:b w:val="0"/>
          <w:i w:val="0"/>
        </w:rPr>
        <w:br/>
        <w:t>We wish them all much continued success in 2008</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