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- 29/05/2020 - ISSUE"</w:t>
      </w:r>
      <w:r>
        <w:br/>
      </w:r>
      <w:r>
        <w:rPr>
          <w:b w:val="0"/>
          <w:i w:val="0"/>
        </w:rPr>
        <w:br/>
        <w:t>date_original: "29/05/2020 - ISSUE"</w:t>
      </w:r>
      <w:r>
        <w:br/>
      </w:r>
      <w:r>
        <w:rPr>
          <w:b w:val="0"/>
          <w:i w:val="0"/>
        </w:rPr>
        <w:br/>
        <w:t>source_url: "https://www.ourdogs.co.uk/members/breednotes/RetrieverLabradorMain.php"</w:t>
      </w:r>
      <w:r>
        <w:br/>
      </w:r>
      <w:r>
        <w:rPr>
          <w:b w:val="0"/>
          <w:i w:val="0"/>
        </w:rPr>
        <w:br/>
        <w:t>scraped_at: "2026-09-13T15:17:31"</w:t>
      </w:r>
      <w:r>
        <w:br/>
      </w:r>
      <w:r>
        <w:rPr>
          <w:b w:val="0"/>
          <w:i w:val="0"/>
        </w:rPr>
        <w:br/>
        <w:t>word_count: 1549</w:t>
      </w:r>
    </w:p>
    <w:p>
      <w:r>
        <w:t>――――――――――――――――――――――――――――――</w:t>
      </w:r>
    </w:p>
    <w:p>
      <w:r>
        <w:rPr>
          <w:b w:val="0"/>
          <w:i w:val="0"/>
        </w:rPr>
        <w:t>NEWS MEMBERS' AREA SHOP SUBSCRIBE UPCOMING SHOWS MORE</w:t>
      </w:r>
    </w:p>
    <w:p>
      <w:r>
        <w:rPr>
          <w:b w:val="0"/>
          <w:i w:val="0"/>
        </w:rPr>
        <w:t>RETRIEVER LABRADOR</w:t>
      </w:r>
    </w:p>
    <w:p>
      <w:r>
        <w:rPr>
          <w:b w:val="0"/>
          <w:i w:val="0"/>
        </w:rPr>
        <w:t>Issue: 29/05/2020</w:t>
      </w:r>
    </w:p>
    <w:p>
      <w:r>
        <w:rPr>
          <w:b w:val="0"/>
          <w:i w:val="0"/>
        </w:rPr>
        <w:t xml:space="preserve">I was very sorry to hear the news that June Minns (Quokka) had passed away on 6th May. Her dear husband Mason had died several years ago and June missed him dreadfully. Mason was Chairman of the Labrador Breed Council in the 1990s. June awarded CCs in Labradors and showed Labradors and Sussex Spaniels. She put everyone at ease, was full of fun, a great raconteur of hilarious stories, always a twinkle in her eye and a mischievous smile on her face until she tragically lost her soul mate Mason and the light went out of her life. Our sincere condolences. Rest in peace, June. </w:t>
      </w:r>
    </w:p>
    <w:p>
      <w:r>
        <w:rPr>
          <w:b w:val="0"/>
          <w:i w:val="0"/>
        </w:rPr>
        <w:t>The virus continues its ravages and whilst the numbers of hospitalised ITU patients are decreasing in London, where initially things were far worse, here in rural Ross on Wye, (for those who don't know it, just about ten miles down the road from Three Counties Show Ground), where we thought we were safely isolated, the virus has arrived in the town and is by no means under control. We are warned the number of infected patients here is increasing daily and the peak has not yet been reached. Just as we in lockdown thought our escape might be imminent, no such luck. Back to the gardening and lawn mowing.</w:t>
      </w:r>
    </w:p>
    <w:p>
      <w:r>
        <w:rPr>
          <w:b w:val="0"/>
          <w:i w:val="0"/>
        </w:rPr>
        <w:t xml:space="preserve">People are fruitlessly enquiring when dog shows and seminar gatherings will be resumed. Have they considered, will venues even want them with the cost of disinfecting thoroughly before and after the event? What about first aid cover without which there is no insurance? How can the toilets be disinfected after every person? Will committee members, exhibitors, judges or stewards even want to subject themselves to increased risk? How can sensible spacing be achieved? How can chairs and benching be continuously cleansed? How can a dog be examined with the handler six feet away? How can stewarding be done from a distance? How can exhibitors even get there and back or get rescued if the car breaks down?, etc etc. I cant see it happening for months on end yet, in fact until there is a vaccine. </w:t>
      </w:r>
    </w:p>
    <w:p>
      <w:r>
        <w:rPr>
          <w:b w:val="0"/>
          <w:i w:val="0"/>
        </w:rPr>
        <w:t>With so many enquiries for puppies of all breeds and a complete lack of supply due to the virus, I read of a breeder not asking a fixed reasonable price for puppies but inviting sealed bids in an envelope. The highest bid gets the puppy. How awful. Nothing to do with the suitability of the potential owners or the home offered. Is that legal? Probably not.</w:t>
      </w:r>
    </w:p>
    <w:p>
      <w:r>
        <w:rPr>
          <w:b w:val="0"/>
          <w:i w:val="0"/>
        </w:rPr>
        <w:t xml:space="preserve">Labrador, Mr Pepys has been busy keeping up with his diary entries in similar style to the virus infected times of the 1660s. of the original Mr Pepys, assisted by his trusty scribe Tony Jury. Here is his latest edition:- </w:t>
      </w:r>
    </w:p>
    <w:p>
      <w:r>
        <w:rPr>
          <w:b w:val="0"/>
          <w:i w:val="0"/>
        </w:rPr>
        <w:t xml:space="preserve">'The Occasional Diary of Mr Pepys - </w:t>
      </w:r>
    </w:p>
    <w:p>
      <w:r>
        <w:rPr>
          <w:b w:val="0"/>
          <w:i w:val="0"/>
        </w:rPr>
        <w:t xml:space="preserve">The Day of Our Lord, May 10th 1665 (or thereabouts).    </w:t>
      </w:r>
    </w:p>
    <w:p>
      <w:r>
        <w:rPr>
          <w:b w:val="0"/>
          <w:i w:val="0"/>
        </w:rPr>
        <w:t xml:space="preserve">'To our dismay, sacred Sunday rituals have been cast from the church. Today, thinly-spaced congregations meet meekly in damp dells or on windy wastelands. Master and I, the faithful Pepys, are no longer required to police the heavy oaken door whilst the offerings are counted from the box. Nor face off the curs who do trouble the wardens so. Sundays prove soporific so Master and I have succumbed to the land of Nod. My Mistress complains much, for my Master has taken to the port and is trumpeting in the dairy upon a pile of damp Burberry Mackintoshes. I am accused of bassoon imitations, windily. </w:t>
      </w:r>
    </w:p>
    <w:p>
      <w:r>
        <w:rPr>
          <w:b w:val="0"/>
          <w:i w:val="0"/>
        </w:rPr>
        <w:t xml:space="preserve">'Pepys,' she pipes. 'Thou and thy Master do make a capital imitation of heralds announcing a Royal First-born. Quietude! I say!' However, such lubricious consumption is well deserved. The success of the rook shoot has filled the ice-pit below the terrace with sundry avian species and a half-doz. of Lepus Maximus (Hares, Obvs.) </w:t>
      </w:r>
    </w:p>
    <w:p>
      <w:r>
        <w:rPr>
          <w:b w:val="0"/>
          <w:i w:val="0"/>
        </w:rPr>
        <w:t xml:space="preserve">'Memo: The house now boasts a fine Sun Terrace stoutly fabricated from the new 'cast-iron' by Messrs. Ever and Rest, Master-founders: "Motto: Castings for all Contingencies." Mistress is highly gratified by the merit gained by owning such a complicated edifice. (N.B. This being an extra-modern town, sundry Turbaned Gents newly returned from the mid-eastern colonies declare such a Sun-Palace to be a most estimable 'Verandah.' They suggest we should hire a vigorous 'Punkah wallah' forthwith, and purchase a Chaise Rattan for louche lounging.) </w:t>
      </w:r>
    </w:p>
    <w:p>
      <w:r>
        <w:rPr>
          <w:b w:val="0"/>
          <w:i w:val="0"/>
        </w:rPr>
        <w:t>'However, I, Pepys the Labrador (well-bred and thus boasting a full and dense coat - one fairly harsh to the touch - Obvs.) am less enamoured by the leafy Corinthian capitals that support a forest of flimsy fenestrations through which the sun shines as hot as the sands of the Gobi. What is more, the only ornaments are trees of the Coconut variety, stoutly rooted in terracotta amphorae. Seriously, should I be taken shortly, precise peeing will prove problematic, I fear.</w:t>
      </w:r>
    </w:p>
    <w:p>
      <w:r>
        <w:rPr>
          <w:b w:val="0"/>
          <w:i w:val="0"/>
        </w:rPr>
        <w:t xml:space="preserve">'Tues, May 12th 1665 (or thereabouts)   </w:t>
      </w:r>
    </w:p>
    <w:p>
      <w:r>
        <w:rPr>
          <w:b w:val="0"/>
          <w:i w:val="0"/>
        </w:rPr>
        <w:t xml:space="preserve">'Mercifully, the dreaded sickness is slowly abating in the shires and towns, but plans for public meetings and durbars are yet to be sanctioned. My Mistress is wan from a lack of banter and delicate diversion. Closeted, she is unable to pursue her weekly excursion to Johnathan Lewis's Emporium for 'Cosmetics and Comforts.' Thus deprived, she fears for the succulence of her glowing embrasure in the summer heat.   </w:t>
      </w:r>
    </w:p>
    <w:p>
      <w:r>
        <w:rPr>
          <w:b w:val="0"/>
          <w:i w:val="0"/>
        </w:rPr>
        <w:t>'Committee meeting venues are being sought by the female sex and token Gent. However, adequate provision of self-isolation has proved vexatious. Even those redoubtable Ladies who had attended Club Stewarding SoirÃƒÂ©es were unable to source a suitable venue. Nay, even the same worthies who had completed the 'How to' modules referenced as follows:-</w:t>
      </w:r>
    </w:p>
    <w:p>
      <w:r>
        <w:rPr>
          <w:b w:val="0"/>
          <w:i w:val="0"/>
        </w:rPr>
        <w:t>'Module 1. How to curtsey before a BIS Judge:-</w:t>
      </w:r>
    </w:p>
    <w:p>
      <w:r>
        <w:rPr>
          <w:b w:val="0"/>
          <w:i w:val="0"/>
        </w:rPr>
        <w:t xml:space="preserve">'a) When full evening dress and heels are required or </w:t>
      </w:r>
    </w:p>
    <w:p>
      <w:r>
        <w:rPr>
          <w:b w:val="0"/>
          <w:i w:val="0"/>
        </w:rPr>
        <w:t>'b) When jodhpurs are de rigueur.</w:t>
      </w:r>
    </w:p>
    <w:p>
      <w:r>
        <w:rPr>
          <w:b w:val="0"/>
          <w:i w:val="0"/>
        </w:rPr>
        <w:t xml:space="preserve">'Module 2. How to space a Victory Parade (1st to 5th from the left. FYI.) </w:t>
      </w:r>
    </w:p>
    <w:p>
      <w:r>
        <w:rPr>
          <w:b w:val="0"/>
          <w:i w:val="0"/>
        </w:rPr>
        <w:t xml:space="preserve">'At a fractious meeting in the Tithe Barn, renderings from the Minute Book were sorely hampered by the 'distancing.' Dear Lady Peggleton had to retire with a fit of the chokes as the hay-filled atmospherics filled her very eyes with tears causing her pince-nez to slip into the byre and a near hanging of the dear soul by her own fine golden chain was only narrowly avoided. It was agreed that further business shall be accomplished by virtuous mailÃ‚Â³ or 'read-only' e-letters [Def. e-letter see p.ii. Apl.23rd] </w:t>
      </w:r>
    </w:p>
    <w:p>
      <w:r>
        <w:rPr>
          <w:b w:val="0"/>
          <w:i w:val="0"/>
        </w:rPr>
        <w:t>'Note Ã‚Â³: Virtuous Mail: Def. An innocent manservant, not having attained age fifteen, be entreated to sprint between the houses of the Ladies of the Committee bearing a stout serge attachÃƒÂ© containing sealed handwritten 'Briefs' thereby proving 'distancing' between conscripts. Payment: One halfpenny or one turnip per recorded delivery.</w:t>
      </w:r>
    </w:p>
    <w:p>
      <w:r>
        <w:rPr>
          <w:b w:val="0"/>
          <w:i w:val="0"/>
        </w:rPr>
        <w:t>'There was but one proposal. Inevitably, Mistress Chipping achieved a minor triumph. It was agreed (ten balls in favour, one ball against, with three absent: FYI) that a Virtuous Dog Show using the latest technical mechanics (Silk Screens, Tablets Ã¢ÂÂ´ etc.) shall be organized. Obviously, in these striven times a goodly composition of Tablets will doubtless raise the spirits of the Ladies.</w:t>
      </w:r>
    </w:p>
    <w:p>
      <w:r>
        <w:rPr>
          <w:b w:val="0"/>
          <w:i w:val="0"/>
        </w:rPr>
        <w:t>'Arriving home lately, by candle-light, my Mistress, coming upon my dish freshly prepared for the morrow, did feed it to me as a treat such was her bonhomie in the joyful expectation of having a Club Show to attend. I consumed the very lot. (Obvs.) Which required an emergency visitation to the backyard at the early hour of 4 am. Which did displease my Master greatly, having been shaken from his warm bed.</w:t>
      </w:r>
    </w:p>
    <w:p>
      <w:r>
        <w:rPr>
          <w:b w:val="0"/>
          <w:i w:val="0"/>
        </w:rPr>
        <w:t>'[Note Ã¢ÂÂ´- Tablet, e.g. White board, Canvas fly-sheet, Plywood, I-Pad or Flat screen]</w:t>
      </w:r>
    </w:p>
    <w:p>
      <w:r>
        <w:rPr>
          <w:b w:val="0"/>
          <w:i w:val="0"/>
        </w:rPr>
        <w:t>'The follg. Memo was delivered to my Master's Inbox:-</w:t>
      </w:r>
    </w:p>
    <w:p>
      <w:r>
        <w:rPr>
          <w:b w:val="0"/>
          <w:i w:val="0"/>
        </w:rPr>
        <w:t>'To: Committee Persons: cc. Chairman, Mesdames, Members and Misses, Keeper of the Purse-strings. Token Gent. SUBJECT: A Virtuous Exposition of Canines.</w:t>
      </w:r>
    </w:p>
    <w:p>
      <w:r>
        <w:rPr>
          <w:b w:val="0"/>
          <w:i w:val="0"/>
        </w:rPr>
        <w:t xml:space="preserve">'Portraits of OUR BELOVED SHOW DOGS shall be displayed, colourfully (or B/W at a small discount) viz. True likenesses, Oily expressions, Caricatures, Water paints, Charcoal silhouettes, French Daguerreotypes (pdf preferred), Etchings, Board scrapings and so forth. Nota Bene: CANINE SUBJECTS ONLY! Three entries per household may be submitted by fee-paid members or their appointees (Owner or Bred. Ex. to qualify.) By common consent, a fee of one half-crown shall be levied for each submission plus one golden guinea to be donated to the charity vessel, 'The Nightingale Endeavour' presently moored in Queen's Dock, Basin 4, E16. (Applause) </w:t>
      </w:r>
    </w:p>
    <w:p>
      <w:r>
        <w:rPr>
          <w:b w:val="0"/>
          <w:i w:val="0"/>
        </w:rPr>
        <w:t>'Memo terminated due to Bank of England Holiday called by the Privy Council who need to check if there be any money left.'</w:t>
      </w:r>
    </w:p>
    <w:p>
      <w:r>
        <w:rPr>
          <w:b w:val="0"/>
          <w:i w:val="0"/>
        </w:rPr>
        <w:t>Thank you Pepys and Tony. Looking forward to the next edition. (Not as much as I am, please write the book Tony! Ed)</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