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 Nov 2004"</w:t>
      </w:r>
      <w:r>
        <w:br/>
      </w:r>
      <w:r>
        <w:rPr>
          <w:b w:val="0"/>
          <w:i w:val="0"/>
        </w:rPr>
        <w:br/>
        <w:t>date_original: "19 Nov 2004"</w:t>
      </w:r>
      <w:r>
        <w:br/>
      </w:r>
      <w:r>
        <w:rPr>
          <w:b w:val="0"/>
          <w:i w:val="0"/>
        </w:rPr>
        <w:br/>
        <w:t>source_url: "https://www.ourdogs.co.uk/members/breednotes/2004/RetrieverLabrador/RetrieverLabrador-nov19.htm"</w:t>
      </w:r>
      <w:r>
        <w:br/>
      </w:r>
      <w:r>
        <w:rPr>
          <w:b w:val="0"/>
          <w:i w:val="0"/>
        </w:rPr>
        <w:br/>
        <w:t>archive_type: "static_html"</w:t>
      </w:r>
      <w:r>
        <w:br/>
      </w:r>
      <w:r>
        <w:rPr>
          <w:b w:val="0"/>
          <w:i w:val="0"/>
        </w:rPr>
        <w:br/>
        <w:t>scraped_at: "2026-09-13T22:14:45"</w:t>
      </w:r>
      <w:r>
        <w:br/>
      </w:r>
      <w:r>
        <w:rPr>
          <w:b w:val="0"/>
          <w:i w:val="0"/>
        </w:rPr>
        <w:br/>
        <w:t>word_count: 1016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Many congratulations to Susanne Williams and family, who I understand have an exciting new addition to the Overijse kennel; born 3 weeks early, a son Samuel. Yet another YKC Member in the making, no doubt. We look forward to seeing him at his first show.</w:t>
      </w:r>
    </w:p>
    <w:p>
      <w:r>
        <w:rPr>
          <w:b w:val="0"/>
          <w:i w:val="0"/>
        </w:rPr>
        <w:t>I was somewhat alarmed to read the recent report from Guide Dogs for the Blind, that on checking the identity microchips of 1000 Guide Dogs, it was found that 1% of the microchips are no longer in their original position, but have migrated somewhere else in the body, some traceable, some not. Rather worrying, for whilst 1% does not sound a huge amount, consider this, if all the Labrador entry at the average championship show had been previously micro-chipped, two to three of them when tested would have no microchip traceable in its original position. Some chips could have wandered off into who knows what position in the dogs body, possibly dangerous to its life. Having just had some of my dogs micro-chipped, I hope their chips are well and truly anchored!</w:t>
      </w:r>
    </w:p>
    <w:p>
      <w:r>
        <w:rPr>
          <w:b w:val="0"/>
          <w:i w:val="0"/>
        </w:rPr>
        <w:t>The latest, Autumn 2004, Breed Record Supplement shows the ever-increasing number of Labradors being bred and registered with the Kennel Club. Labradors are certainly responsible for a large input to the Kennel Clubs coffers. Last year, the total number of Labradors registered was 41,306. By this time, the third quarter of 2003, there had been 31,896 Labs registered. This year the number looks like being even higher, with the total to date, at the third quarter, being 35,084; already three thousand registrations ahead. It is interesting to note that from this number only around 1100 per year arpear to be hip scored, which is a dismal 2.7% of the total yearly registration numbers and just 2.7 times the number of Labs whose microchips migrate.</w:t>
      </w:r>
    </w:p>
    <w:p>
      <w:r>
        <w:rPr>
          <w:b w:val="0"/>
          <w:i w:val="0"/>
        </w:rPr>
        <w:t>Just finishing LKA planning, so shorter notes this week. My apologies to those who have already heard the following, I still found it amusing on second reading and hope you do too.</w:t>
      </w:r>
      <w:r>
        <w:br/>
      </w:r>
      <w:r>
        <w:rPr>
          <w:b w:val="0"/>
          <w:i w:val="0"/>
        </w:rPr>
        <w:br/>
        <w:t>“A woman brought a very limp duck into a veterinary surgery.</w:t>
      </w:r>
    </w:p>
    <w:p>
      <w:r>
        <w:rPr>
          <w:b w:val="0"/>
          <w:i w:val="0"/>
        </w:rPr>
        <w:t>As she laid her pet on the table, the vet pulled out his stethoscope and listened to the bird's chest.</w:t>
      </w:r>
    </w:p>
    <w:p>
      <w:r>
        <w:rPr>
          <w:b w:val="0"/>
          <w:i w:val="0"/>
        </w:rPr>
        <w:t>After a moment or two, the vet shook his head sadly and said, "I'm so sorry, Cuddles has passed away."</w:t>
      </w:r>
    </w:p>
    <w:p>
      <w:r>
        <w:rPr>
          <w:b w:val="0"/>
          <w:i w:val="0"/>
        </w:rPr>
        <w:t>The distressed owner wailed, "Are you sure?</w:t>
      </w:r>
      <w:r>
        <w:br/>
      </w:r>
      <w:r>
        <w:rPr>
          <w:b w:val="0"/>
          <w:i w:val="0"/>
        </w:rPr>
        <w:br/>
        <w:t>Yes, I am sure. The duck is dead," he replied.</w:t>
      </w:r>
    </w:p>
    <w:p>
      <w:r>
        <w:rPr>
          <w:b w:val="0"/>
          <w:i w:val="0"/>
        </w:rPr>
        <w:t>"How can you be so sure," she protested. "I mean, you haven't done any testing on him or anything. He might just be in a coma or something."</w:t>
      </w:r>
    </w:p>
    <w:p>
      <w:r>
        <w:rPr>
          <w:b w:val="0"/>
          <w:i w:val="0"/>
        </w:rPr>
        <w:t>The vet rolled his eyes, turned around and left the room, and returned a few moments later with a black Lab Retriever. As the duck's owner looked on in amazement, the dog stood on his hind legs, put his front paws on the examination table and sniffed the duck from top to bottom.</w:t>
      </w:r>
    </w:p>
    <w:p>
      <w:r>
        <w:rPr>
          <w:b w:val="0"/>
          <w:i w:val="0"/>
        </w:rPr>
        <w:t>He then looked at the vet with sad eyes and shook his head.</w:t>
      </w:r>
    </w:p>
    <w:p>
      <w:r>
        <w:rPr>
          <w:b w:val="0"/>
          <w:i w:val="0"/>
        </w:rPr>
        <w:t>The vet patted the dog and took it out, and returned a few moments later with a beautiful cat. The cat jumped up on the table and also sniffed delicately at the bird. The cat sat back on its haunches shook its head, meowed softly and strolled out of the room.</w:t>
      </w:r>
      <w:r>
        <w:br/>
      </w:r>
      <w:r>
        <w:rPr>
          <w:b w:val="0"/>
          <w:i w:val="0"/>
        </w:rPr>
        <w:br/>
        <w:t>The vet looked at the woman and said, "I'm sorry, but as I said, this is most definitely, 100% certifiably, a dead duck."</w:t>
      </w:r>
    </w:p>
    <w:p>
      <w:r>
        <w:rPr>
          <w:b w:val="0"/>
          <w:i w:val="0"/>
        </w:rPr>
        <w:t>Then the vet turned to his computer terminal, hit a few keys, and produced a bill, which he handed to the woman. The duck's owner, still in shock, took the bill. "£150!" she cried, "£150 just to tell me my duck is dead?!!"</w:t>
      </w:r>
    </w:p>
    <w:p>
      <w:r>
        <w:rPr>
          <w:b w:val="0"/>
          <w:i w:val="0"/>
        </w:rPr>
        <w:t>The vet shrugged. "I'm sorry. If you'd taken my word for it, the bill would have been only £20, but what with the Lab Report and the Cat Scan..."</w:t>
      </w:r>
      <w:r>
        <w:br/>
      </w:r>
      <w:r>
        <w:rPr>
          <w:b w:val="0"/>
          <w:i w:val="0"/>
        </w:rPr>
        <w:b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