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- 26 Dec 2003"</w:t>
      </w:r>
      <w:r>
        <w:br/>
      </w:r>
      <w:r>
        <w:rPr>
          <w:b w:val="0"/>
          <w:i w:val="0"/>
        </w:rPr>
        <w:br/>
        <w:t>date_original: "26 Dec 2003"</w:t>
      </w:r>
      <w:r>
        <w:br/>
      </w:r>
      <w:r>
        <w:rPr>
          <w:b w:val="0"/>
          <w:i w:val="0"/>
        </w:rPr>
        <w:br/>
        <w:t>source_url: "https://www.ourdogs.co.uk/members/breednotes/2003/RetrieverLabrador/RetrieverLabrador-dec26.htm"</w:t>
      </w:r>
      <w:r>
        <w:br/>
      </w:r>
      <w:r>
        <w:rPr>
          <w:b w:val="0"/>
          <w:i w:val="0"/>
        </w:rPr>
        <w:br/>
        <w:t>archive_type: "static_html"</w:t>
      </w:r>
      <w:r>
        <w:br/>
      </w:r>
      <w:r>
        <w:rPr>
          <w:b w:val="0"/>
          <w:i w:val="0"/>
        </w:rPr>
        <w:br/>
        <w:t>scraped_at: "2026-09-13T22:15:54"</w:t>
      </w:r>
      <w:r>
        <w:br/>
      </w:r>
      <w:r>
        <w:rPr>
          <w:b w:val="0"/>
          <w:i w:val="0"/>
        </w:rPr>
        <w:br/>
        <w:t>word_count: 851</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Midland Counties LRC held a most enjoyable symposium recently at Tollerton Canine Acadamy. Twenty five students attended and from their feed back to me, I gather they had a really super day and learnt a lot.</w:t>
      </w:r>
    </w:p>
    <w:p>
      <w:r>
        <w:rPr>
          <w:b w:val="0"/>
          <w:i w:val="0"/>
        </w:rPr>
        <w:t>Rosemary Hewitt, Committee Member of MCLRC and one of the organisers writes “The symposium went very well, with twenty five or so students attending. Marion (Hopkinson) was sadly indisposed so Frank Whitbread and I took it between us. The judges were Vic and Janet Cole, John Timms and myself.</w:t>
      </w:r>
    </w:p>
    <w:p>
      <w:r>
        <w:rPr>
          <w:b w:val="0"/>
          <w:i w:val="0"/>
        </w:rPr>
        <w:t>I think we all had a slightly different approach, which, hopefully, was helpful and interesting for the students.</w:t>
      </w:r>
    </w:p>
    <w:p>
      <w:r>
        <w:rPr>
          <w:b w:val="0"/>
          <w:i w:val="0"/>
        </w:rPr>
        <w:t>We have had a lot of positive feedback, which is good. My thanks go to our judges, Vic, Janet and John, also to Yoland Shirton for the refreshments, to Chris Bailiss for getting all the dogs together for the students to go over and to the handlers for making their dogs available. It was greatly appreciated.”</w:t>
      </w:r>
    </w:p>
    <w:p>
      <w:r>
        <w:rPr>
          <w:b w:val="0"/>
          <w:i w:val="0"/>
        </w:rPr>
        <w:t>Thank you Rosemary. I would suggest that anyone wishing to learn more about Labradors should book themselves a place at the next Midland Counties sympisium whenever the date becomes available. You will be guaranteed a good day out.</w:t>
      </w:r>
    </w:p>
    <w:p>
      <w:r>
        <w:rPr>
          <w:b w:val="0"/>
          <w:i w:val="0"/>
        </w:rPr>
        <w:t>Kit Stockman and Kathy Watson’s lovely yellow boy Tenor has been demonstrating further what a clever lad he is. Kathy writes “we are having work done on the house, and have had to cut back on Tenor’s beloved shows, however, he hasn’t been neglected.</w:t>
      </w:r>
    </w:p>
    <w:p>
      <w:r>
        <w:rPr>
          <w:b w:val="0"/>
          <w:i w:val="0"/>
        </w:rPr>
        <w:t>Tenor passed his Good Citizen Gold Award at a session held by Winchester City Dog Training Club. I am very grateful to them for including Tenor in this as I knew no-one at the club, but they were told I was looking for an outlet to give him a chance to take the exam and contacted me.</w:t>
      </w:r>
    </w:p>
    <w:p>
      <w:r>
        <w:rPr>
          <w:b w:val="0"/>
          <w:i w:val="0"/>
        </w:rPr>
        <w:t>I am over the moon with him for passing both his Show Gundog Working Certificate and now the Gold Good Citizens Award, all in the same year.</w:t>
      </w:r>
    </w:p>
    <w:p>
      <w:r>
        <w:rPr>
          <w:b w:val="0"/>
          <w:i w:val="0"/>
        </w:rPr>
        <w:t>I would love him just as much if he never won anything at all, but I have been so fortunate to have such a wonderful dog who just wants to be occupied all the time”. What a lucky dog to have such appreciative owners.</w:t>
      </w:r>
    </w:p>
    <w:p>
      <w:r>
        <w:rPr>
          <w:b w:val="0"/>
          <w:i w:val="0"/>
        </w:rPr>
        <w:t>The last show of 2003, LKA at the National Exhibition Centre, Birmingham was judged by Mrs Pat Harrison (Dogs) and -Mr Dave Wilmshurst (Bitches) their winners were Bitch CC and Best Of Breed on the referees decision Mr &amp; Mrs S.J.Lesley Steeleigh Star Performer JW Res Bitch CC : Mrs P Carpanin’s Carpenny Far and Above Dog CC : Mrs D Downey-Tulloch’s Ch Tullochmohr Final Edition JW Res Dog CC : Rev B J Jones and Dr M Wood’s Dolafon Kestrel of Coleg JW Best Puppy was the Res Bitch CC winner Mrs P Carpanini’s Carpenny Far and Above</w:t>
      </w:r>
    </w:p>
    <w:p>
      <w:r>
        <w:rPr>
          <w:b w:val="0"/>
          <w:i w:val="0"/>
        </w:rPr>
        <w:t>Top winning Labrador for 2003 is I believe Vic and Janet Coles Sh Ch Stajantor’s Robin.</w:t>
      </w:r>
    </w:p>
    <w:p>
      <w:r>
        <w:rPr>
          <w:b w:val="0"/>
          <w:i w:val="0"/>
        </w:rPr>
        <w:t>Ann Britton</w:t>
      </w:r>
      <w:r>
        <w:br/>
      </w:r>
      <w:r>
        <w:rPr>
          <w:b w:val="0"/>
          <w:i w:val="0"/>
        </w:rPr>
        <w:br/>
        <w:t>01989 720665 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