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- 24/07/2026 - ISSUE"</w:t>
      </w:r>
      <w:r>
        <w:br/>
      </w:r>
      <w:r>
        <w:rPr>
          <w:b w:val="0"/>
          <w:i w:val="0"/>
        </w:rPr>
        <w:br/>
        <w:t>date_original: "24/07/2026 - ISSUE"</w:t>
      </w:r>
      <w:r>
        <w:br/>
      </w:r>
      <w:r>
        <w:rPr>
          <w:b w:val="0"/>
          <w:i w:val="0"/>
        </w:rPr>
        <w:br/>
        <w:t>source_url: "https://www.ourdogs.co.uk/members/breednotes/RetrieverLabradorMain.php"</w:t>
      </w:r>
      <w:r>
        <w:br/>
      </w:r>
      <w:r>
        <w:rPr>
          <w:b w:val="0"/>
          <w:i w:val="0"/>
        </w:rPr>
        <w:br/>
        <w:t>scraped_at: "2026-09-13T15:03:10"</w:t>
      </w:r>
      <w:r>
        <w:br/>
      </w:r>
      <w:r>
        <w:rPr>
          <w:b w:val="0"/>
          <w:i w:val="0"/>
        </w:rPr>
        <w:br/>
        <w:t>word_count: 1017</w:t>
      </w:r>
    </w:p>
    <w:p>
      <w:r>
        <w:t>――――――――――――――――――――――――――――――</w:t>
      </w:r>
    </w:p>
    <w:p>
      <w:r>
        <w:rPr>
          <w:b w:val="0"/>
          <w:i w:val="0"/>
        </w:rPr>
        <w:t>NEWS MEMBERS' AREA SHOP SUBSCRIBE UPCOMING SHOWS MORE</w:t>
      </w:r>
    </w:p>
    <w:p>
      <w:r>
        <w:rPr>
          <w:b w:val="0"/>
          <w:i w:val="0"/>
        </w:rPr>
        <w:t>RETRIEVER LABRADOR</w:t>
      </w:r>
    </w:p>
    <w:p>
      <w:r>
        <w:rPr>
          <w:b w:val="0"/>
          <w:i w:val="0"/>
        </w:rPr>
        <w:t>Issue: 24/07/2026</w:t>
      </w:r>
    </w:p>
    <w:p>
      <w:r>
        <w:rPr>
          <w:b w:val="0"/>
          <w:i w:val="0"/>
        </w:rPr>
        <w:t>It's been a very busy week with three championship shows and 2 breed club open shows to report.</w:t>
      </w:r>
      <w:r>
        <w:br/>
      </w:r>
      <w:r>
        <w:rPr>
          <w:b w:val="0"/>
          <w:i w:val="0"/>
        </w:rPr>
        <w:br/>
        <w:t>Saturday was the first of our parent clubs two days of shows. As usual, the committee had worked really hard to make the whole thing go smoothly, and to provide some fun ways to part us from our money, (all for a good cause), with some lovely prizes on offer in the raffles, and the 'doggybola'.</w:t>
      </w:r>
      <w:r>
        <w:br/>
      </w:r>
      <w:r>
        <w:rPr>
          <w:b w:val="0"/>
          <w:i w:val="0"/>
        </w:rPr>
        <w:br/>
        <w:t>The day was warm, but thankfully not as warm as the preceding days. Shelagh Walton was in charge of the dogs, and Karen Powell took on the bitches.</w:t>
      </w:r>
      <w:r>
        <w:br/>
      </w:r>
      <w:r>
        <w:rPr>
          <w:b w:val="0"/>
          <w:i w:val="0"/>
        </w:rPr>
        <w:br/>
        <w:t>BIS and BCC winner, gaining her title on the day was the Rawlinson and Balshaw family's Halshimoor Perfect Pitch At Shanorell. DCC and BOS went to Andy and Jo Metcalf's Baileydale Rocket Man. RDCC was Yo Shirtons Woolman Free And Easy, and rounding off a lovely day for Yo, she also took RBCC with Free And Easy's dam Woolman Carefree. BPB and BPIS was the Douglas family's Capronca Ice Baby At Talard. BPD was Fiona Braddon's Trendlewood For All We Know. BMP went to Frank and Helen Gilroy's Claychalk Picasso, (lovely name Frank). BBP was Marion and David's Rocheby Miss Goodnight. BV was Margaret Litherland's Oakhouse Our By Our. BFT went to Chris and Joy with Rossclyde Highland Grouse At Leospring. And Best Working In Show was Chris and Joy's Leospring East Indie.</w:t>
      </w:r>
      <w:r>
        <w:br/>
      </w:r>
      <w:r>
        <w:rPr>
          <w:b w:val="0"/>
          <w:i w:val="0"/>
        </w:rPr>
        <w:br/>
        <w:t>The same day saw Jane Digweed judging the Open Show, where her BIS was Andy and Jo Metcalfes Baileydale Rocket Man, and BOS was another win for the Metcalfe family. This time with daughter Kristie's Trendlewood It's Only Love To Baileydale. BPIS was another win for the Douglas family with Capronca Ice Baby At Talard. BMPIS went to Becci Bills with Rumhill Jaegermeister, and BV was Steph Perkins with Carromer Teguila By Keeninspires.</w:t>
      </w:r>
      <w:r>
        <w:br/>
      </w:r>
      <w:r>
        <w:rPr>
          <w:b w:val="0"/>
          <w:i w:val="0"/>
        </w:rPr>
        <w:br/>
        <w:t>The following day saw the second of the Labrador Club Championship shows. The committee had obviously been hard at work after the first show, as everywhere looked pristine, and the raffle had been re-stocked. Leigh Lesley was in charge in the dog ring, and Sussie Wiles was taking on the bitches. BCC and BIS was a repeat of yesterday, with the now Sh Ch, (subject to RKC confirmation), Halshimoor Pitch Perfect At Shannorell once again taking top honours for the Rawlinson and Balshaw family. DCC and BOS was the Douglas's Loretta Rise And Reign Over Talard. RBCC was Pam Druggan's Balladoole Black Lace, and RDCC went to Yo Shirton's Woolman Free And Easy. BPB and BPIS was also a repeat of yesterday, with the Douglas family rounding off a very successful show with Capronca Ice Baby At Talard. BPD went to Linda McGillivray's Crawcraigs Gazovik Of Antonine. BMP was Caroline Edwards Kimbajak Saucy Susan. BBPIS went to the litter sister of yesterdays BBP winner, Marion and David's Rocheby Good Morning. BVIS was Mac Percival's Ch Wynfaul The Wizard. BFT a repeat of yesterday, Joy and Chris Rose's Rossclyde Highland Grouse At Leospring. BSGWC was a win for Maxine Woodley's Ch Alkhamhurst Moment Of Truth.</w:t>
      </w:r>
      <w:r>
        <w:br/>
      </w:r>
      <w:r>
        <w:rPr>
          <w:b w:val="0"/>
          <w:i w:val="0"/>
        </w:rPr>
        <w:br/>
        <w:t>The Poolstead/Hepworth Special Awards Stakes were judges by Gwendoline Sermon of Whispering Labs, Belgium. The SpYearling was won by Yo Shirton's Woolman Free And Easy. 2nd was Becca Bills's Rumhill Jaegermeister. 3rd was Caroline Edwards with Kimbajak Jenny My Only Girl. 4th Judith Charlton with Foxrush Hope So, and 5th was Sian Evans with Llanstinan Scarlett Sammie At Bowsian. The Sp Open was a win for Diana Tulloch with Sh Ch Binnaig Sea The Stars Over Tullochmohr. 2nd was Caroline Edwards with Kimbajak Royal Mint. 3rd went to Carol Reynolds with Sh Ch Carromer Chippendale, (how nice to see Carol back in the ring), 4th was Stephano Piva, over from Italy, with Blackhills Bellisima For Bluveil, and 5th was Yo Shirton with Woolman Carefree.</w:t>
      </w:r>
      <w:r>
        <w:br/>
      </w:r>
      <w:r>
        <w:rPr>
          <w:b w:val="0"/>
          <w:i w:val="0"/>
        </w:rPr>
        <w:br/>
        <w:t>Three days later, Cots and Wye held their Championship and Open shows. Mandy Stewart was taking on the dogs, and Tony Floyd was in charge of the bitches. I was entered, but my knee injury was throwing a tantrum, so driving was not an option. What a day it was for Caroline Campbell's Binnaig kennel, with her own Sh Ch Binnaig Sea Salt winning BCC and BIS, and Diana Tulloch's Sh Ch Binnaig Sea The Stars Over Tullochmohr taking the DCC, BOS and RBIS. RDCC was Dennis and Sarah McLellan's Saranden I'm On Fire. RBCC, fresh from her success at the Lab Club, was the Rawlinson and Balshaw family's Halshimoor Pitch Perfect At Shanorell. BPB, BMPIS and BPIS was Caroline Smith's Flyenpyg Swinona Ryder. BPD was Ronwein Phillips with Llanstinan Jeeves At Sheenaron. BVD and BVIS went to Sh Ch, Ir Sh Ch, Lux Ch, Int Ch Naiken Elite Envoy, and BVB was Margaret Litherland's Oakhouse Our By Our.</w:t>
      </w:r>
      <w:r>
        <w:br/>
      </w:r>
      <w:r>
        <w:rPr>
          <w:b w:val="0"/>
          <w:i w:val="0"/>
        </w:rPr>
        <w:br/>
        <w:t>The Open Show was judged by Mr Renier J van Vuuren from South Africa. It was a successful day for Chris and Claire Mills, The were BIS with Sh Ch Lembas Maui, RBIS with Rodstar Rocks Zero Bully At Lembas, and BP with Lembas Holly. BOS went to Judith Charlton with Foxrush Hope So. BMP was Flyenpyg Swinona Ryder, BBP Linda Harvey-Majors Linjor Biscotti, (gorgeous name), and BV was Dennis and Sarah McLellans Saranden Pensacola.</w:t>
      </w:r>
      <w:r>
        <w:br/>
      </w:r>
      <w:r>
        <w:rPr>
          <w:b w:val="0"/>
          <w:i w:val="0"/>
        </w:rPr>
        <w:br/>
        <w:t>I'm afraid that mammoth list doesn't leave room for any more news, so plenty to come next week.</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