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- 02/12/2011"</w:t>
      </w:r>
      <w:r>
        <w:br/>
      </w:r>
      <w:r>
        <w:rPr>
          <w:b w:val="0"/>
          <w:i w:val="0"/>
        </w:rPr>
        <w:br/>
        <w:t>date_original: "02/12/2011"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"2026-09-13T22:47:22"</w:t>
      </w:r>
      <w:r>
        <w:br/>
      </w:r>
      <w:r>
        <w:rPr>
          <w:b w:val="0"/>
          <w:i w:val="0"/>
        </w:rPr>
        <w:br/>
        <w:t>word_count: 1141</w:t>
      </w:r>
    </w:p>
    <w:p>
      <w:r>
        <w:t>――――――――――――――――――――――――――――――</w:t>
      </w:r>
    </w:p>
    <w:p>
      <w:r>
        <w:rPr>
          <w:b w:val="0"/>
          <w:i w:val="0"/>
        </w:rPr>
        <w:t>NEWS MEMBERS' AREA SHOP SUBSCRIBE UPCOMING SHOWS MORE</w:t>
      </w:r>
    </w:p>
    <w:p>
      <w:r>
        <w:rPr>
          <w:b w:val="0"/>
          <w:i w:val="0"/>
        </w:rPr>
        <w:t>RETRIEVER LABRADOR</w:t>
      </w:r>
    </w:p>
    <w:p>
      <w:r>
        <w:rPr>
          <w:b w:val="0"/>
          <w:i w:val="0"/>
        </w:rPr>
        <w:t>Issue: 02/12/2011</w:t>
      </w:r>
    </w:p>
    <w:p>
      <w:r>
        <w:rPr>
          <w:b w:val="0"/>
          <w:i w:val="0"/>
        </w:rPr>
        <w:t>For those whose dogs have qualified for inclusion, the closing date for submission of your dogs information for the next edition of the book, Pedigree Labradors of the United Kingdom edited by Erica Jayes and Rosemary Hewitt and produced only once every five years, is 15th December. So, get your skates on if you haven't sent everything in by now. For more information contact Erica on Tel 01926 613994 or Rosemary on 0116 269 5515 or via email on sandylandslabs@aol.com or newinnlabradors@hotmail.co.uk</w:t>
      </w:r>
    </w:p>
    <w:p>
      <w:r>
        <w:rPr>
          <w:b w:val="0"/>
          <w:i w:val="0"/>
        </w:rPr>
        <w:t>How thoroughly modern to hear that the latest yellow Labrador bitch, Ellie, who stars as "Isis", in the extremely popular series, Downton Abbey now has her very own website and a great following.</w:t>
      </w:r>
    </w:p>
    <w:p>
      <w:r>
        <w:rPr>
          <w:b w:val="0"/>
          <w:i w:val="0"/>
        </w:rPr>
        <w:t>I had thought that the Labrador who appeared in the two series was the one that actually lived at Highclare Castle with the Carnarvon family , but I gather from a recent Daily Mail report that this is not the case. The Labrador "star" only visits Highclare in an acting role, much to the disgust of the resident Labrador, who obviously feels his talents as a satge star have been usurped by an upstart!</w:t>
      </w:r>
    </w:p>
    <w:p>
      <w:r>
        <w:rPr>
          <w:b w:val="0"/>
          <w:i w:val="0"/>
        </w:rPr>
        <w:t>To date, it appears there have in fact been two different professional Labrador "stars" involved in the programme. Each complete with website!</w:t>
      </w:r>
    </w:p>
    <w:p>
      <w:r>
        <w:rPr>
          <w:b w:val="0"/>
          <w:i w:val="0"/>
        </w:rPr>
        <w:t>The first dog, Roly, a constant presence in the initial series, was called Pharaoh in the show, in honour of the Fifth Earl of Carnarvon, who discovered Tutankhamun's tomb in 1922. (Highclare Castle, alias Downton Abbey, is the Carnarvon family home). According to Labrador, Roly's, online CV, he can sit up and beg, cock his leg, play dead, hide his eyes and take a bow.</w:t>
      </w:r>
    </w:p>
    <w:p>
      <w:r>
        <w:rPr>
          <w:b w:val="0"/>
          <w:i w:val="0"/>
        </w:rPr>
        <w:t>His credits include Midsomer Murders and last year's ITV drama The Little House. He has just completed filming for a new TV drama about a dog club.</w:t>
      </w:r>
    </w:p>
    <w:p>
      <w:r>
        <w:rPr>
          <w:b w:val="0"/>
          <w:i w:val="0"/>
        </w:rPr>
        <w:t>However, there was apparently a bit of an ongoing disagreement between Percy the actual resident Highclare Labrador and superstar, Roly. Before things came to a head the Downton producers decided to drop Roly for the new series, which we saw this autumn.</w:t>
      </w:r>
    </w:p>
    <w:p>
      <w:r>
        <w:rPr>
          <w:b w:val="0"/>
          <w:i w:val="0"/>
        </w:rPr>
        <w:t>Initially, the producers planned to keep the fact Roly has been replaced by a labrador bitch, called Ellie, a secret from viewers. (I guess they are certainly not dog owners. How would they explain the dangly bits?)  Hugh Bonneville, (obviously a dog owner), who stars as the Earl of Grantham, pointed out that eagle-eyed viewers would instantly spot the difference that one was male and the later one was female and complain. Instead, it was agreed that inquisitive viewers be informed that Pharaoh had died and the Crawleys had acquired a new bitch called Isis (played by Ellie).</w:t>
      </w:r>
    </w:p>
    <w:p>
      <w:r>
        <w:rPr>
          <w:b w:val="0"/>
          <w:i w:val="0"/>
        </w:rPr>
        <w:t>Bonneville, 47, said: 'On day one of the second series, I thought the dog had lost weight, so I asked if it was the same dog and was told, "Well, yes, it's still Pharaoh."</w:t>
      </w:r>
    </w:p>
    <w:p>
      <w:r>
        <w:rPr>
          <w:b w:val="0"/>
          <w:i w:val="0"/>
        </w:rPr>
        <w:t>'But" he pointed out, "there's one major difference between this dog and the one I worked with last year: this is a bitch and that was a dog!"</w:t>
      </w:r>
    </w:p>
    <w:p>
      <w:r>
        <w:rPr>
          <w:b w:val="0"/>
          <w:i w:val="0"/>
        </w:rPr>
        <w:t>Hence Pharoah suffered a fictional demise and was replaced by Isis , played by Ellie.</w:t>
      </w:r>
    </w:p>
    <w:p>
      <w:r>
        <w:rPr>
          <w:b w:val="0"/>
          <w:i w:val="0"/>
        </w:rPr>
        <w:t>Bonneville revealed that although Ellie is well-behaved, she also has a tendency to cause costly damage - a revelation that is unlikely to be welcomed by Lady Carnarvon, who admitted she constantly monitors the movements of the cast and crew to ensure that her house and its contents are not damaged.</w:t>
      </w:r>
    </w:p>
    <w:p>
      <w:r>
        <w:rPr>
          <w:b w:val="0"/>
          <w:i w:val="0"/>
        </w:rPr>
        <w:t>Bonneville said: 'Ellie has a very different temperament to Roly.</w:t>
      </w:r>
    </w:p>
    <w:p>
      <w:r>
        <w:rPr>
          <w:b w:val="0"/>
          <w:i w:val="0"/>
        </w:rPr>
        <w:t>"All he wanted was a sausage and he just sat there, staring lovingly at his owner.</w:t>
      </w:r>
    </w:p>
    <w:p>
      <w:r>
        <w:rPr>
          <w:b w:val="0"/>
          <w:i w:val="0"/>
        </w:rPr>
        <w:t>'All Ellie wants is a sausage, too, but her tail constantly wags, knocking over beautiful antiques.</w:t>
      </w:r>
    </w:p>
    <w:p>
      <w:r>
        <w:rPr>
          <w:b w:val="0"/>
          <w:i w:val="0"/>
        </w:rPr>
        <w:t>'But Ellie is a very good-natured dog and I hope that she'll be with us for many years to come."</w:t>
      </w:r>
    </w:p>
    <w:p>
      <w:r>
        <w:rPr>
          <w:b w:val="0"/>
          <w:i w:val="0"/>
        </w:rPr>
        <w:t>I am sure many of us are looking forward to the Downton Abbey Christmas special coming up in just a few weeks time, where has the year gone?</w:t>
      </w:r>
    </w:p>
    <w:p>
      <w:r>
        <w:rPr>
          <w:b w:val="0"/>
          <w:i w:val="0"/>
        </w:rPr>
        <w:t>I received the following about driving in pouring rain, which we often do, to and from shows. It makes very worthwhile reading and I gather really does work.</w:t>
      </w:r>
    </w:p>
    <w:p>
      <w:r>
        <w:rPr>
          <w:b w:val="0"/>
          <w:i w:val="0"/>
        </w:rPr>
        <w:t>"If you can hardly see whilst driving in blinding rain, like most motorists you probably turn the wipers to High or Fast speed. Even so, often the visibility in front of the windscreen remains bad. Now, try putting on your sun glasses. All of a sudden, the visibility in front of the windscreen is perfectly clear, as if there is no rain. Amazingly, you still see the drops on the windscreen, but not the sheet of rain falling. You can see where the rain bounces off the road.  This tip also</w:t>
      </w:r>
    </w:p>
    <w:p>
      <w:r>
        <w:rPr>
          <w:b w:val="0"/>
          <w:i w:val="0"/>
        </w:rPr>
        <w:t>works to eliminate the "blindness" from passing cars or the "spray" if you are following a car in the rain.</w:t>
      </w:r>
    </w:p>
    <w:p>
      <w:r>
        <w:rPr>
          <w:b w:val="0"/>
          <w:i w:val="0"/>
        </w:rPr>
        <w:t>The next tip is new to me and quite a shock. "Only use the cruise control when the road is dry. A 36 year old lady had an accident several weeks ago. It was raining, though not excessively when her car suddenly began to hydro-plane and literally flew through the air.  She was not seriously injured but very stunned at the sudden occurrence! When she explained to the Police Officer what had happened, he told her something that every driver should know - never drive in the rain with your cruise control on.</w:t>
      </w:r>
    </w:p>
    <w:p>
      <w:r>
        <w:rPr>
          <w:b w:val="0"/>
          <w:i w:val="0"/>
        </w:rPr>
        <w:t>She thought she was being cautious by setting the cruise control and maintaining a safe consistent speed in the rain.</w:t>
      </w:r>
    </w:p>
    <w:p>
      <w:r>
        <w:rPr>
          <w:b w:val="0"/>
          <w:i w:val="0"/>
        </w:rPr>
        <w:t>But the Police Officer told her that if the cruise control is on, your car will begin to hydro-plane when the tyres lose contact with the road, and your car will accelerate to a higher rate of speed making you take off like an aeroplane.  She told the Officer that was exactly what had occurred. The Officer said this warning should be listed, on the</w:t>
      </w:r>
    </w:p>
    <w:p>
      <w:r>
        <w:rPr>
          <w:b w:val="0"/>
          <w:i w:val="0"/>
        </w:rPr>
        <w:t>driver's sun-visor - never use the cruise control when the road is wet or icy, along with the airbag warning".</w:t>
      </w:r>
    </w:p>
    <w:p>
      <w:r>
        <w:rPr>
          <w:b w:val="0"/>
          <w:i w:val="0"/>
        </w:rPr>
        <w:t>It certainly sounds as though it makes sense, plus I gather there are already a few makes of upmarket vehicles where cruise control cannot be selected whilst the windscreen wipers are on. Drive safely.</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