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- 12/07/2019 - ISSUE"</w:t>
      </w:r>
      <w:r>
        <w:br/>
      </w:r>
      <w:r>
        <w:rPr>
          <w:b w:val="0"/>
          <w:i w:val="0"/>
        </w:rPr>
        <w:br/>
        <w:t>date_original: "12/07/2019 - ISSUE"</w:t>
      </w:r>
      <w:r>
        <w:br/>
      </w:r>
      <w:r>
        <w:rPr>
          <w:b w:val="0"/>
          <w:i w:val="0"/>
        </w:rPr>
        <w:br/>
        <w:t>source_url: "https://www.ourdogs.co.uk/members/breednotes/RetrieverLabradorMain.php"</w:t>
      </w:r>
      <w:r>
        <w:br/>
      </w:r>
      <w:r>
        <w:rPr>
          <w:b w:val="0"/>
          <w:i w:val="0"/>
        </w:rPr>
        <w:br/>
        <w:t>scraped_at: "2026-09-13T15:19:55"</w:t>
      </w:r>
      <w:r>
        <w:br/>
      </w:r>
      <w:r>
        <w:rPr>
          <w:b w:val="0"/>
          <w:i w:val="0"/>
        </w:rPr>
        <w:br/>
        <w:t>word_count: 1182</w:t>
      </w:r>
    </w:p>
    <w:p>
      <w:r>
        <w:t>――――――――――――――――――――――――――――――</w:t>
      </w:r>
    </w:p>
    <w:p>
      <w:r>
        <w:rPr>
          <w:b w:val="0"/>
          <w:i w:val="0"/>
        </w:rPr>
        <w:t>NEWS MEMBERS' AREA SHOP SUBSCRIBE UPCOMING SHOWS MORE</w:t>
      </w:r>
    </w:p>
    <w:p>
      <w:r>
        <w:rPr>
          <w:b w:val="0"/>
          <w:i w:val="0"/>
        </w:rPr>
        <w:t>RETRIEVER LABRADOR</w:t>
      </w:r>
    </w:p>
    <w:p>
      <w:r>
        <w:rPr>
          <w:b w:val="0"/>
          <w:i w:val="0"/>
        </w:rPr>
        <w:t>Issue: 12/07/2019</w:t>
      </w:r>
    </w:p>
    <w:p>
      <w:r>
        <w:rPr>
          <w:b w:val="0"/>
          <w:i w:val="0"/>
        </w:rPr>
        <w:t xml:space="preserve">CHANGE OF VENUE </w:t>
      </w:r>
    </w:p>
    <w:p>
      <w:r>
        <w:rPr>
          <w:b w:val="0"/>
          <w:i w:val="0"/>
        </w:rPr>
        <w:t>Due to unforeseen circumstances the venue of MCLRC Garden Party has had to be changed at short notice. It will now be held at Styrrup Village Hall, Serlby Road, Styrrup, Doncaster DN11 8NA. Commencing at 12pm.</w:t>
      </w:r>
    </w:p>
    <w:p>
      <w:r>
        <w:rPr>
          <w:b w:val="0"/>
          <w:i w:val="0"/>
        </w:rPr>
        <w:t>Separate puppy classes for dogs and bitches, 12 weeks -4 months, 4 months to 6 months, 6 months - 9 months, and 9 months to 12 months. Veteran classes 7-10 years and 10 years plus. Ravenscroft food prizes to all winners and party bags to all entrants. Human party games for those able.</w:t>
      </w:r>
    </w:p>
    <w:p>
      <w:r>
        <w:rPr>
          <w:b w:val="0"/>
          <w:i w:val="0"/>
        </w:rPr>
        <w:t>Plenty of home made refreshments plus complimentary Pimms. Our field trial committee will also be staging a Gundog demonstration and a scurry, something new for this year.</w:t>
      </w:r>
    </w:p>
    <w:p>
      <w:r>
        <w:rPr>
          <w:b w:val="0"/>
          <w:i w:val="0"/>
        </w:rPr>
        <w:t>We hope to still see you all there.Ã¢â‚¬Â</w:t>
      </w:r>
    </w:p>
    <w:p>
      <w:r>
        <w:rPr>
          <w:b w:val="0"/>
          <w:i w:val="0"/>
        </w:rPr>
        <w:t>Following the recent fire at her home Alison Scutcher writes -</w:t>
      </w:r>
    </w:p>
    <w:p>
      <w:r>
        <w:rPr>
          <w:b w:val="0"/>
          <w:i w:val="0"/>
        </w:rPr>
        <w:t>Ã¢â‚¬Å"My temporary contact details for the next few months are 17 Edward Street, Parkeston, Harwich, Essex, CO12 4PX, 01255 551604 /0793 1414796email: winsleywood@gmail.com.</w:t>
      </w:r>
    </w:p>
    <w:p>
      <w:r>
        <w:rPr>
          <w:b w:val="0"/>
          <w:i w:val="0"/>
        </w:rPr>
        <w:t>Ã¢â‚¬Å"I would also like to say a sincere thank you to all of the lovely people who have phoned and sent messages of support, it has been quite distressing as you can all imagine.Ã¢â‚¬Â What a dreadful experience Alison. At least you and all your dogs are now safe and well.</w:t>
      </w:r>
    </w:p>
    <w:p>
      <w:r>
        <w:rPr>
          <w:b w:val="0"/>
          <w:i w:val="0"/>
        </w:rPr>
        <w:t xml:space="preserve">Cotswold and Wyevern LRC held their most pleasant, well organised, annual championship show, midweek, in the spacious Avon Hall at Malvern, (within the Clubs KC allocated area of operation), on a warm sunny summers day. There was adjacent shady parking and oceans of room to set up crates in the cool of the hall, so no long walks required. </w:t>
      </w:r>
    </w:p>
    <w:p>
      <w:r>
        <w:rPr>
          <w:b w:val="0"/>
          <w:i w:val="0"/>
        </w:rPr>
        <w:t>Two huge green carpeted rings were arranged with plentiful seating around. Erica Jayes and her hospitality team were in charge of catering and the mouthwatering aroma of newly cooked bacon baps awaited exhibitors upon arrival.</w:t>
      </w:r>
    </w:p>
    <w:p>
      <w:r>
        <w:rPr>
          <w:b w:val="0"/>
          <w:i w:val="0"/>
        </w:rPr>
        <w:t xml:space="preserve">It was good to see Rosemary and Michael Hewitt (Newinn) visiting a show once more and see how well Michael has recovered from his seriously scary spinal operation of 2018. </w:t>
      </w:r>
    </w:p>
    <w:p>
      <w:r>
        <w:rPr>
          <w:b w:val="0"/>
          <w:i w:val="0"/>
        </w:rPr>
        <w:t xml:space="preserve">Another visitor I spied was local resident, Anne Roslin Williams who exhibits Border Terriers and formerly awarded  CCs in Labradors before retiring from judging some years ago. What a difference she must notice in our average show Labradors. </w:t>
      </w:r>
    </w:p>
    <w:p>
      <w:r>
        <w:rPr>
          <w:b w:val="0"/>
          <w:i w:val="0"/>
        </w:rPr>
        <w:t>The judges on the day were Sharon Lambert taking on her first CC appointment and judging Dogs, and Becci Hodge judging Bitches. Both judges got on well sorting out the entry of 246 dogs and bitches. There was most generous prize money and lovely rosettes for those placed in their classes.</w:t>
      </w:r>
    </w:p>
    <w:p>
      <w:r>
        <w:rPr>
          <w:b w:val="0"/>
          <w:i w:val="0"/>
        </w:rPr>
        <w:t xml:space="preserve">Maxine Woodley had a brilliant day winning the Bitch CC and BIS plus Best Veteran in Show. </w:t>
      </w:r>
    </w:p>
    <w:p>
      <w:r>
        <w:rPr>
          <w:b w:val="0"/>
          <w:i w:val="0"/>
        </w:rPr>
        <w:t>The winners were Dog CC and Reserve Best in Show, David Coodes yellow Ch Warringahs Perth JW Sh CM, looking and moving at six years of age as well as I have seen him. From memory, he has amassed well over 22 CCs now. Mr Auteys chocolate Chadfrith Alcazaba won the RCC. Maxine Woodleys 8 year old yellow dog Sh Ch Secret Moment at Alkamhurst was Best Veteran Dog and Best Veteran in Show. Best Puppy Dog was Steph Perkins yellow Carromer Tegulia.</w:t>
      </w:r>
    </w:p>
    <w:p>
      <w:r>
        <w:rPr>
          <w:b w:val="0"/>
          <w:i w:val="0"/>
        </w:rPr>
        <w:t>The Bitch CC and Best in Show was won by Maxine Woodleys black, Sh Ch A Sense of Pleasures Ylvi at Alkamhurst (imp Deu). The Bitch RCC was 14month old black Ramsayville Tali the winner of Undergraduate. What a lovely start for her young owner/ handers the Misses OÃ¢â‚¬â„¢Neill. She is sired by Am Can Ch ParDocs Bellwether Heath x Foulby Krista.</w:t>
      </w:r>
    </w:p>
    <w:p>
      <w:r>
        <w:rPr>
          <w:b w:val="0"/>
          <w:i w:val="0"/>
        </w:rPr>
        <w:t>Best Puppy Bitch and Best Puppy in Show was another such award for Christine Bailiss Tissalian Hi Society.</w:t>
      </w:r>
    </w:p>
    <w:p>
      <w:r>
        <w:rPr>
          <w:b w:val="0"/>
          <w:i w:val="0"/>
        </w:rPr>
        <w:t>Best Veteran Bitch was my own 8 year old yellow Sh Ch Martinstide Pastiche of Bowstones JW. (Tilly).</w:t>
      </w:r>
    </w:p>
    <w:p>
      <w:r>
        <w:rPr>
          <w:b w:val="0"/>
          <w:i w:val="0"/>
        </w:rPr>
        <w:t>As most know, I tend not to show my dogs or bitches much, once they are made up, but as this was a local club show, I entered Tilly, still a lovely showgirl, but now at 8, classed as a Veteran. She belies that title, has lost none of her looks and is probably the best she has ever been, which she happily proved to the admiring ringside whose abounding compliments she greatly enjoyed. A joy to own and handle, overflowing with showing style and enthusiasm and thoroughly enjoyed her rare visit to a dog show where she won a quality Veteran class. She was still smiling and wagging with joy the following day. Proof that show-dogs really do enjoy dog shows!</w:t>
      </w:r>
    </w:p>
    <w:p>
      <w:r>
        <w:rPr>
          <w:b w:val="0"/>
          <w:i w:val="0"/>
        </w:rPr>
        <w:t>Best Chocolate was David Coodes Warringahs Gulwarra.</w:t>
      </w:r>
    </w:p>
    <w:p>
      <w:r>
        <w:rPr>
          <w:b w:val="0"/>
          <w:i w:val="0"/>
        </w:rPr>
        <w:t>Four days later, it was a Gundog Day at East of England Ch Show. Under Maurice Givan (Sudeo), from an entry of 199 dogs and bitches, the Dog CC and Best of Breed went to  the Douglas familyÃ¢â‚¬â„¢s yellow Talard Cee Three Pee Ohh.</w:t>
      </w:r>
    </w:p>
    <w:p>
      <w:r>
        <w:rPr>
          <w:b w:val="0"/>
          <w:i w:val="0"/>
        </w:rPr>
        <w:t>Arwyn Ellis and his familyÃ¢â‚¬â„¢s  Dolwen Button Moon won the Dog RCC.</w:t>
      </w:r>
    </w:p>
    <w:p>
      <w:r>
        <w:rPr>
          <w:b w:val="0"/>
          <w:i w:val="0"/>
        </w:rPr>
        <w:t>The Bitch CC winner was Ed Casey and Cameron Cavallos  yellow Sh Ch Lembas Kiss Me Kate at Moyglas, whilst Judith Charltons yellow, Classical Act at Foxrush JW took the RCC.</w:t>
      </w:r>
    </w:p>
    <w:p>
      <w:r>
        <w:rPr>
          <w:b w:val="0"/>
          <w:i w:val="0"/>
        </w:rPr>
        <w:t>Best Puppy was Marion Hopkinson Rocheby Old Timer. Best Veteran was the Collins Kaspair Kiss and Tell and Best Special Beginner was OÃ¢â‚¬â„¢Dell and Bills chocolate Vetybonbetty Chocolate Box.</w:t>
      </w:r>
    </w:p>
    <w:p>
      <w:r>
        <w:rPr>
          <w:b w:val="0"/>
          <w:i w:val="0"/>
        </w:rPr>
        <w:t>Caroline Edwards posted on  Facebook that her shopping was stolen from her bench at East of England. Do secure your belongings and donÃ¢â‚¬â„¢t presume they will still be there when you return. I recall many years ago at a Ch Show, returning to a row of benches and looking at the benched dogs. The whole lot of them all present and correct, but not one wearing a benching chain or collar. They had all been removed and vanished never to return! The dogs were amazingky well behaved, every single one had  stayed sitting on its bench, despite being completely unrestrained!</w:t>
      </w:r>
    </w:p>
    <w:p>
      <w:r>
        <w:rPr>
          <w:b w:val="0"/>
          <w:i w:val="0"/>
        </w:rPr>
        <w:t xml:space="preserve">Jenny Dobson writes on behalf of Midland Counties Lab Chub. </w:t>
      </w:r>
    </w:p>
    <w:p>
      <w:r>
        <w:rPr>
          <w:b w:val="0"/>
          <w:i w:val="0"/>
        </w:rPr>
        <w:t>Ã¢â‚¬Å"IMPORTANT NOTE Ã¢â‚¬â€œ WE NEED TO HEAR FROM YOU!!!Ã¢â‚¬Â</w:t>
      </w:r>
    </w:p>
    <w:p>
      <w:r>
        <w:rPr>
          <w:b w:val="0"/>
          <w:i w:val="0"/>
        </w:rPr>
        <w:t>Ã¢â‚¬Å"We are hoping to be able to continue publishing our Yearbook.</w:t>
      </w:r>
    </w:p>
    <w:p>
      <w:r>
        <w:rPr>
          <w:b w:val="0"/>
          <w:i w:val="0"/>
        </w:rPr>
        <w:t>But in its present print form the Yearbook is very expensive to produce and itÃ¢â‚¬â„¢s sadly no longer financially viable. For example, this year the net cost to the Club was around Ã‚Â£4000.</w:t>
      </w:r>
    </w:p>
    <w:p>
      <w:r>
        <w:rPr>
          <w:b w:val="0"/>
          <w:i w:val="0"/>
        </w:rPr>
        <w:t>So to have a chance of keeping the Yearbook going we do need to hear from you!</w:t>
      </w:r>
    </w:p>
    <w:p>
      <w:r>
        <w:rPr>
          <w:b w:val="0"/>
          <w:i w:val="0"/>
        </w:rPr>
        <w:t>So can YOU please get in touch with the Membership Secretary, Sharon Lambert, by e-mail, message, or text to answer the following questions:</w:t>
      </w:r>
    </w:p>
    <w:p>
      <w:pPr>
        <w:pStyle w:val="ListNumber"/>
      </w:pPr>
      <w:r>
        <w:rPr>
          <w:b w:val="0"/>
          <w:i w:val="0"/>
        </w:rPr>
        <w:t>Do you actually require a printed copy of the book?</w:t>
      </w:r>
    </w:p>
    <w:p>
      <w:r>
        <w:rPr>
          <w:b w:val="0"/>
          <w:i w:val="0"/>
        </w:rPr>
        <w:t>or</w:t>
      </w:r>
    </w:p>
    <w:p>
      <w:pPr>
        <w:pStyle w:val="ListNumber"/>
      </w:pPr>
      <w:r>
        <w:rPr>
          <w:b w:val="0"/>
          <w:i w:val="0"/>
        </w:rPr>
        <w:t>Would an online digital version of the book meet your needs?</w:t>
      </w:r>
    </w:p>
    <w:p>
      <w:r>
        <w:rPr>
          <w:b w:val="0"/>
          <w:i w:val="0"/>
        </w:rPr>
        <w:t>Further details and reminder is being sent out with the ClubÃ¢â‚¬â„¢s summer newsletter.Ã¢â‚¬Â</w:t>
      </w:r>
    </w:p>
    <w:p>
      <w:r>
        <w:rPr>
          <w:b w:val="0"/>
          <w:i w:val="0"/>
        </w:rPr>
        <w:t xml:space="preserve">Ann Britton </w:t>
      </w:r>
    </w:p>
    <w:p>
      <w:r>
        <w:rPr>
          <w:b w:val="0"/>
          <w:i w:val="0"/>
        </w:rPr>
        <w:t>01989720665</w:t>
      </w:r>
    </w:p>
    <w:p>
      <w:r>
        <w:rPr>
          <w:b w:val="0"/>
          <w:i w:val="0"/>
        </w:rPr>
        <w:t>email bowstones@btinternet.com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