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- 25 Sep 2009"</w:t>
      </w:r>
      <w:r>
        <w:br/>
      </w:r>
      <w:r>
        <w:rPr>
          <w:b w:val="0"/>
          <w:i w:val="0"/>
        </w:rPr>
        <w:br/>
        <w:t>date_original: "25 Sep 2009"</w:t>
      </w:r>
      <w:r>
        <w:br/>
      </w:r>
      <w:r>
        <w:rPr>
          <w:b w:val="0"/>
          <w:i w:val="0"/>
        </w:rPr>
        <w:br/>
        <w:t>source_url: "https://www.ourdogs.co.uk/members/breednotes/2009/RetrieverLabrador/RetrieverLabrador-sep25.htm"</w:t>
      </w:r>
      <w:r>
        <w:br/>
      </w:r>
      <w:r>
        <w:rPr>
          <w:b w:val="0"/>
          <w:i w:val="0"/>
        </w:rPr>
        <w:br/>
        <w:t>archive_type: "static_html"</w:t>
      </w:r>
      <w:r>
        <w:br/>
      </w:r>
      <w:r>
        <w:rPr>
          <w:b w:val="0"/>
          <w:i w:val="0"/>
        </w:rPr>
        <w:br/>
        <w:t>scraped_at: "2026-09-13T22:03:50"</w:t>
      </w:r>
      <w:r>
        <w:br/>
      </w:r>
      <w:r>
        <w:rPr>
          <w:b w:val="0"/>
          <w:i w:val="0"/>
        </w:rPr>
        <w:br/>
        <w:t>word_count: 1175</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Arwyn Ellis sends his profuse apologies to all LRC members for the omission in the summer mailing of the information regarding Year Book Kennel Reviews. The prices remain the same as the last few years, ie one colour page £80, double colour page £150, black and white page £40, double black and white page £70. The closing date is Monday 16th November, so copy will be accepted by hand at the Open Show on 11th November. Please make a note of the closing date! Every year some people send reviews in late, so please make a concerted effort this year to be on time, or you may find your review is not included.</w:t>
      </w:r>
    </w:p>
    <w:p>
      <w:r>
        <w:rPr>
          <w:b w:val="0"/>
          <w:i w:val="0"/>
        </w:rPr>
        <w:t>This information is also on the website, www.thelabradorretrieverclub.co.uk, Alternatively, Anne Johnson will e-mail it to you if you contact her on teazledownlabs@talktalk.net</w:t>
      </w:r>
      <w:r>
        <w:br/>
      </w:r>
      <w:r>
        <w:rPr>
          <w:b w:val="0"/>
          <w:i w:val="0"/>
        </w:rPr>
        <w:br/>
        <w:t>Richmond saw Dan Ericsson from Sweden judging Labradors for the first time in the UK. After last years incredibly wet show, which must have been a nightmare for the organisers, this years Richmond hit lucky; although overcast, not a drop of rain fell. Gundogs were scheduled for weekend judging, which made travelling through this busy commuter area so much easier than on weekdays. The Dog CC was won by David Hopkinson’s Rocheby State Occasion (Rocheby Old Smokey x Brambleridge Rave Review of Bridgeford whilst the Dog RCC was another to add to his growing collection for Mrs Batty’s yellow Steeleigh Truly Willing At Bradwill. (Rocheby Old Smokey x Steeleigh Worth the Wait), who won the CC at this show in 2007.</w:t>
      </w:r>
    </w:p>
    <w:p>
      <w:r>
        <w:rPr>
          <w:b w:val="0"/>
          <w:i w:val="0"/>
        </w:rPr>
        <w:t>The Bitch CC winner and Best of Breed was Gemma Baillie’s yellow Sh Ch Cambremer Ocean Breeze By Kilstron Sh.CM. (Tullochmohr Titanic at Kilstron x Blackfyne Swing n Time at Cambremer) who was repeating her CC and BOB win at this show under David Craig in 2008.</w:t>
      </w:r>
      <w:r>
        <w:br/>
      </w:r>
      <w:r>
        <w:rPr>
          <w:b w:val="0"/>
          <w:i w:val="0"/>
        </w:rPr>
        <w:br/>
        <w:t>The Bitch RCC and Best Puppy was won by Chris and Claire Mills 11 month yellow bitch Lembas Mama Mia.(LembasTop Ranking JW x Carpenny Wonder with Lembas). Chris and Claire are two others who must class Richmond as one of their extra special shows; they made up Sh Ch My Jack Spratt at Lembas JW at Richmond last year. Congratulations to you all.</w:t>
      </w:r>
    </w:p>
    <w:p>
      <w:r>
        <w:rPr>
          <w:b w:val="0"/>
          <w:i w:val="0"/>
        </w:rPr>
        <w:t>Katie Stewart and her yellow Labrador Amber, competed in the Richmond JHA Semi Finals. Katie was in the 12-16 years Gundog group and the only Labrador handler, she was the youngest to be short-listed to the final 12 from a total of 40 entries. Proud Mum, Mandy looks forward to perhaps seeing Katie in the JHA line up next year.</w:t>
      </w:r>
    </w:p>
    <w:p>
      <w:r>
        <w:rPr>
          <w:b w:val="0"/>
          <w:i w:val="0"/>
        </w:rPr>
        <w:t>David Coodes yellow dog puppy Warringah s Gundaroo JW won the Richmond AV Gundog/Utility Puppy Dog Stakes under Mr M Caple.</w:t>
      </w:r>
    </w:p>
    <w:p>
      <w:r>
        <w:rPr>
          <w:b w:val="0"/>
          <w:i w:val="0"/>
        </w:rPr>
        <w:t>Joanne McDonald Secretary of Northumberland and Durham LRC sends club news:-</w:t>
      </w:r>
      <w:r>
        <w:br/>
      </w:r>
      <w:r>
        <w:rPr>
          <w:b w:val="0"/>
          <w:i w:val="0"/>
        </w:rPr>
        <w:br/>
        <w:t>“Breed Standard Workshop</w:t>
      </w:r>
      <w:r>
        <w:br/>
      </w:r>
      <w:r>
        <w:rPr>
          <w:b w:val="0"/>
          <w:i w:val="0"/>
        </w:rPr>
        <w:br/>
        <w:t>We recently held a one-day workshop to discuss the breed standard amendments at Croft Vet Centre, Northumberland.</w:t>
      </w:r>
    </w:p>
    <w:p>
      <w:r>
        <w:rPr>
          <w:b w:val="0"/>
          <w:i w:val="0"/>
        </w:rPr>
        <w:t>There was a set agenda with Anne Taylor giving a fascinating talk on the progression of the Labrador through the decades accompanied by a very professional power point presentation highlighting the changes. No one suspected that Anne is a recent convert to Power Point and had been scratching her head all week!</w:t>
      </w:r>
    </w:p>
    <w:p>
      <w:r>
        <w:rPr>
          <w:b w:val="0"/>
          <w:i w:val="0"/>
        </w:rPr>
        <w:t>Karen Powell then read out a heartfelt letter to provide further background to the day.</w:t>
      </w:r>
      <w:r>
        <w:br/>
      </w:r>
      <w:r>
        <w:rPr>
          <w:b w:val="0"/>
          <w:i w:val="0"/>
        </w:rPr>
        <w:br/>
        <w:t>The standards (previous and current) were taken in sections and discussed at length with everyone invited to participate. Although the audience was numerically small, it contained members from both sides (for want of a better term), very experienced breeders and the outcome was extremely pleasing. A copy of the minutes are available free to all N&amp;D members.</w:t>
      </w:r>
    </w:p>
    <w:p>
      <w:r>
        <w:rPr>
          <w:b w:val="0"/>
          <w:i w:val="0"/>
        </w:rPr>
        <w:t>An action plan was drawn up to be forwarded to the Breed Council.”</w:t>
      </w:r>
    </w:p>
    <w:p>
      <w:r>
        <w:rPr>
          <w:b w:val="0"/>
          <w:i w:val="0"/>
        </w:rPr>
        <w:t>Championship Show Saturday 3rd October 2009. There are a few changes to our usual October show this year which may catch people out.</w:t>
      </w:r>
    </w:p>
    <w:p>
      <w:r>
        <w:rPr>
          <w:b w:val="0"/>
          <w:i w:val="0"/>
        </w:rPr>
        <w:t>Firstly the venue is HEXHAM MART, this move should not only alleviate the parking problems but will provide extra space and easy of accessibility from main routes North and South of the border (just off the A69).</w:t>
      </w:r>
    </w:p>
    <w:p>
      <w:r>
        <w:rPr>
          <w:b w:val="0"/>
          <w:i w:val="0"/>
        </w:rPr>
        <w:t>Secondly it is unbenched, there will be an area for cages and plenty of secure parking available.</w:t>
      </w:r>
      <w:r>
        <w:br/>
      </w:r>
      <w:r>
        <w:rPr>
          <w:b w:val="0"/>
          <w:i w:val="0"/>
        </w:rPr>
        <w:br/>
        <w:t>Schedules are available from the Show Secretary Mr Kenn Roberts on 0191 2672563 or by emailing me on. joanne1.mcdonald@ntlworld.com Tel+44 (0) 1642 320395</w:t>
      </w:r>
      <w:r>
        <w:br/>
      </w:r>
      <w:r>
        <w:rPr>
          <w:b w:val="0"/>
          <w:i w:val="0"/>
        </w:rPr>
        <w:br/>
        <w:t>Entries are closing for the final shows of the year. Do remember that LKA is now a totally weekend show and whereas in the past it was always held on a Friday and Saturday, from this years show on, it will be held on Saturday and Sunday, which should do away with the commuter traffic problems of former years. The judges this year are Margaret Senior (Dogs) and Arwyn Ellis (Bitches); the dates are Saturday 12th and Sunday 13th December 2009.</w:t>
      </w:r>
    </w:p>
    <w:p>
      <w:r>
        <w:rPr>
          <w:b w:val="0"/>
          <w:i w:val="0"/>
        </w:rPr>
        <w:t>Ann Britton</w:t>
      </w:r>
      <w:r>
        <w:br/>
      </w:r>
      <w:r>
        <w:rPr>
          <w:b w:val="0"/>
          <w:i w:val="0"/>
        </w:rPr>
        <w:br/>
        <w:t>01989 720665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