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- 05/12/2014 - ISSUE"</w:t>
      </w:r>
      <w:r>
        <w:br/>
      </w:r>
      <w:r>
        <w:rPr>
          <w:b w:val="0"/>
          <w:i w:val="0"/>
        </w:rPr>
        <w:br/>
        <w:t>date_original: "05/12/2014 - ISSUE"</w:t>
      </w:r>
      <w:r>
        <w:br/>
      </w:r>
      <w:r>
        <w:rPr>
          <w:b w:val="0"/>
          <w:i w:val="0"/>
        </w:rPr>
        <w:br/>
        <w:t>source_url: "https://www.ourdogs.co.uk/members/breednotes/RetrieverLabradorMain.php"</w:t>
      </w:r>
      <w:r>
        <w:br/>
      </w:r>
      <w:r>
        <w:rPr>
          <w:b w:val="0"/>
          <w:i w:val="0"/>
        </w:rPr>
        <w:br/>
        <w:t>scraped_at: "2026-09-13T15:32:44"</w:t>
      </w:r>
      <w:r>
        <w:br/>
      </w:r>
      <w:r>
        <w:rPr>
          <w:b w:val="0"/>
          <w:i w:val="0"/>
        </w:rPr>
        <w:br/>
        <w:t>word_count: 703</w:t>
      </w:r>
    </w:p>
    <w:p>
      <w:r>
        <w:t>――――――――――――――――――――――――――――――</w:t>
      </w:r>
    </w:p>
    <w:p>
      <w:r>
        <w:rPr>
          <w:b w:val="0"/>
          <w:i w:val="0"/>
        </w:rPr>
        <w:t>NEWS MEMBERS' AREA SHOP SUBSCRIBE UPCOMING SHOWS MORE</w:t>
      </w:r>
    </w:p>
    <w:p>
      <w:r>
        <w:rPr>
          <w:b w:val="0"/>
          <w:i w:val="0"/>
        </w:rPr>
        <w:t>RETRIEVER LABRADOR</w:t>
      </w:r>
    </w:p>
    <w:p>
      <w:r>
        <w:rPr>
          <w:b w:val="0"/>
          <w:i w:val="0"/>
        </w:rPr>
        <w:t>Issue: 05/12/2014</w:t>
      </w:r>
    </w:p>
    <w:p>
      <w:r>
        <w:rPr>
          <w:b w:val="0"/>
          <w:i w:val="0"/>
        </w:rPr>
        <w:t>Little showing news this week. Do keep me updated with your Open show wins.</w:t>
      </w:r>
    </w:p>
    <w:p>
      <w:r>
        <w:rPr>
          <w:b w:val="0"/>
          <w:i w:val="0"/>
        </w:rPr>
        <w:t>Can somebody tell me where the year has gone? It's whizzed by faster than ever before.</w:t>
      </w:r>
    </w:p>
    <w:p>
      <w:r>
        <w:rPr>
          <w:b w:val="0"/>
          <w:i w:val="0"/>
        </w:rPr>
        <w:t>Black Friday hit our shores from the US. for one day, on November 28th.   It looked like a reduced price, city, shopping-frenzy of greed and grabbing and trampling over those who had tumbled through the shop doorways in the rush.</w:t>
      </w:r>
    </w:p>
    <w:p>
      <w:r>
        <w:rPr>
          <w:b w:val="0"/>
          <w:i w:val="0"/>
        </w:rPr>
        <w:t>The TV shots showed disgraceful goings on, where thousands queued from the early hours to storm the large stores at opening time and claim questionable "bargains". This, all in the name of getting ready for Christmas, a religious festival. I don't think so!</w:t>
      </w:r>
    </w:p>
    <w:p>
      <w:r>
        <w:rPr>
          <w:b w:val="0"/>
          <w:i w:val="0"/>
        </w:rPr>
        <w:t>Black Friday was never exactly likely to hit sleepy Ross on Wye, but I did stay away from the supermarket fearing that a rural version of the urban riot-like sales conditions might perhaps occur.</w:t>
      </w:r>
    </w:p>
    <w:p>
      <w:r>
        <w:rPr>
          <w:b w:val="0"/>
          <w:i w:val="0"/>
        </w:rPr>
        <w:t>Whilst I have a freezer well- stocked with food, on the salad front, I knew there was one last crispy lettuce, of a very respectable size, still growing outside in the garden cold frame. To save going to the Black Friday shops, this lettuce would tide me over for salad for the weekend.</w:t>
      </w:r>
    </w:p>
    <w:p>
      <w:r>
        <w:rPr>
          <w:b w:val="0"/>
          <w:i w:val="0"/>
        </w:rPr>
        <w:t>The final, hearty, Romano lettuce was duly picked, I took it indoors and laid it on the dog-room worktop to remove any hibernating creepy crawlies and wash the soil off in the sink. Unfortunately, at that moment the phone rang and I went off to answer it. Big mistake!</w:t>
      </w:r>
    </w:p>
    <w:p>
      <w:r>
        <w:rPr>
          <w:b w:val="0"/>
          <w:i w:val="0"/>
        </w:rPr>
        <w:t>Conversation over, I returned to retrieve the lettuce.</w:t>
      </w:r>
    </w:p>
    <w:p>
      <w:r>
        <w:rPr>
          <w:b w:val="0"/>
          <w:i w:val="0"/>
        </w:rPr>
        <w:t>Gone! Vanished! No sign at all. Well, all bar two bruised and crumpled outer leaves. Four Labradors sat in their beds smiling at me innocently, except they were licking their lips. Being so intelligent, they obviously realised that a really good quality lettuce should never be lefty to go to waste!</w:t>
      </w:r>
    </w:p>
    <w:p>
      <w:r>
        <w:rPr>
          <w:b w:val="0"/>
          <w:i w:val="0"/>
        </w:rPr>
        <w:t>On the Christmas food front, the following amusing recipe has come to hand from a reader,</w:t>
      </w:r>
    </w:p>
    <w:p>
      <w:r>
        <w:rPr>
          <w:b w:val="0"/>
          <w:i w:val="0"/>
        </w:rPr>
        <w:t>'Once again this year, there have been requests for the Tequila Christmas Cake recipe so here goes. Please keep in your files as I am beginning to get tired of typing this up every year! (Made mine this morning!!!!)</w:t>
      </w:r>
    </w:p>
    <w:p>
      <w:r>
        <w:rPr>
          <w:b w:val="0"/>
          <w:i w:val="0"/>
        </w:rPr>
        <w:t>'1 cup sugar, 1 tsp. baking powder, 1 cup water, 1 tsp. salt , 1 cup brown sugar, Lemon juice, 4 large eggs, Nuts, 1 bottle tequila, 2 cups dried fruit.</w:t>
      </w:r>
    </w:p>
    <w:p>
      <w:r>
        <w:rPr>
          <w:b w:val="0"/>
          <w:i w:val="0"/>
        </w:rPr>
        <w:t>Sample the tequila to check quality.</w:t>
      </w:r>
    </w:p>
    <w:p>
      <w:r>
        <w:rPr>
          <w:b w:val="0"/>
          <w:i w:val="0"/>
        </w:rPr>
        <w:t>Take. a large bowl; check the tequila again to be sure it is of the highest quality.</w:t>
      </w:r>
    </w:p>
    <w:p>
      <w:r>
        <w:rPr>
          <w:b w:val="0"/>
          <w:i w:val="0"/>
        </w:rPr>
        <w:t>'Repeat. Turn on the electric mixer. Beat one cup of butter in a large fluffy bowl. Add 1 teaspoon of sugar. Beat again.</w:t>
      </w:r>
    </w:p>
    <w:p>
      <w:r>
        <w:rPr>
          <w:b w:val="0"/>
          <w:i w:val="0"/>
        </w:rPr>
        <w:t>'At this point, it is best to make sure the tequila is still OK. Try another cup just in case.</w:t>
      </w:r>
    </w:p>
    <w:p>
      <w:r>
        <w:rPr>
          <w:b w:val="0"/>
          <w:i w:val="0"/>
        </w:rPr>
        <w:t>'Turn off the mixerer- thingy. Break 2 eegs and add to the bowl and chuck in the cup of dried fruit. Pick the fruit up off the floor. Mix on the turner. If the fried druit getas stuck in the beaterers, just pry it loose with a drewscriver. Sample the tequila to test for tonsisticity.</w:t>
      </w:r>
    </w:p>
    <w:p>
      <w:r>
        <w:rPr>
          <w:b w:val="0"/>
          <w:i w:val="0"/>
        </w:rPr>
        <w:t>Next, sift 2 cups of salt, or something.  Check the tequila.</w:t>
      </w:r>
    </w:p>
    <w:p>
      <w:r>
        <w:rPr>
          <w:b w:val="0"/>
          <w:i w:val="0"/>
        </w:rPr>
        <w:t>'Now shift the lemon juice and strain your nuts. Add one table. Add a spoon of sugar, or somefink. Whatever you can find.</w:t>
      </w:r>
    </w:p>
    <w:p>
      <w:r>
        <w:rPr>
          <w:b w:val="0"/>
          <w:i w:val="0"/>
        </w:rPr>
        <w:t>'Greash the oven. Turn the cake tin 360 degrees and try not to fall over. Don't forget to beat off the turner.</w:t>
      </w:r>
    </w:p>
    <w:p>
      <w:r>
        <w:rPr>
          <w:b w:val="0"/>
          <w:i w:val="0"/>
        </w:rPr>
        <w:t>'Finally, throw the bowl through the window. Finish the tequila and wipe the counter with the cat!"</w:t>
      </w:r>
    </w:p>
    <w:p>
      <w:r>
        <w:rPr>
          <w:b w:val="0"/>
          <w:i w:val="0"/>
        </w:rPr>
        <w:t>Well maybe don't follow the recipe quite step by step, but "Happy Cooking"!</w:t>
      </w:r>
    </w:p>
    <w:p>
      <w:r>
        <w:rPr>
          <w:b w:val="0"/>
          <w:i w:val="0"/>
        </w:rPr>
        <w:t>Ann Britton, 01989720665</w:t>
      </w:r>
    </w:p>
    <w:p>
      <w:r>
        <w:rPr>
          <w:b w:val="0"/>
          <w:i w:val="0"/>
        </w:rPr>
        <w:t xml:space="preserve">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