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――――――――――――――――――――――――――――――</w:t>
      </w:r>
    </w:p>
    <w:p>
      <w:r>
        <w:rPr>
          <w:b w:val="0"/>
          <w:i w:val="0"/>
        </w:rPr>
        <w:t>title: "Labrador Breed Notes - 04/01/2002"</w:t>
      </w:r>
      <w:r>
        <w:br/>
      </w:r>
      <w:r>
        <w:rPr>
          <w:b w:val="0"/>
          <w:i w:val="0"/>
        </w:rPr>
        <w:br/>
        <w:t>date_original: "04/01/2002"</w:t>
      </w:r>
      <w:r>
        <w:br/>
      </w:r>
      <w:r>
        <w:rPr>
          <w:b w:val="0"/>
          <w:i w:val="0"/>
        </w:rPr>
        <w:br/>
        <w:t>source_url: "https://www.ourdogs.co.uk/members/breednotes/2002/RetrieverLabrador/January2002/RetrieverLabrador040102.htm"</w:t>
      </w:r>
      <w:r>
        <w:br/>
      </w:r>
      <w:r>
        <w:rPr>
          <w:b w:val="0"/>
          <w:i w:val="0"/>
        </w:rPr>
        <w:br/>
        <w:t>archive_type: "static_html"</w:t>
      </w:r>
      <w:r>
        <w:br/>
      </w:r>
      <w:r>
        <w:rPr>
          <w:b w:val="0"/>
          <w:i w:val="0"/>
        </w:rPr>
        <w:br/>
        <w:t>scraped_at: "2026-09-13T22:18:35"</w:t>
      </w:r>
      <w:r>
        <w:br/>
      </w:r>
      <w:r>
        <w:rPr>
          <w:b w:val="0"/>
          <w:i w:val="0"/>
        </w:rPr>
        <w:br/>
        <w:t>word_count: 427</w:t>
      </w:r>
    </w:p>
    <w:p>
      <w:r>
        <w:t>――――――――――――――――――――――――――――――</w:t>
      </w:r>
    </w:p>
    <w:p>
      <w:r>
        <w:rPr>
          <w:b w:val="0"/>
          <w:i w:val="0"/>
        </w:rPr>
        <w:t>Welcome !</w:t>
      </w:r>
    </w:p>
    <w:p>
      <w:r>
        <w:rPr>
          <w:b w:val="0"/>
          <w:i w:val="0"/>
        </w:rPr>
        <w:t>Hello and welcome to the Our Dogs home page.</w:t>
      </w:r>
    </w:p>
    <w:p>
      <w:r>
        <w:rPr>
          <w:b w:val="0"/>
          <w:i w:val="0"/>
        </w:rPr>
        <w:t>Click here</w:t>
      </w:r>
      <w:r>
        <w:br/>
      </w:r>
      <w:r>
        <w:rPr>
          <w:b w:val="0"/>
          <w:i w:val="0"/>
        </w:rPr>
        <w:br/>
        <w:t>to view our welcome page.</w:t>
      </w:r>
    </w:p>
    <w:p>
      <w:r>
        <w:rPr>
          <w:b w:val="0"/>
          <w:i w:val="0"/>
        </w:rPr>
        <w:t>Mobile Site</w:t>
      </w:r>
    </w:p>
    <w:p>
      <w:r>
        <w:rPr>
          <w:b w:val="0"/>
          <w:i w:val="0"/>
        </w:rPr>
        <w:t>Click here</w:t>
      </w:r>
      <w:r>
        <w:br/>
      </w:r>
      <w:r>
        <w:rPr>
          <w:b w:val="0"/>
          <w:i w:val="0"/>
        </w:rPr>
        <w:br/>
        <w:t>to view our mobile site</w:t>
      </w:r>
    </w:p>
    <w:p>
      <w:r>
        <w:rPr>
          <w:b w:val="0"/>
          <w:i w:val="0"/>
        </w:rPr>
        <w:t>Members' Area</w:t>
      </w:r>
      <w:r>
        <w:br/>
      </w:r>
      <w:r>
        <w:rPr>
          <w:b w:val="0"/>
          <w:i w:val="0"/>
        </w:rPr>
        <w:br/>
        <w:t>The Our Dogs Members' Area</w:t>
      </w:r>
    </w:p>
    <w:p>
      <w:r>
        <w:rPr>
          <w:b w:val="0"/>
          <w:i w:val="0"/>
        </w:rPr>
        <w:t>Subscribe to OUR DOGS</w:t>
      </w:r>
    </w:p>
    <w:p>
      <w:r>
        <w:rPr>
          <w:b w:val="0"/>
          <w:i w:val="0"/>
        </w:rPr>
        <w:t>SUBSCRIBE by Direct Debit - Get the weekly issue DELIVERED to your door, the BIGGEST and BEST Our Dogs Annual and FREE access to the Our Dogs Members' Area.</w:t>
      </w:r>
    </w:p>
    <w:p>
      <w:r>
        <w:rPr>
          <w:b w:val="0"/>
          <w:i w:val="0"/>
        </w:rPr>
        <w:t>Read more...</w:t>
      </w:r>
    </w:p>
    <w:p>
      <w:r>
        <w:rPr>
          <w:b w:val="0"/>
          <w:i w:val="0"/>
        </w:rPr>
        <w:t>Online only subscription. Ideal for our readers from overseas.</w:t>
      </w:r>
      <w:r>
        <w:br/>
      </w:r>
      <w:r>
        <w:rPr>
          <w:b w:val="0"/>
          <w:i w:val="0"/>
        </w:rPr>
        <w:br/>
        <w:t>Click here.</w:t>
      </w:r>
      <w:r>
        <w:br/>
      </w:r>
      <w:r>
        <w:rPr>
          <w:b w:val="0"/>
          <w:i w:val="0"/>
        </w:rPr>
        <w:br/>
        <w:t>Choose your subscription option -</w:t>
      </w:r>
      <w:r>
        <w:br/>
      </w:r>
      <w:r>
        <w:rPr>
          <w:b w:val="0"/>
          <w:i w:val="0"/>
        </w:rPr>
        <w:br/>
        <w:t>Click Here</w:t>
      </w:r>
    </w:p>
    <w:p>
      <w:r>
        <w:rPr>
          <w:b w:val="0"/>
          <w:i w:val="0"/>
        </w:rPr>
        <w:t>Our Dogs Online has archives of</w:t>
      </w:r>
      <w:r>
        <w:br/>
      </w:r>
      <w:r>
        <w:rPr>
          <w:b w:val="0"/>
          <w:i w:val="0"/>
        </w:rPr>
        <w:br/>
        <w:t>CHAMP SHOW REPORTS</w:t>
      </w:r>
      <w:r>
        <w:br/>
      </w:r>
      <w:r>
        <w:rPr>
          <w:b w:val="0"/>
          <w:i w:val="0"/>
        </w:rPr>
        <w:br/>
        <w:t>OPEN SHOW REPORTS</w:t>
      </w:r>
      <w:r>
        <w:br/>
      </w:r>
      <w:r>
        <w:rPr>
          <w:b w:val="0"/>
          <w:i w:val="0"/>
        </w:rPr>
        <w:br/>
        <w:t>BREED NOTES</w:t>
      </w:r>
      <w:r>
        <w:br/>
      </w:r>
      <w:r>
        <w:rPr>
          <w:b w:val="0"/>
          <w:i w:val="0"/>
        </w:rPr>
        <w:br/>
        <w:t>REGULAR FEATURES</w:t>
      </w:r>
      <w:r>
        <w:br/>
      </w:r>
      <w:r>
        <w:rPr>
          <w:b w:val="0"/>
          <w:i w:val="0"/>
        </w:rPr>
        <w:br/>
        <w:t>NEWS</w:t>
      </w:r>
      <w:r>
        <w:br/>
      </w:r>
      <w:r>
        <w:rPr>
          <w:b w:val="0"/>
          <w:i w:val="0"/>
        </w:rPr>
        <w:br/>
        <w:t>going back to the beginning of the century.</w:t>
      </w:r>
      <w:r>
        <w:br/>
      </w:r>
      <w:r>
        <w:rPr>
          <w:b w:val="0"/>
          <w:i w:val="0"/>
        </w:rPr>
        <w:br/>
        <w:t>Show Reports are added daily to the website</w:t>
      </w:r>
      <w:r>
        <w:br/>
      </w:r>
      <w:r>
        <w:rPr>
          <w:b w:val="0"/>
          <w:i w:val="0"/>
        </w:rPr>
        <w:br/>
        <w:t>Page turning digital edition</w:t>
      </w:r>
      <w:r>
        <w:br/>
      </w:r>
      <w:r>
        <w:rPr>
          <w:b w:val="0"/>
          <w:i w:val="0"/>
        </w:rPr>
        <w:br/>
        <w:t>Plus much, much more!</w:t>
      </w:r>
    </w:p>
    <w:p>
      <w:r>
        <w:rPr>
          <w:b w:val="0"/>
          <w:i w:val="0"/>
        </w:rPr>
        <w:t>Buy an Issue</w:t>
      </w:r>
      <w:r>
        <w:br/>
      </w:r>
      <w:r>
        <w:rPr>
          <w:b w:val="0"/>
          <w:i w:val="0"/>
        </w:rPr>
        <w:br/>
        <w:t>Direct Debit</w:t>
      </w:r>
      <w:r>
        <w:br/>
      </w:r>
      <w:r>
        <w:rPr>
          <w:b w:val="0"/>
          <w:i w:val="0"/>
        </w:rPr>
        <w:br/>
        <w:t>Dual Subscription</w:t>
      </w:r>
      <w:r>
        <w:br/>
      </w:r>
      <w:r>
        <w:rPr>
          <w:b w:val="0"/>
          <w:i w:val="0"/>
        </w:rPr>
        <w:br/>
        <w:t>Pay Pal</w:t>
      </w:r>
      <w:r>
        <w:br/>
      </w:r>
      <w:r>
        <w:rPr>
          <w:b w:val="0"/>
          <w:i w:val="0"/>
        </w:rPr>
        <w:br/>
        <w:t>Shop</w:t>
      </w:r>
      <w:r>
        <w:br/>
      </w:r>
      <w:r>
        <w:rPr>
          <w:b w:val="0"/>
          <w:i w:val="0"/>
        </w:rPr>
        <w:br/>
        <w:t>Shop Home</w:t>
      </w:r>
      <w:r>
        <w:br/>
      </w:r>
      <w:r>
        <w:rPr>
          <w:b w:val="0"/>
          <w:i w:val="0"/>
        </w:rPr>
        <w:br/>
        <w:t>Breed Books</w:t>
      </w:r>
      <w:r>
        <w:br/>
      </w:r>
      <w:r>
        <w:rPr>
          <w:b w:val="0"/>
          <w:i w:val="0"/>
        </w:rPr>
        <w:br/>
        <w:t>General Books</w:t>
      </w:r>
      <w:r>
        <w:br/>
      </w:r>
      <w:r>
        <w:rPr>
          <w:b w:val="0"/>
          <w:i w:val="0"/>
        </w:rPr>
        <w:br/>
        <w:t>DVDs</w:t>
      </w:r>
      <w:r>
        <w:br/>
      </w:r>
      <w:r>
        <w:rPr>
          <w:b w:val="0"/>
          <w:i w:val="0"/>
        </w:rPr>
        <w:br/>
        <w:t>Annuals</w:t>
      </w:r>
      <w:r>
        <w:br/>
      </w:r>
      <w:r>
        <w:rPr>
          <w:b w:val="0"/>
          <w:i w:val="0"/>
        </w:rPr>
        <w:br/>
        <w:t>Show Calendar</w:t>
      </w:r>
      <w:r>
        <w:br/>
      </w:r>
      <w:r>
        <w:rPr>
          <w:b w:val="0"/>
          <w:i w:val="0"/>
        </w:rPr>
        <w:br/>
        <w:t>Champ Shows Index</w:t>
      </w:r>
      <w:r>
        <w:br/>
      </w:r>
      <w:r>
        <w:rPr>
          <w:b w:val="0"/>
          <w:i w:val="0"/>
        </w:rPr>
        <w:br/>
        <w:t>Show Dates</w:t>
      </w:r>
      <w:r>
        <w:br/>
      </w:r>
      <w:r>
        <w:rPr>
          <w:b w:val="0"/>
          <w:i w:val="0"/>
        </w:rPr>
        <w:br/>
        <w:t>Entries Closing</w:t>
      </w:r>
      <w:r>
        <w:br/>
      </w:r>
      <w:r>
        <w:rPr>
          <w:b w:val="0"/>
          <w:i w:val="0"/>
        </w:rPr>
        <w:br/>
        <w:t>Calendar</w:t>
      </w:r>
      <w:r>
        <w:br/>
      </w:r>
      <w:r>
        <w:rPr>
          <w:b w:val="0"/>
          <w:i w:val="0"/>
        </w:rPr>
        <w:br/>
        <w:t>International Shows</w:t>
      </w:r>
      <w:r>
        <w:br/>
      </w:r>
      <w:r>
        <w:rPr>
          <w:b w:val="0"/>
          <w:i w:val="0"/>
        </w:rPr>
        <w:br/>
        <w:t>Misc</w:t>
      </w:r>
      <w:r>
        <w:br/>
      </w:r>
      <w:r>
        <w:rPr>
          <w:b w:val="0"/>
          <w:i w:val="0"/>
        </w:rPr>
        <w:br/>
        <w:t>Facebook</w:t>
      </w:r>
      <w:r>
        <w:br/>
      </w:r>
      <w:r>
        <w:rPr>
          <w:b w:val="0"/>
          <w:i w:val="0"/>
        </w:rPr>
        <w:br/>
        <w:t>Twitter</w:t>
      </w:r>
      <w:r>
        <w:br/>
      </w:r>
      <w:r>
        <w:rPr>
          <w:b w:val="0"/>
          <w:i w:val="0"/>
        </w:rPr>
        <w:br/>
        <w:t>Contact Us</w:t>
      </w:r>
      <w:r>
        <w:br/>
      </w:r>
      <w:r>
        <w:rPr>
          <w:b w:val="0"/>
          <w:i w:val="0"/>
        </w:rPr>
        <w:br/>
        <w:t>Photgraphers</w:t>
      </w:r>
      <w:r>
        <w:br/>
      </w:r>
      <w:r>
        <w:rPr>
          <w:b w:val="0"/>
          <w:i w:val="0"/>
        </w:rPr>
        <w:br/>
        <w:t>Newsletter...</w:t>
      </w:r>
      <w:r>
        <w:br/>
      </w:r>
      <w:r>
        <w:rPr>
          <w:b w:val="0"/>
          <w:i w:val="0"/>
        </w:rPr>
        <w:br/>
        <w:t>Advertise</w:t>
      </w:r>
      <w:r>
        <w:br/>
      </w:r>
      <w:r>
        <w:rPr>
          <w:b w:val="0"/>
          <w:i w:val="0"/>
        </w:rPr>
        <w:br/>
        <w:t>Breed Features</w:t>
      </w:r>
      <w:r>
        <w:br/>
      </w:r>
      <w:r>
        <w:rPr>
          <w:b w:val="0"/>
          <w:i w:val="0"/>
        </w:rPr>
        <w:br/>
        <w:t>Trade Advertising</w:t>
      </w:r>
      <w:r>
        <w:br/>
      </w:r>
      <w:r>
        <w:rPr>
          <w:b w:val="0"/>
          <w:i w:val="0"/>
        </w:rPr>
        <w:br/>
        <w:t>Breeder Advertising</w:t>
      </w:r>
      <w:r>
        <w:br/>
      </w:r>
      <w:r>
        <w:rPr>
          <w:b w:val="0"/>
          <w:i w:val="0"/>
        </w:rPr>
        <w:br/>
        <w:t>Club Advertising</w:t>
      </w:r>
      <w:r>
        <w:br/>
      </w:r>
      <w:r>
        <w:rPr>
          <w:b w:val="0"/>
          <w:i w:val="0"/>
        </w:rPr>
        <w:br/>
        <w:t>Web Advertising</w:t>
      </w:r>
      <w:r>
        <w:br/>
      </w:r>
      <w:r>
        <w:rPr>
          <w:b w:val="0"/>
          <w:i w:val="0"/>
        </w:rPr>
        <w:br/>
        <w:t>Web Only</w:t>
      </w:r>
      <w:r>
        <w:br/>
      </w:r>
      <w:r>
        <w:rPr>
          <w:b w:val="0"/>
          <w:i w:val="0"/>
        </w:rPr>
        <w:br/>
        <w:t>Direct Debit</w:t>
      </w:r>
      <w:r>
        <w:br/>
      </w:r>
      <w:r>
        <w:rPr>
          <w:b w:val="0"/>
          <w:i w:val="0"/>
        </w:rPr>
        <w:br/>
        <w:t>Web + Paper</w:t>
      </w:r>
      <w:r>
        <w:br/>
      </w:r>
      <w:r>
        <w:rPr>
          <w:b w:val="0"/>
          <w:i w:val="0"/>
        </w:rPr>
        <w:br/>
        <w:t>Pay Pal</w:t>
      </w:r>
      <w:r>
        <w:br/>
      </w:r>
      <w:r>
        <w:rPr>
          <w:b w:val="0"/>
          <w:i w:val="0"/>
        </w:rPr>
        <w:br/>
        <w:t>Buy an issue</w:t>
      </w:r>
      <w:r>
        <w:br/>
      </w:r>
      <w:r>
        <w:rPr>
          <w:b w:val="0"/>
          <w:i w:val="0"/>
        </w:rPr>
        <w:br/>
        <w:t>Members Info</w:t>
      </w:r>
      <w:r>
        <w:br/>
      </w:r>
      <w:r>
        <w:rPr>
          <w:b w:val="0"/>
          <w:i w:val="0"/>
        </w:rPr>
        <w:br/>
        <w:t>Quick</w:t>
      </w:r>
      <w:r>
        <w:br/>
      </w:r>
      <w:r>
        <w:rPr>
          <w:b w:val="0"/>
          <w:i w:val="0"/>
        </w:rPr>
        <w:br/>
        <w:t>Members Index</w:t>
      </w:r>
      <w:r>
        <w:br/>
      </w:r>
      <w:r>
        <w:rPr>
          <w:b w:val="0"/>
          <w:i w:val="0"/>
        </w:rPr>
        <w:br/>
        <w:t>News Archive</w:t>
      </w:r>
      <w:r>
        <w:br/>
      </w:r>
      <w:r>
        <w:rPr>
          <w:b w:val="0"/>
          <w:i w:val="0"/>
        </w:rPr>
        <w:br/>
        <w:t>News</w:t>
      </w:r>
      <w:r>
        <w:br/>
      </w:r>
      <w:r>
        <w:rPr>
          <w:b w:val="0"/>
          <w:i w:val="0"/>
        </w:rPr>
        <w:br/>
        <w:t>Lost Password</w:t>
      </w:r>
      <w:r>
        <w:br/>
      </w:r>
      <w:r>
        <w:rPr>
          <w:b w:val="0"/>
          <w:i w:val="0"/>
        </w:rPr>
        <w:br/>
        <w:t>Facebook</w:t>
      </w:r>
      <w:r>
        <w:br/>
      </w:r>
      <w:r>
        <w:rPr>
          <w:b w:val="0"/>
          <w:i w:val="0"/>
        </w:rPr>
        <w:br/>
        <w:t>Twitter</w:t>
      </w:r>
      <w:r>
        <w:br/>
      </w:r>
      <w:r>
        <w:rPr>
          <w:b w:val="0"/>
          <w:i w:val="0"/>
        </w:rPr>
        <w:br/>
        <w:t>Vulnerable Breeds</w:t>
      </w:r>
      <w:r>
        <w:br/>
      </w:r>
      <w:r>
        <w:rPr>
          <w:b w:val="0"/>
          <w:i w:val="0"/>
        </w:rPr>
        <w:br/>
        <w:t>Our Dogs on the Road</w:t>
      </w:r>
      <w:r>
        <w:br/>
      </w:r>
      <w:r>
        <w:rPr>
          <w:b w:val="0"/>
          <w:i w:val="0"/>
        </w:rPr>
        <w:br/>
        <w:t>Our Dogs Ireland</w:t>
      </w:r>
      <w:r>
        <w:br/>
      </w:r>
      <w:r>
        <w:rPr>
          <w:b w:val="0"/>
          <w:i w:val="0"/>
        </w:rPr>
        <w:br/>
        <w:t>Our Dogs International</w:t>
      </w:r>
      <w:r>
        <w:br/>
      </w:r>
      <w:r>
        <w:rPr>
          <w:b w:val="0"/>
          <w:i w:val="0"/>
        </w:rPr>
        <w:br/>
        <w:t>More links</w:t>
      </w:r>
      <w:r>
        <w:br/>
      </w:r>
      <w:r>
        <w:rPr>
          <w:b w:val="0"/>
          <w:i w:val="0"/>
        </w:rPr>
        <w:br/>
        <w:t>Advertise</w:t>
      </w:r>
      <w:r>
        <w:br/>
      </w:r>
      <w:r>
        <w:rPr>
          <w:b w:val="0"/>
          <w:i w:val="0"/>
        </w:rPr>
        <w:br/>
        <w:t>Breed Note Writers</w:t>
      </w:r>
      <w:r>
        <w:br/>
      </w:r>
      <w:r>
        <w:rPr>
          <w:b w:val="0"/>
          <w:i w:val="0"/>
        </w:rPr>
        <w:br/>
        <w:t>Cookies</w:t>
      </w:r>
      <w:r>
        <w:br/>
      </w:r>
      <w:r>
        <w:rPr>
          <w:b w:val="0"/>
          <w:i w:val="0"/>
        </w:rPr>
        <w:br/>
        <w:t>Podcast</w:t>
      </w:r>
      <w:r>
        <w:br/>
      </w:r>
      <w:r>
        <w:rPr>
          <w:b w:val="0"/>
          <w:i w:val="0"/>
        </w:rPr>
        <w:br/>
        <w:t>Video</w:t>
      </w:r>
      <w:r>
        <w:br/>
      </w:r>
      <w:r>
        <w:rPr>
          <w:b w:val="0"/>
          <w:i w:val="0"/>
        </w:rPr>
        <w:br/>
        <w:t>Joking Aside</w:t>
      </w:r>
      <w:r>
        <w:br/>
      </w:r>
      <w:r>
        <w:rPr>
          <w:b w:val="0"/>
          <w:i w:val="0"/>
        </w:rPr>
        <w:br/>
        <w:t>Vulnerable Breeds - Leaders</w:t>
      </w:r>
      <w:r>
        <w:br/>
      </w:r>
      <w:r>
        <w:rPr>
          <w:b w:val="0"/>
          <w:i w:val="0"/>
        </w:rPr>
        <w:br/>
        <w:t>Web Directory</w:t>
      </w:r>
      <w:r>
        <w:br/>
      </w:r>
      <w:r>
        <w:rPr>
          <w:b w:val="0"/>
          <w:i w:val="0"/>
        </w:rPr>
        <w:br/>
        <w:t>Letters to the Editor</w:t>
      </w:r>
      <w:r>
        <w:br/>
      </w:r>
      <w:r>
        <w:rPr>
          <w:b w:val="0"/>
          <w:i w:val="0"/>
        </w:rPr>
        <w:br/>
        <w:t>Breeder Directory - Old</w:t>
      </w:r>
      <w:r>
        <w:br/>
      </w:r>
      <w:r>
        <w:rPr>
          <w:b w:val="0"/>
          <w:i w:val="0"/>
        </w:rPr>
        <w:br/>
        <w:t>Breeder Directory - New</w:t>
      </w:r>
      <w:r>
        <w:br/>
      </w:r>
      <w:r>
        <w:rPr>
          <w:b w:val="0"/>
          <w:i w:val="0"/>
        </w:rPr>
        <w:br/>
        <w:t>A-Z of Breeds</w:t>
      </w:r>
      <w:r>
        <w:br/>
      </w:r>
      <w:r>
        <w:rPr>
          <w:b w:val="0"/>
          <w:i w:val="0"/>
        </w:rPr>
        <w:br/>
        <w:t>Health</w:t>
      </w:r>
      <w:r>
        <w:br/>
      </w:r>
      <w:r>
        <w:rPr>
          <w:b w:val="0"/>
          <w:i w:val="0"/>
        </w:rPr>
        <w:br/>
        <w:t>Classified - Newspaper</w:t>
      </w:r>
      <w:r>
        <w:br/>
      </w:r>
      <w:r>
        <w:rPr>
          <w:b w:val="0"/>
          <w:i w:val="0"/>
        </w:rPr>
        <w:br/>
        <w:t>Classified - Web</w:t>
      </w:r>
      <w:r>
        <w:br/>
      </w:r>
      <w:r>
        <w:rPr>
          <w:b w:val="0"/>
          <w:i w:val="0"/>
        </w:rPr>
        <w:br/>
        <w:t>Show Photos</w:t>
      </w:r>
      <w:r>
        <w:br/>
      </w:r>
      <w:r>
        <w:rPr>
          <w:b w:val="0"/>
          <w:i w:val="0"/>
        </w:rPr>
        <w:br/>
        <w:t>Top Breeder Compeition</w:t>
      </w:r>
      <w:r>
        <w:br/>
      </w:r>
      <w:r>
        <w:rPr>
          <w:b w:val="0"/>
          <w:i w:val="0"/>
        </w:rPr>
        <w:br/>
        <w:t>Top Puppy Competition</w:t>
      </w:r>
      <w:r>
        <w:br/>
      </w:r>
      <w:r>
        <w:rPr>
          <w:b w:val="0"/>
          <w:i w:val="0"/>
        </w:rPr>
        <w:br/>
        <w:t>Sunday, September 13, 2026</w:t>
      </w:r>
    </w:p>
    <w:p>
      <w:r>
        <w:rPr>
          <w:b w:val="0"/>
          <w:i w:val="0"/>
        </w:rPr>
        <w:t>Search Breed:</w:t>
      </w:r>
      <w:r>
        <w:br/>
      </w:r>
      <w:r>
        <w:rPr>
          <w:b w:val="0"/>
          <w:i w:val="0"/>
        </w:rPr>
        <w:br/>
        <w:t>Adverts: 0161 709 4576 - Editorial: 0161 709 4571</w:t>
      </w:r>
      <w:r>
        <w:br/>
      </w:r>
      <w:r>
        <w:rPr>
          <w:b w:val="0"/>
          <w:i w:val="0"/>
        </w:rPr>
        <w:br/>
        <w:t>Mail Order: 0161 709 4578 - Subs: 0161 709 4575 - Webteam: 0161 709 4567</w:t>
      </w:r>
    </w:p>
    <w:p>
      <w:r>
        <w:rPr>
          <w:b w:val="0"/>
          <w:i w:val="0"/>
        </w:rPr>
        <w:t>RETRIEVER LABRADOR</w:t>
      </w:r>
    </w:p>
    <w:p>
      <w:r>
        <w:rPr>
          <w:b w:val="0"/>
          <w:i w:val="0"/>
        </w:rPr>
        <w:t>04/01/02</w:t>
      </w:r>
    </w:p>
    <w:p>
      <w:r>
        <w:rPr>
          <w:b w:val="0"/>
          <w:i w:val="0"/>
        </w:rPr>
        <w:t>Exhibitors are asked to note there is an error in the schedule for Mid Western Gundog Society; Labradors will be judged by Mr Gary Johnson and not as stated.</w:t>
      </w:r>
    </w:p>
    <w:p>
      <w:r>
        <w:rPr>
          <w:b w:val="0"/>
          <w:i w:val="0"/>
        </w:rPr>
        <w:t>If you have any stories, news or relevant information that you would like to contribute to this breed note writer, please use the following contact details;</w:t>
      </w:r>
    </w:p>
    <w:p>
      <w:r>
        <w:rPr>
          <w:b w:val="0"/>
          <w:i w:val="0"/>
        </w:rPr>
        <w:t>Ann Britton</w:t>
      </w:r>
      <w:r>
        <w:br/>
      </w:r>
      <w:r>
        <w:rPr>
          <w:b w:val="0"/>
          <w:i w:val="0"/>
        </w:rPr>
        <w:br/>
        <w:t>01989 720665</w:t>
      </w:r>
      <w:r>
        <w:br/>
      </w:r>
      <w:r>
        <w:rPr>
          <w:b w:val="0"/>
          <w:i w:val="0"/>
        </w:rPr>
        <w:br/>
        <w:t>Fax 01989 720550</w:t>
      </w:r>
      <w:r>
        <w:br/>
      </w:r>
      <w:r>
        <w:rPr>
          <w:b w:val="0"/>
          <w:i w:val="0"/>
        </w:rPr>
        <w:br/>
        <w:t>email bowstones@btinternet.com</w:t>
      </w:r>
      <w:r>
        <w:br/>
      </w:r>
      <w:r>
        <w:rPr>
          <w:b w:val="0"/>
          <w:i w:val="0"/>
        </w:rPr>
        <w:br/>
        <w:t>Jim Nolan,</w:t>
      </w:r>
      <w:r>
        <w:br/>
      </w:r>
      <w:r>
        <w:rPr>
          <w:b w:val="0"/>
          <w:i w:val="0"/>
        </w:rPr>
        <w:br/>
        <w:t>nolan@veyatie.freeserve.co.uk</w:t>
      </w:r>
    </w:p>
    <w:p>
      <w:r>
        <w:rPr>
          <w:b w:val="0"/>
          <w:i w:val="0"/>
        </w:rPr>
        <w:t>OUR DOGS</w:t>
      </w:r>
      <w:r>
        <w:br/>
      </w:r>
      <w:r>
        <w:rPr>
          <w:b w:val="0"/>
          <w:i w:val="0"/>
        </w:rPr>
        <w:br/>
        <w:t>Northwood House</w:t>
      </w:r>
      <w:r>
        <w:br/>
      </w:r>
      <w:r>
        <w:rPr>
          <w:b w:val="0"/>
          <w:i w:val="0"/>
        </w:rPr>
        <w:br/>
        <w:t>Greenwood Business Centre</w:t>
      </w:r>
      <w:r>
        <w:br/>
      </w:r>
      <w:r>
        <w:rPr>
          <w:b w:val="0"/>
          <w:i w:val="0"/>
        </w:rPr>
        <w:br/>
        <w:t>Regent Road</w:t>
      </w:r>
      <w:r>
        <w:br/>
      </w:r>
      <w:r>
        <w:rPr>
          <w:b w:val="0"/>
          <w:i w:val="0"/>
        </w:rPr>
        <w:br/>
        <w:t>Salford</w:t>
      </w:r>
      <w:r>
        <w:br/>
      </w:r>
      <w:r>
        <w:rPr>
          <w:b w:val="0"/>
          <w:i w:val="0"/>
        </w:rPr>
        <w:br/>
        <w:t>M5 4QH</w:t>
      </w:r>
      <w:r>
        <w:br/>
      </w:r>
      <w:r>
        <w:rPr>
          <w:b w:val="0"/>
          <w:i w:val="0"/>
        </w:rPr>
        <w:br/>
        <w:t>Tel: 0161 709 4576</w:t>
      </w:r>
    </w:p>
    <w:p>
      <w:r>
        <w:rPr>
          <w:b w:val="0"/>
          <w:i w:val="0"/>
        </w:rPr>
        <w:t>THE OUR DOGS WEBSITE</w:t>
      </w:r>
      <w:r>
        <w:br/>
      </w:r>
      <w:r>
        <w:rPr>
          <w:b w:val="0"/>
          <w:i w:val="0"/>
        </w:rPr>
        <w:br/>
        <w:t>is hosted by Resolution Computers</w:t>
      </w:r>
      <w:r>
        <w:br/>
      </w:r>
      <w:r>
        <w:rPr>
          <w:b w:val="0"/>
          <w:i w:val="0"/>
        </w:rPr>
        <w:br/>
        <w:t>For professional website design and hosting,</w:t>
      </w:r>
      <w:r>
        <w:br/>
      </w:r>
      <w:r>
        <w:rPr>
          <w:b w:val="0"/>
          <w:i w:val="0"/>
        </w:rPr>
        <w:br/>
        <w:t>Tel: 0783 667 9594</w:t>
      </w:r>
      <w:r>
        <w:br/>
      </w:r>
      <w:r>
        <w:rPr>
          <w:b w:val="0"/>
          <w:i w:val="0"/>
        </w:rPr>
        <w:br/>
        <w:t>Website: www.rescomp.net</w:t>
      </w:r>
    </w:p>
    <w:p>
      <w:r>
        <w:rPr>
          <w:b w:val="0"/>
          <w:i w:val="0"/>
        </w:rPr>
        <w:t>THE OUR DOGS WEBSITE was designed &amp; is updated</w:t>
      </w:r>
      <w:r>
        <w:br/>
      </w:r>
      <w:r>
        <w:rPr>
          <w:b w:val="0"/>
          <w:i w:val="0"/>
        </w:rPr>
        <w:br/>
        <w:t>by Adam Williams, the Our Dogs webmaster</w:t>
      </w:r>
      <w:r>
        <w:br/>
      </w:r>
      <w:r>
        <w:rPr>
          <w:b w:val="0"/>
          <w:i w:val="0"/>
        </w:rPr>
        <w:br/>
        <w:t>&amp; Chris Hogan, web development</w:t>
      </w:r>
      <w:r>
        <w:br/>
      </w:r>
      <w:r>
        <w:rPr>
          <w:b w:val="0"/>
          <w:i w:val="0"/>
        </w:rPr>
        <w:br/>
        <w:t>Contact: webmaster@ourdogs.co.uk</w:t>
      </w:r>
    </w:p>
    <w:p>
      <w:r>
        <w:rPr>
          <w:b w:val="0"/>
          <w:i w:val="0"/>
        </w:rPr>
        <w:t>© Our Dogs Publishing</w:t>
      </w:r>
      <w:r>
        <w:br/>
      </w:r>
      <w:r>
        <w:rPr>
          <w:b w:val="0"/>
          <w:i w:val="0"/>
        </w:rPr>
        <w:br/>
        <w:t>webmaster@ourdogs.co.uk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