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- 19/08/2022 - ISSUE"</w:t>
      </w:r>
      <w:r>
        <w:br/>
      </w:r>
      <w:r>
        <w:rPr>
          <w:b w:val="0"/>
          <w:i w:val="0"/>
        </w:rPr>
        <w:br/>
        <w:t>date_original: "19/08/2022 - ISSUE"</w:t>
      </w:r>
      <w:r>
        <w:br/>
      </w:r>
      <w:r>
        <w:rPr>
          <w:b w:val="0"/>
          <w:i w:val="0"/>
        </w:rPr>
        <w:br/>
        <w:t>source_url: "https://www.ourdogs.co.uk/members/breednotes/RetrieverLabradorMain.php"</w:t>
      </w:r>
      <w:r>
        <w:br/>
      </w:r>
      <w:r>
        <w:rPr>
          <w:b w:val="0"/>
          <w:i w:val="0"/>
        </w:rPr>
        <w:br/>
        <w:t>scraped_at: "2026-09-13T15:11:41"</w:t>
      </w:r>
      <w:r>
        <w:br/>
      </w:r>
      <w:r>
        <w:rPr>
          <w:b w:val="0"/>
          <w:i w:val="0"/>
        </w:rPr>
        <w:br/>
        <w:t>word_count: 670</w:t>
      </w:r>
    </w:p>
    <w:p>
      <w:r>
        <w:t>――――――――――――――――――――――――――――――</w:t>
      </w:r>
    </w:p>
    <w:p>
      <w:r>
        <w:rPr>
          <w:b w:val="0"/>
          <w:i w:val="0"/>
        </w:rPr>
        <w:t>NEWS MEMBERS' AREA SHOP SUBSCRIBE UPCOMING SHOWS MORE</w:t>
      </w:r>
    </w:p>
    <w:p>
      <w:r>
        <w:rPr>
          <w:b w:val="0"/>
          <w:i w:val="0"/>
        </w:rPr>
        <w:t>RETRIEVER LABRADOR</w:t>
      </w:r>
    </w:p>
    <w:p>
      <w:r>
        <w:rPr>
          <w:b w:val="0"/>
          <w:i w:val="0"/>
        </w:rPr>
        <w:t>Issue: 19/08/2022</w:t>
      </w:r>
    </w:p>
    <w:p>
      <w:r>
        <w:rPr>
          <w:b w:val="0"/>
          <w:i w:val="0"/>
        </w:rPr>
        <w:t>Our regular Breed Note writer, Ann Britton, has had a short spell in hospital, but I am pleased to report that she is now at home. We continue to wish her well.</w:t>
      </w:r>
    </w:p>
    <w:p>
      <w:r>
        <w:rPr>
          <w:b w:val="0"/>
          <w:i w:val="0"/>
        </w:rPr>
        <w:t>At Paignton on 6th August, the judge was Mr. Hans Stigt from the Netherlands, and the Dog CC and BOB went to Pam Druggan from the Isle of Man with her well known Sh Ch A Sense of PleasureÃ¢â‚¬â„¢s El Toro at Balladoole - what a well travelled dog he is! Ramsayville Revolver, who I think recently gained his title and belongs to the Brown family, was awarded the Res CC. Penny CarpaniniÃ¢â‚¬â„¢s Carpenny Berry won the top spot in bitches, with the Res CC going to Erica JayesÃ¢â‚¬â„¢ and Ed CaseyÃ¢â‚¬â„¢s Sh Ch Lapema Masquerade at Sandylands, who is still a Yearling. Berlan First in Line at Sandylands was Best Puppy and went fourth in the Gundog Puppy Group under Mr. A. Stewart, so another very successful day for Sandylands. There was also success for Karen Bambrook in the Gundog Veteran Group where 4th place went to Linjor Sessile Oak at Ravoakar which she owns jointly with Linda Harvey Major. The judge for this group was Miss Becky Johnson.</w:t>
      </w:r>
    </w:p>
    <w:p>
      <w:r>
        <w:rPr>
          <w:b w:val="0"/>
          <w:i w:val="0"/>
        </w:rPr>
        <w:t>Shows are coming thick and fast and the next day National Gundog was held at The Three Counties Showground, where the judges were Kenn Roberts (dogs) and Mairi Brown (bitches). The Dog CC was a repeat of Paignton, with the Reserve going to another seasoned traveller: Ch/Ir Sh Ch Talard Cee Three Pee Ohh belonging to the Douglas family from Northern Ireland. The Bitch CC and BOB went to Di TullochÃ¢â‚¬â„¢s Tullochmohr Ace of Hearts, while the Res CC was awarded to the winner of Junior: Dinnozo Pink Diamond owned by Stephanie Hodgkiss. BPIB was the Chapman familyÃ¢â‚¬â„¢s Daisypatch Ostratto.</w:t>
      </w:r>
    </w:p>
    <w:p>
      <w:r>
        <w:rPr>
          <w:b w:val="0"/>
          <w:i w:val="0"/>
        </w:rPr>
        <w:t>A few days later United Retriever Club held its champonship show at the same venue. Ronwein Phillips judged the dogs and once again Sh Ch A Sense of PleasureÃ¢â‚¬â„¢s El Toro at Balladoole won the CC, with the Reserve CC going to Maxine WoodleyÃ¢â‚¬â„¢s Alkamhurst Moment of Truth. David Craig judged the bitches. Sh Ch Lapema Masquerade at Sandlyands was the CC winner and BOB and the Res CC was won by Kimbajak Miss Jazz Swinger, owned by Caroline Edwards. Another Best Puppy award went to Berlan First in Line at Sandylands. Again, a wonderful day for Ed Casey and Erica Jayes as David Hutchison (Waverton) made their BOB Best in Show and the puppy BPIS.</w:t>
      </w:r>
    </w:p>
    <w:p>
      <w:r>
        <w:rPr>
          <w:b w:val="0"/>
          <w:i w:val="0"/>
        </w:rPr>
        <w:t>Well done to all of the above. IÃ¢â‚¬â„¢m sure, however, that no one will begrudge special congratulations going to Steph Hodgkiss on being awarded the Res Bitch CC at National Gundog with her home bred youngster. Most readers will know that Steph has bravely faced many health difficulties over the years and sadly recently lost her sight. She has met this latest challenge with great stoicism and continues to enjoy showing her labradors with support from her parents and others in our world, but particularly the generous help provided in the show ring by Judi Neachell.</w:t>
      </w:r>
    </w:p>
    <w:p>
      <w:r>
        <w:rPr>
          <w:b w:val="0"/>
          <w:i w:val="0"/>
        </w:rPr>
        <w:t>Hard on the heels of these shows, we look forward to Bournemouth, where Judith Charlton has an entry of 68/78 and Welsh Kennel Club where David Bell has an entry of 71/81.</w:t>
      </w:r>
    </w:p>
    <w:p>
      <w:r>
        <w:rPr>
          <w:b w:val="0"/>
          <w:i w:val="0"/>
        </w:rPr>
        <w:t>Patricia Harrison</w:t>
      </w:r>
    </w:p>
    <w:p>
      <w:r>
        <w:rPr>
          <w:b w:val="0"/>
          <w:i w:val="0"/>
        </w:rPr>
        <w:t>labs.stebel@me.com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