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- 20 Mar 2009"</w:t>
      </w:r>
      <w:r>
        <w:br/>
      </w:r>
      <w:r>
        <w:rPr>
          <w:b w:val="0"/>
          <w:i w:val="0"/>
        </w:rPr>
        <w:br/>
        <w:t>date_original: "20 Mar 2009"</w:t>
      </w:r>
      <w:r>
        <w:br/>
      </w:r>
      <w:r>
        <w:rPr>
          <w:b w:val="0"/>
          <w:i w:val="0"/>
        </w:rPr>
        <w:br/>
        <w:t>source_url: "https://www.ourdogs.co.uk/members/breednotes/2009/RetrieverLabrador/RetrieverLabrador-mar20.htm"</w:t>
      </w:r>
      <w:r>
        <w:br/>
      </w:r>
      <w:r>
        <w:rPr>
          <w:b w:val="0"/>
          <w:i w:val="0"/>
        </w:rPr>
        <w:br/>
        <w:t>archive_type: "static_html"</w:t>
      </w:r>
      <w:r>
        <w:br/>
      </w:r>
      <w:r>
        <w:rPr>
          <w:b w:val="0"/>
          <w:i w:val="0"/>
        </w:rPr>
        <w:br/>
        <w:t>scraped_at: "2026-09-13T22:02:56"</w:t>
      </w:r>
      <w:r>
        <w:br/>
      </w:r>
      <w:r>
        <w:rPr>
          <w:b w:val="0"/>
          <w:i w:val="0"/>
        </w:rPr>
        <w:br/>
        <w:t>word_count: 1530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Arwyn Ellis, Secretary of the Labrador Retriever Club, rang to clarify the date and time of the forthcoming Labrador Retriever Club AGM. The 2009 AGM will be held on Tuesday 21st April at the Spread Eagle Hotel, Thame, Oxfordshire, to commence at 11am. Coffee will be served from 10.30am.</w:t>
      </w:r>
    </w:p>
    <w:p>
      <w:r>
        <w:rPr>
          <w:b w:val="0"/>
          <w:i w:val="0"/>
        </w:rPr>
        <w:t>For the first time for many years, I wasn’t able to go to Crufts but Gundog Day 2009 was on Saturday 7th March. The splendid entry of 565 dogs and bitches, was judged by Pat Gill (Dogs), and Gordon Howells (Bitches). The Sandylands kennel of Mr Garner Anthony and Erica Jayes had a marvellous day winning both the Dog CC and the Bitch CC with the black litter brother and sister, Sh Ch Sandylands Pressed for Time (who went Best of Breed), and Sandylands Pandora, owned by Alan Taylor. This successful pair are sired by Sh Ch Rockabee Blue Peter of Sandylands x Rocheby Purple Shades at Sandylands.</w:t>
      </w:r>
    </w:p>
    <w:p>
      <w:r>
        <w:rPr>
          <w:b w:val="0"/>
          <w:i w:val="0"/>
        </w:rPr>
        <w:t>The Dog RCC was won by Marion Hopkinson’s yellow, top winning Labrador of 2007 and 2008, Sh Ch Silver Suede over Rocheby, who was repeating his Crufts 2008 RCC win. The Bitch RCC went to Ronwein Phillip’s yellow, Shardanell Blueribbon at Sheenaron (Keenes Blueprint JW x Sheenaron Merry Holliberi for Shardanell). Best Puppy was Richard Stafford’s yellow dog Kimvalley Stargazer at Farnfield.</w:t>
      </w:r>
    </w:p>
    <w:p>
      <w:r>
        <w:rPr>
          <w:b w:val="0"/>
          <w:i w:val="0"/>
        </w:rPr>
        <w:t>The BBC are no longer involved in the filming of Crufts for TV, but instead the Kennel Club arranged that the show could be watched throughout each and every day via the web and home computer screens. I must say how marvellous the coverage was; so much better than ever before, especially watching the Groups, when each and every dog was shown going through it’s paces from start to finish. Well done the KC.</w:t>
      </w:r>
    </w:p>
    <w:p>
      <w:r>
        <w:rPr>
          <w:b w:val="0"/>
          <w:i w:val="0"/>
        </w:rPr>
        <w:t>The following day, East Anglian Lab Club held their championship show at Wood Green Animal Centre near Huntingdon. I have been going to this show at Godmanchester ever since EALRC moved there, which must be nearly 20 years ago.</w:t>
      </w:r>
    </w:p>
    <w:p>
      <w:r>
        <w:rPr>
          <w:b w:val="0"/>
          <w:i w:val="0"/>
        </w:rPr>
        <w:t>Having been to the venue so many times I know the route like the back of my hand. I have to turn south on the A14 near a rickety wooden shed on the left hand side of the road, near Huntingdon racecourse.</w:t>
      </w:r>
    </w:p>
    <w:p>
      <w:r>
        <w:rPr>
          <w:b w:val="0"/>
          <w:i w:val="0"/>
        </w:rPr>
        <w:t>What no-one had told me was that the landmark shed had been knocked down last year and a roundabout built in its place! So, with no shed in sight, I just kept going……..and going, eastwards (rather than south). Eventually, not recognising the countryside we were passing through, I realized we must have gone too far and so, miles out of our way, and seemingly heading for the east coast, with the air turning decidedly blue, I turned around, back the way we had come, towards Huntingdon, looking once more for “the shed”.</w:t>
      </w:r>
    </w:p>
    <w:p>
      <w:r>
        <w:rPr>
          <w:b w:val="0"/>
          <w:i w:val="0"/>
        </w:rPr>
        <w:t>Of course we didn’t find the shed or the right road, but stopping in a pretty village on the wrong side of the river, I threw in the towel and said “Oh, forget it. I’m going home!”.</w:t>
      </w:r>
    </w:p>
    <w:p>
      <w:r>
        <w:rPr>
          <w:b w:val="0"/>
          <w:i w:val="0"/>
        </w:rPr>
        <w:t>Luckily, as things were to turn out later, George persuaded me to have another crack at locating the missing A14 South, which I eventually did, and we arrived at the venue a bit frazzled and somewhat later than planned.</w:t>
      </w:r>
    </w:p>
    <w:p>
      <w:r>
        <w:rPr>
          <w:b w:val="0"/>
          <w:i w:val="0"/>
        </w:rPr>
        <w:t>There was an excellent entry of around 330 dogs and bitches, with many staying over from Crufts, including several from abroad.</w:t>
      </w:r>
    </w:p>
    <w:p>
      <w:r>
        <w:rPr>
          <w:b w:val="0"/>
          <w:i w:val="0"/>
        </w:rPr>
        <w:t>The Dogs were judged by Dale Elliott and the Bitches by Brian Lowe. The Dog CC, his first and Best of Breed was won by Mr and Mrs Neal’s yellow, Amberstope Rebel Yell (Amberstope Glen Grant x Amberstope Georgia), whilst the Dog RCC went to Anne Lavelle’s yellow, Crosscroyde Coalition (Aroscas Time will Tell,(Imp) x Baladair Jubilee Jingle at Crosscroyde).</w:t>
      </w:r>
    </w:p>
    <w:p>
      <w:r>
        <w:rPr>
          <w:b w:val="0"/>
          <w:i w:val="0"/>
        </w:rPr>
        <w:t>To my great delight, and very thankful that, despite the loss of “the shed”, I had finally found the venue, my black bitch Llanstinan Morwenna of Bowstones JW (Sh Ch Llanstinan Llewelyn JW x Llanstinan Crumpet ) won the Bitch CC, her first’, and Reserve Best in Show. She was at her first show in 2009 having won two RCCs in the latter part of 2008. The Bitch RCC was won by Mrs King’s yellow, Linthwaite Andromeda (Sh Ch Silver Suede over Rocheby x Linthwaite Fleur). Best Puppy was Foxrush Stolen Dreams at Lakeabbey (Rocheby State Occasion x Foxrush Blue Belle), owned by Mr Luty and Ms Simpson.</w:t>
      </w:r>
    </w:p>
    <w:p>
      <w:r>
        <w:rPr>
          <w:b w:val="0"/>
          <w:i w:val="0"/>
        </w:rPr>
        <w:t>The moral of the above story is probably that I consider getting a sat nav, like the majority of exhibitors, before any more of my “important landmarks” are demolished!</w:t>
      </w:r>
    </w:p>
    <w:p>
      <w:r>
        <w:rPr>
          <w:b w:val="0"/>
          <w:i w:val="0"/>
        </w:rPr>
        <w:t>A few days later, news came of the passing, at 79 years of age, of the greatly respected eye specialist, Keith Barnett OBE. MA.PhD. BSC DVOphthal. FRCVS. DipECVO.</w:t>
      </w:r>
    </w:p>
    <w:p>
      <w:r>
        <w:rPr>
          <w:b w:val="0"/>
          <w:i w:val="0"/>
        </w:rPr>
        <w:t>Keith was a great friend to the Labrador breed being dedicated to the improvement of the eye status of our dogs for many years right up to the present day. He became a Kennel Club member in 1978 and was still working at the Animal Health Trust when he died on 10th Feb 2009. He will be sorely missed, especially by the Labrador fraternity.</w:t>
      </w:r>
    </w:p>
    <w:p>
      <w:r>
        <w:rPr>
          <w:b w:val="0"/>
          <w:i w:val="0"/>
        </w:rPr>
        <w:t>I am also sorry to report that well respected BIS judge, Les Page died on 12th March. From memory I think he was ninety two years of age. His whole life was devoted to dogs and the dog world. A Kennel Club member, Les was President of Midland Counties Canine Society and an Honorary Life Member and Management Committee Member of City of Birmingham Canine Association. He judged Crufts BIS just a few years ago.</w:t>
      </w:r>
    </w:p>
    <w:p>
      <w:r>
        <w:rPr>
          <w:b w:val="0"/>
          <w:i w:val="0"/>
        </w:rPr>
        <w:t>As a young man he worked in Walsall, Staffordshire in his parent’s pet shop, which he eventually took over. Much of the time he was showing his Dellah Cocker Spaniels. Over time he became a much respected championship show judge of many breeds, including Labradors. (I recall my late mother winning CCs under Les with Cavalier King Charles Spaniels when I was a teenager).</w:t>
      </w:r>
    </w:p>
    <w:p>
      <w:r>
        <w:rPr>
          <w:b w:val="0"/>
          <w:i w:val="0"/>
        </w:rPr>
        <w:t>Les numbered the late Gwen Broadley amongst his great friends and spent many happy times enjoying hospitality at Sandylands .</w:t>
      </w:r>
    </w:p>
    <w:p>
      <w:r>
        <w:rPr>
          <w:b w:val="0"/>
          <w:i w:val="0"/>
        </w:rPr>
        <w:t>Living in Walsall, Staffordshire, he was a near neighbour and friend of Peggy and Arthur Kelley (Bradking). Peggy recalls she purchased her very first budgerigar from Les when both she and Les were teenagers, a time well before Peggy had even met Arthur. On a personal note, when I lived in Sutton Coldfield, as Les didn’t drive, for several years I would taxi him to City of Birmingham CA committee meetings. He was also a good pal of my late father and to make sure I, as a relative youngster, was on the right track with my Labrador breeding would often come to the house to look at puppies, assess how youngsters were progressing and check out my dog handling!! Les was thoroughly immersed in the dog world right to the end and it was a privilege to have known him over so many years.</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