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 Jul 2008"</w:t>
      </w:r>
      <w:r>
        <w:br/>
      </w:r>
      <w:r>
        <w:rPr>
          <w:b w:val="0"/>
          <w:i w:val="0"/>
        </w:rPr>
        <w:br/>
        <w:t>date_original: "25 Jul 2008"</w:t>
      </w:r>
      <w:r>
        <w:br/>
      </w:r>
      <w:r>
        <w:rPr>
          <w:b w:val="0"/>
          <w:i w:val="0"/>
        </w:rPr>
        <w:br/>
        <w:t>source_url: "https://www.ourdogs.co.uk/members/breednotes/2008/RetrieverLabrador/RetrieverLabrador-jul25.htm"</w:t>
      </w:r>
      <w:r>
        <w:br/>
      </w:r>
      <w:r>
        <w:rPr>
          <w:b w:val="0"/>
          <w:i w:val="0"/>
        </w:rPr>
        <w:br/>
        <w:t>archive_type: "static_html"</w:t>
      </w:r>
      <w:r>
        <w:br/>
      </w:r>
      <w:r>
        <w:rPr>
          <w:b w:val="0"/>
          <w:i w:val="0"/>
        </w:rPr>
        <w:br/>
        <w:t>scraped_at: "2026-09-13T22:05:02"</w:t>
      </w:r>
      <w:r>
        <w:br/>
      </w:r>
      <w:r>
        <w:rPr>
          <w:b w:val="0"/>
          <w:i w:val="0"/>
        </w:rPr>
        <w:br/>
        <w:t>word_count: 2243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Such sad news; Terry Thorn has lost his brave fight against cancer. Recently retired Chairman of Crufts, the UK’s top all rounder, he loved every aspect of the world of dogs.</w:t>
      </w:r>
    </w:p>
    <w:p>
      <w:r>
        <w:rPr>
          <w:b w:val="0"/>
          <w:i w:val="0"/>
        </w:rPr>
        <w:t>He awarded CCs in Labradors. When judging our sometimes bouncy breed he was always most kind and pleasant, giving exhibitors time and generally putting handlers at ease, he went over the dogs knowledgably and thoroughly without bias. His opinion was well respected. A real dog man; his passing will leave a great sadness amongst his many friends and he will be fondly remembered by all. Our sympathy goes to his wife Zena at this sad time.</w:t>
      </w:r>
    </w:p>
    <w:p>
      <w:r>
        <w:rPr>
          <w:b w:val="0"/>
          <w:i w:val="0"/>
        </w:rPr>
        <w:t>I am also sorry to have to record the passing of Mary Aikenhead, at the age of 88 after a long illness. Her Powhatan kennel was long established and well respected in Labradors. Our condolences are sent to her husband Robert, her son Charles and daughter Helen. Her funeral was held at Bury St Edmunds crematorium on Tuesday 22nd July.</w:t>
      </w:r>
    </w:p>
    <w:p>
      <w:r>
        <w:rPr>
          <w:b w:val="0"/>
          <w:i w:val="0"/>
        </w:rPr>
        <w:t>James Hindley writes "The sad news of the passing of Mrs Mary Aikenhead has just reached us. She was a tremendous character with a real sense of humour and enjoyed her interest of the Powhatan Labradors greatly for many years with husband Robert, Major Aikenhead. After returning from Africa where, I believe, Robert served in the forces, they set up their kennel in Suffolk at Lawn House, near Sudbury where Mary kept a beautiful home and garden, and enjoyed dogs and garden to the full.</w:t>
      </w:r>
    </w:p>
    <w:p>
      <w:r>
        <w:rPr>
          <w:b w:val="0"/>
          <w:i w:val="0"/>
        </w:rPr>
        <w:t>‘Mary supported Robert in his activities as Chairman of the East Anglian Labrador Retriever Club. I think it's fair to say that he rarely missed any of the Club's trials, which must have been a great asset to the Club. Both Robert and Mary always supported the East Anglian's gundog training days throughout the summer months.</w:t>
      </w:r>
    </w:p>
    <w:p>
      <w:r>
        <w:rPr>
          <w:b w:val="0"/>
          <w:i w:val="0"/>
        </w:rPr>
        <w:t>‘Mary was a Championship show judge of Labradors.</w:t>
      </w:r>
    </w:p>
    <w:p>
      <w:r>
        <w:rPr>
          <w:b w:val="0"/>
          <w:i w:val="0"/>
        </w:rPr>
        <w:t>‘Their most famous dog was probably Ch. Powhatan Solo from the 1960's; I understand they also had a very handsome dog, Powhatan Sentry, who won well here before being exported to Scandinavia and, I think, became a dual Champion there.</w:t>
      </w:r>
    </w:p>
    <w:p>
      <w:r>
        <w:rPr>
          <w:b w:val="0"/>
          <w:i w:val="0"/>
        </w:rPr>
        <w:t>‘More latterly they bred Powhatan Carol for Mrs Peake. She was mated to Rocheby Royal Blue of Cornlands, and from that litter Peggy Rae and I purchased Marmaduke Maximus at Cornlands, who went on to gain his title and won so well in the millenium year.</w:t>
      </w:r>
    </w:p>
    <w:p>
      <w:r>
        <w:rPr>
          <w:b w:val="0"/>
          <w:i w:val="0"/>
        </w:rPr>
        <w:t>‘Our condolences to Robert and his children at this difficult time.’</w:t>
      </w:r>
    </w:p>
    <w:p>
      <w:r>
        <w:rPr>
          <w:b w:val="0"/>
          <w:i w:val="0"/>
        </w:rPr>
        <w:t>At East of England Championship show, Labradors were in the spotlight in both Group and Stakes competition. It was a great thrill for the breed when the gundog Group saw Marion Hopkinsons yellow Labrador Sh Ch Silver Suede over Rocheby taking the number one spot under judge John Thirlwell. Also winning well was Sarah and Dennis McLellans 10month old puppy, Saranden Comanche (Rocheby State Occasion x Saranden Seducer), who won the Gundog/ Hound heat of the Pro Plan/ Dog World Puppy Stakes under Terry Nethercott and was runner up in the final heat of the competition at the show the following day. Many congratulations to you all.</w:t>
      </w:r>
    </w:p>
    <w:p>
      <w:r>
        <w:rPr>
          <w:b w:val="0"/>
          <w:i w:val="0"/>
        </w:rPr>
        <w:t>The showground has been greatly improved. The car parking is easy and we entered the showground through the super new exhibition building where the BIS and stakes rings were situated. New toilet blocks have been built and the Official Offices were housed in a new building also. Our benching was almost adjacent to our grass rings, which were in covered pavilions. All in all a lot of good improvements.</w:t>
      </w:r>
    </w:p>
    <w:p>
      <w:r>
        <w:rPr>
          <w:b w:val="0"/>
          <w:i w:val="0"/>
        </w:rPr>
        <w:t>The show started with a one minutes silence in memory of dear Pearl Crocker, the long standing Secretary of East of England who had sadly passed away at far too young an age during 2007. Her daughter, Mrs Broadberry has now taken on the Secretary’s job and we wish her well.</w:t>
      </w:r>
      <w:r>
        <w:br/>
      </w:r>
      <w:r>
        <w:rPr>
          <w:b w:val="0"/>
          <w:i w:val="0"/>
        </w:rPr>
        <w:br/>
        <w:t>The one unfortunate black cloud was that despite their benches being very close to their ring, many Golden Retriever exhibitors decided to set up their "camp," not with crates but with groundsheets, picnic blankets, chairs, and other paraphernalia spread over most of the width and length of the narrow gangway which was the only access to the Labrador Bitch ring. Thus it made it virtually impossible to get through the crush to exhibit in the bitch ring or to watch the Lab Bitch judging .</w:t>
      </w:r>
    </w:p>
    <w:p>
      <w:r>
        <w:rPr>
          <w:b w:val="0"/>
          <w:i w:val="0"/>
        </w:rPr>
        <w:t>I recall, we had this same problem with Golden exhibitors some years ago, when it eventually came to a head after a Lab exhibitor fell over a recumbent Golden camped ringside at one of the southern championship shows. Do lets hope it is not all starting over again.</w:t>
      </w:r>
    </w:p>
    <w:p>
      <w:r>
        <w:rPr>
          <w:b w:val="0"/>
          <w:i w:val="0"/>
        </w:rPr>
        <w:t>Our judges for the day were Richard Wiles (Dogs ) and Mrs Joan Woodall (Bitches) with a joint entry of 247. Joan was awarding CCs for the first time.</w:t>
      </w:r>
    </w:p>
    <w:p>
      <w:r>
        <w:rPr>
          <w:b w:val="0"/>
          <w:i w:val="0"/>
        </w:rPr>
        <w:t>The winners were Dog CC, Best of Breed and a splendid Group 1 Marion Hopkinsons yellow Sh Ch Silver Suede over Rocheby (Ahti Aspen of Finnwoods x Bridgeford Chrystal Clear)</w:t>
      </w:r>
      <w:r>
        <w:br/>
      </w:r>
      <w:r>
        <w:rPr>
          <w:b w:val="0"/>
          <w:i w:val="0"/>
        </w:rPr>
        <w:br/>
        <w:t>The Dog RCC was won by the Allen familys yellow, Allenies Maverick JW Sh CM. And completing a truly splendid day for the Allens, the Bitch CC, her 2nd, was won by Anthony Allen and Mr and Mrs Guildfords yellow, Harrop Canasta at Mandursan. The Bitch RCC went to Mr and Mrs Ayres yellow Lancastria Chianti with Musubu, whilst Best Puppy was Fiona Braddons black dog Trendlewood Only to Fly.</w:t>
      </w:r>
    </w:p>
    <w:p>
      <w:r>
        <w:rPr>
          <w:b w:val="0"/>
          <w:i w:val="0"/>
        </w:rPr>
        <w:t>As both George and I were getting over terrible head colds we decided to quickly eat our sandwiches and leave for home at lunchtime. On arrival back at our bench our neighbour was laughing. We might like to know that our lunch was "in the dog". Our naughty Betsy had managed to get the lunchbox off our adjacent bench, had sneakily opened the lid and scoffed the lot. We set off for home and decided to stop at a Little Chef at Thrapston for some lunch. Recovering from these colds, it was one of those days when things didn’t go quite to plan. After lunch we got back in the car and rejoined the A14 dual carriageway once again at the busy roundabout where the Little Chef is sited. The trouble was that as we went up the slip road to the A14 we realised it was in the wrong direction…urgggh……going east instead of west and we couldn’t get off for miles and miles. We nearly ended up in Huntingdon. However, eventually once turned round and finally driving in the right direction, we did get home with no more dramas.</w:t>
      </w:r>
    </w:p>
    <w:p>
      <w:r>
        <w:rPr>
          <w:b w:val="0"/>
          <w:i w:val="0"/>
        </w:rPr>
        <w:t>Anne Taylor was one of those judging Labradors at the World Show 2008 and has kindly sent in her report : ‘Last week a number of British breeders were given the once in a lifetime opportunity to judge at one of the three World show events, in the Stockholm area of Sweden.</w:t>
      </w:r>
      <w:r>
        <w:br/>
      </w:r>
      <w:r>
        <w:rPr>
          <w:b w:val="0"/>
          <w:i w:val="0"/>
        </w:rPr>
        <w:br/>
        <w:t>‘Lynne Minchella (Dogs), and I (bitches &amp; BOB) had been asked to judge on the middle day at a lovely venue on a polo field. This had also been the venue for the first days showing. The final day was indoors at the equivalent to our NEC. The first day was extremely hot, the second not quite as much, and the third day quite pleasant.</w:t>
      </w:r>
    </w:p>
    <w:p>
      <w:r>
        <w:rPr>
          <w:b w:val="0"/>
          <w:i w:val="0"/>
        </w:rPr>
        <w:t>‘As always the Swedes have got organising shows down to a fine art. Not that far off Crufts for total entries this was a large event with exhibitors flying, sailing and driving in from many countries worldwide. There seemed to be Labs from about twenty different countries. Are Labs throughout the world that much different to each other? No I don’t think so. In every country we judge we find that fronts aren't what they should be, heads are often overdone and dogs overweight. Overall generally the rest of the dog is well made and breed type doesn't vary that much from country to country. The same applied here.</w:t>
      </w:r>
    </w:p>
    <w:p>
      <w:r>
        <w:rPr>
          <w:b w:val="0"/>
          <w:i w:val="0"/>
        </w:rPr>
        <w:t>‘We had a very enjoyable few days and for that we must thank everyone who was involved in putting on this show, and all the exhibitors who travelled such great distances.</w:t>
      </w:r>
    </w:p>
    <w:p>
      <w:r>
        <w:rPr>
          <w:b w:val="0"/>
          <w:i w:val="0"/>
        </w:rPr>
        <w:t>‘Results were: First day – Judges - Jim &amp; Elise Nolan + Anthony Allen. BOB</w:t>
      </w:r>
    </w:p>
    <w:p>
      <w:r>
        <w:rPr>
          <w:b w:val="0"/>
          <w:i w:val="0"/>
        </w:rPr>
        <w:t>NL Ch Fairywood's L'etoile St Sylvestre Breeder: C.M. Van Elewoud, Netherlands Owner: Marion Haesakkers &amp; Mc.Luskeys, Netherlands</w:t>
      </w:r>
    </w:p>
    <w:p>
      <w:r>
        <w:rPr>
          <w:b w:val="0"/>
          <w:i w:val="0"/>
        </w:rPr>
        <w:t>BOS Sw Sh Ch. Smart Fellows Saved By The Bell (It Sh Ch.Dolphingham Deedeetee X Swe Sh Ch.Smart Fellows Fine Sketches) Breeder: Yvonne Westerlund, Sweden Owner: Camilla Johansson, Sweden</w:t>
      </w:r>
    </w:p>
    <w:p>
      <w:r>
        <w:rPr>
          <w:b w:val="0"/>
          <w:i w:val="0"/>
        </w:rPr>
        <w:t>Dog CAC Surprising’s Valiant (Rocheby Old Smokey X Nor Sh Ch.Surprising’s Justina) Breeder/Owner: Eva &amp; Anne Mjelde, Norway</w:t>
      </w:r>
    </w:p>
    <w:p>
      <w:r>
        <w:rPr>
          <w:b w:val="0"/>
          <w:i w:val="0"/>
        </w:rPr>
        <w:t>Dog RCAC Charm Bluveil Mr.Darcy (Am.Ch.Langshott Game Force From Kimvalley X Charm’s Dancing In The Rain) Breeder: Charlene &amp; Jerome Moser, Italy Owner: Stefano Piva, Italy</w:t>
      </w:r>
      <w:r>
        <w:br/>
      </w:r>
      <w:r>
        <w:rPr>
          <w:b w:val="0"/>
          <w:i w:val="0"/>
        </w:rPr>
        <w:br/>
        <w:t>Bitch CAC Sinchers Honey For My Heart (Heavy Loaders Pep Talk X Country Looks Peal Is My Passion) Breeder: Maria Thorslund, Sweden Owner: Maria Grind, Sweden</w:t>
      </w:r>
      <w:r>
        <w:br/>
      </w:r>
      <w:r>
        <w:rPr>
          <w:b w:val="0"/>
          <w:i w:val="0"/>
        </w:rPr>
        <w:br/>
        <w:t>Bitch RCAC Bright Eyes Of Misty Dreams (Foulby Regan X Romana Gorska Fantazja) Breeder/Owner: Philippe Lammens, France</w:t>
      </w:r>
    </w:p>
    <w:p>
      <w:r>
        <w:rPr>
          <w:b w:val="0"/>
          <w:i w:val="0"/>
        </w:rPr>
        <w:t>Second day – Judges - Lynne Minchella &amp; Anne Taylor + Eivind Mjaerum, Norway (Juniors)</w:t>
      </w:r>
      <w:r>
        <w:br/>
      </w:r>
      <w:r>
        <w:rPr>
          <w:b w:val="0"/>
          <w:i w:val="0"/>
        </w:rPr>
        <w:br/>
        <w:t>BOB &amp; Best Bitch Fin Ch. Fin Ft Ch. Stronglines Piggywiggy (Int Fin Est Ch.Tawastway's Fooling Around X Int Fin Est Ch. Stronglie's Jolly Known)</w:t>
      </w:r>
    </w:p>
    <w:p>
      <w:r>
        <w:rPr>
          <w:b w:val="0"/>
          <w:i w:val="0"/>
        </w:rPr>
        <w:t>Owner/Breeder: Tinna Rantanen, Finland</w:t>
      </w:r>
    </w:p>
    <w:p>
      <w:r>
        <w:rPr>
          <w:b w:val="0"/>
          <w:i w:val="0"/>
        </w:rPr>
        <w:t>Bitch CAC Applejacks Song Society (Swe Sh Ch.Applejacks Whoop De Doodle X Swe Sh Ch.Labrador Vom Bedhard Golden Song) Owner/Breeder: Christer Ericsson &amp; Mailis Akesson, Sweden</w:t>
      </w:r>
    </w:p>
    <w:p>
      <w:r>
        <w:rPr>
          <w:b w:val="0"/>
          <w:i w:val="0"/>
        </w:rPr>
        <w:t>Bitch RCAC Fin Ch. Stronglines Kiss Kiss (Int Am Ch.Stronglines Goblin X Fin Ch. Stronglines Piggywiggy) Owner: Lotto Vuorinen, Finland Breeder: Tinna Rantanen, Finland</w:t>
      </w:r>
    </w:p>
    <w:p>
      <w:r>
        <w:rPr>
          <w:b w:val="0"/>
          <w:i w:val="0"/>
        </w:rPr>
        <w:t>Dog CAC It Ch.Rosanan Also In Sweden (Fin Ch.Stronglines Cooling Around X Fin Ch.Rosanan Taffeta Rose) Owner: Rosa Agostini, Italy Breeder:Rauni Aslamo, Finland</w:t>
      </w:r>
    </w:p>
    <w:p>
      <w:r>
        <w:rPr>
          <w:b w:val="0"/>
          <w:i w:val="0"/>
        </w:rPr>
        <w:t>Dog RCAC NL.Ger.Lux Ch.Farnfield Hakuna Matata (Wilndbeautys Paco Rabanne X Farnfield Tiramisu) Owner: M.A.Den Braven Van Woerkom, Netherlands Breeder: Richard Stafford, GB</w:t>
      </w:r>
      <w:r>
        <w:br/>
      </w:r>
      <w:r>
        <w:rPr>
          <w:b w:val="0"/>
          <w:i w:val="0"/>
        </w:rPr>
        <w:br/>
        <w:t>Third day – Judges – Tony Pascoe, Erica Jayes, Marilyn Prior, and Anne Liland (Norway)</w:t>
      </w:r>
      <w:r>
        <w:br/>
      </w:r>
      <w:r>
        <w:rPr>
          <w:b w:val="0"/>
          <w:i w:val="0"/>
        </w:rPr>
        <w:br/>
        <w:t>BOB &amp; Best Bitch &amp; CACIB Nuch Klungerhaugen's Oleanna (Jayncourst Significant Star X Klungerhaugen's Nova) Breeder: Aud Presthus, Norway Owner: Hilde Lyngstad|, Norway</w:t>
      </w:r>
      <w:r>
        <w:br/>
      </w:r>
      <w:r>
        <w:rPr>
          <w:b w:val="0"/>
          <w:i w:val="0"/>
        </w:rPr>
        <w:br/>
        <w:t>Best Dog &amp; CACIB Swe Sh Ch Smart Fellow's Saved By The Bell (It Sh Ch.Dolphingham Deedeetee X Swe Sh Ch.Smart Fellows Fine Sketches) Breeder: Westerlund Yvonne, Sweden Owner: Johansson Camilla, Sweden</w:t>
      </w:r>
    </w:p>
    <w:p>
      <w:r>
        <w:rPr>
          <w:b w:val="0"/>
          <w:i w:val="0"/>
        </w:rPr>
        <w:t>Bitch CACIB Nor Ch.Swe.Sh Ch.Mambrinos Ruby (Nor Ch.Volares Gulliver X Nor.Ch. Swe Sh.Ch.Mambrinos Gertie) Breeder/Owner: Jan Roger Sauge, Norway</w:t>
      </w:r>
    </w:p>
    <w:p>
      <w:r>
        <w:rPr>
          <w:b w:val="0"/>
          <w:i w:val="0"/>
        </w:rPr>
        <w:t>Dog RCACIB Nl.Ger.Lux Ch.Farnfield Hakuna Matata (Wilndbeautys Paco Rabanne X Farnfield Tiramisu)Owner: M.A.Den Braven Van Woerkom, NetherlandsBreeder: Richard Stafford, GB</w:t>
      </w:r>
      <w:r>
        <w:br/>
      </w:r>
      <w:r>
        <w:rPr>
          <w:b w:val="0"/>
          <w:i w:val="0"/>
        </w:rPr>
        <w:br/>
        <w:t>Bitch CAC Woefdram's No Fear (Inishfree X-Cite Of Ashford Castle X Woefdrams Ivory Isabella) Breeder/Owner: M.J Nugteren-Mulckhuijse, Netherlands</w:t>
      </w:r>
    </w:p>
    <w:p>
      <w:r>
        <w:rPr>
          <w:b w:val="0"/>
          <w:i w:val="0"/>
        </w:rPr>
        <w:t>Dog CAC Neth, Ger, Lux Ch. Farnfield Hakuna Matata (Wilndbeautys Paco Rabanne X Farnfield Tiramisu) Breeder: R.Stafford, GB Owner: M.A.Den Braven Van Woerkom, Netherlands</w:t>
      </w:r>
      <w:r>
        <w:br/>
      </w:r>
      <w:r>
        <w:rPr>
          <w:b w:val="0"/>
          <w:i w:val="0"/>
        </w:rPr>
        <w:br/>
        <w:t>Dog RCAC Surprising’s Valiant (Rocheby Old Smokey X Nor Sh Ch.Surprising’s Justina) Breeder/Owner: Eva &amp; Anne Mjelde, Norway</w:t>
      </w:r>
    </w:p>
    <w:p>
      <w:r>
        <w:rPr>
          <w:b w:val="0"/>
          <w:i w:val="0"/>
        </w:rPr>
        <w:t>Bitch RCAC Surprising’s Trixibelle (Dan.Swe Sh.Ch.Mallorns Toffee X Nor.Sh Ch.Surprising’s Louisa) Breeder: Eva &amp; Anne Mjelde, Norway Owner: Eva Mjelde, Norway"</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