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- 04/07/2014 - ISSUE"</w:t>
      </w:r>
      <w:r>
        <w:br/>
      </w:r>
      <w:r>
        <w:rPr>
          <w:b w:val="0"/>
          <w:i w:val="0"/>
        </w:rPr>
        <w:br/>
        <w:t>date_original: "04/07/2014 - ISSUE"</w:t>
      </w:r>
      <w:r>
        <w:br/>
      </w:r>
      <w:r>
        <w:rPr>
          <w:b w:val="0"/>
          <w:i w:val="0"/>
        </w:rPr>
        <w:br/>
        <w:t>source_url: "https://www.ourdogs.co.uk/members/breednotes/RetrieverLabradorMain.php"</w:t>
      </w:r>
      <w:r>
        <w:br/>
      </w:r>
      <w:r>
        <w:rPr>
          <w:b w:val="0"/>
          <w:i w:val="0"/>
        </w:rPr>
        <w:br/>
        <w:t>scraped_at: "2026-09-13T15:33:49"</w:t>
      </w:r>
      <w:r>
        <w:br/>
      </w:r>
      <w:r>
        <w:rPr>
          <w:b w:val="0"/>
          <w:i w:val="0"/>
        </w:rPr>
        <w:br/>
        <w:t>word_count: 1142</w:t>
      </w:r>
    </w:p>
    <w:p>
      <w:r>
        <w:t>――――――――――――――――――――――――――――――</w:t>
      </w:r>
    </w:p>
    <w:p>
      <w:r>
        <w:rPr>
          <w:b w:val="0"/>
          <w:i w:val="0"/>
        </w:rPr>
        <w:t>NEWS MEMBERS' AREA SHOP SUBSCRIBE UPCOMING SHOWS MORE</w:t>
      </w:r>
    </w:p>
    <w:p>
      <w:r>
        <w:rPr>
          <w:b w:val="0"/>
          <w:i w:val="0"/>
        </w:rPr>
        <w:t>RETRIEVER LABRADOR</w:t>
      </w:r>
    </w:p>
    <w:p>
      <w:r>
        <w:rPr>
          <w:b w:val="0"/>
          <w:i w:val="0"/>
        </w:rPr>
        <w:t>Issue: 04/07/2014</w:t>
      </w:r>
    </w:p>
    <w:p>
      <w:r>
        <w:rPr>
          <w:b w:val="0"/>
          <w:i w:val="0"/>
        </w:rPr>
        <w:t xml:space="preserve">Labradors at Windsor championship show were judged by Julia Lewis. I believe this was her second  appointment. I was entered, but in the end didn't make it.  The winners were Dog CC and Best of Breed Penny Carpaninis yellow Carpenny Melrose, winning his first CC. The Dog RCC winner was Richard Staffords yellow Sh Ch Farnfield Topo Gigio (ai) JW Sh.CM. The Bitch CC was a second for Yolande Shirtons yellow, Woolman Proper Starlight, whilst the Bitch RCC went to Marion Hopkinsons Rocheby Small Talk. Best puppy was Margaret Gawthorpes  Waterbrook Pillow Talk and Best Veteran Jenny Kings Linthwaite Apollo.  </w:t>
      </w:r>
    </w:p>
    <w:p>
      <w:r>
        <w:rPr>
          <w:b w:val="0"/>
          <w:i w:val="0"/>
        </w:rPr>
        <w:t xml:space="preserve">Because of an apparent internal oversight, the Kennel Club have in-advertently allowed two sets of  Labrador CCs to be awarded on the same day at two different championship shows. The West of England Labrador Club are holding their show on the first day of the two day Labrador breed club championship show weekend which starts on 8th November, sharing the same West of England venue for the weekend with the Joint Labrador championship show, which is the following day.  </w:t>
      </w:r>
    </w:p>
    <w:p>
      <w:r>
        <w:rPr>
          <w:b w:val="0"/>
          <w:i w:val="0"/>
        </w:rPr>
        <w:t xml:space="preserve">An evening Dinner and Dance will be held following the first days show. Unfortunately, through an oversight, Gundog Breeds of Scotland have also been granted Labrador CCs on the same day. It is fortuitous that both shows are at other ends of the country and entry is unlikely to be badly </w:t>
      </w:r>
    </w:p>
    <w:p>
      <w:r>
        <w:rPr>
          <w:b w:val="0"/>
          <w:i w:val="0"/>
        </w:rPr>
        <w:t xml:space="preserve">affected. </w:t>
      </w:r>
    </w:p>
    <w:p>
      <w:r>
        <w:rPr>
          <w:b w:val="0"/>
          <w:i w:val="0"/>
        </w:rPr>
        <w:t xml:space="preserve">Geoff Hatfield, Chairman of West of England Lab club has sent in the following statement.  </w:t>
      </w:r>
    </w:p>
    <w:p>
      <w:r>
        <w:rPr>
          <w:b w:val="0"/>
          <w:i w:val="0"/>
        </w:rPr>
        <w:t xml:space="preserve">"After the Kennel Club have mistakenly allowed the GBAS to change their show date from the 15th. </w:t>
      </w:r>
    </w:p>
    <w:p>
      <w:r>
        <w:rPr>
          <w:b w:val="0"/>
          <w:i w:val="0"/>
        </w:rPr>
        <w:t xml:space="preserve">November to the 8thNovember 2014, which is the same Saturday that our Ch. Show was already fully arranged and advertised, the West of England Labrador Club would like to remind everybody, that </w:t>
      </w:r>
    </w:p>
    <w:p>
      <w:r>
        <w:rPr>
          <w:b w:val="0"/>
          <w:i w:val="0"/>
        </w:rPr>
        <w:t xml:space="preserve">they are also hosting the Joint Labrador Clubs' Championship show on Sunday 9thNovember 2014, following the WELRC Championship Show on Saturday 8th.November.  </w:t>
      </w:r>
    </w:p>
    <w:p>
      <w:r>
        <w:rPr>
          <w:b w:val="0"/>
          <w:i w:val="0"/>
        </w:rPr>
        <w:t xml:space="preserve">There will also be a Dinner/ Dance held at the same venue as the two shows (Hutton Moor Leisure Centre, Weston-Super-Mare) on the Saturday evening, tickets for which, are available from Geoff Hatfield; email oakglenlabradors@btinternet.com. Schedules and online entries will shortly be available from Fosse Data for both the WELRC and the Joint Club's shows. The Kennel Club have apologised in writing to the club  for the KCs error and any affect it may have on our show entries". </w:t>
      </w:r>
    </w:p>
    <w:p>
      <w:r>
        <w:rPr>
          <w:b w:val="0"/>
          <w:i w:val="0"/>
        </w:rPr>
        <w:t xml:space="preserve">On Facebook some comments have occasionally been made about the presumed slowness of the online results service.  </w:t>
      </w:r>
    </w:p>
    <w:p>
      <w:r>
        <w:rPr>
          <w:b w:val="0"/>
          <w:i w:val="0"/>
        </w:rPr>
        <w:t xml:space="preserve">Actually, if you knew what happens and how many humans are involved to get the results up quickly for all to see, you would think it a miracle that we get anything quite so quickly as we do!  </w:t>
      </w:r>
    </w:p>
    <w:p>
      <w:r>
        <w:rPr>
          <w:b w:val="0"/>
          <w:i w:val="0"/>
        </w:rPr>
        <w:t xml:space="preserve">The slips, from which the printers work, are one of the set on each page of the judges Judging book. </w:t>
      </w:r>
    </w:p>
    <w:p>
      <w:r>
        <w:rPr>
          <w:b w:val="0"/>
          <w:i w:val="0"/>
        </w:rPr>
        <w:t xml:space="preserve">As they complete each class, the judge fills out the winners numbers on the judges slip and these numbers are then copied across the other columns.   </w:t>
      </w:r>
    </w:p>
    <w:p>
      <w:r>
        <w:rPr>
          <w:b w:val="0"/>
          <w:i w:val="0"/>
        </w:rPr>
        <w:t xml:space="preserve">One slip goes on the award board by the ring, from which those present may fill in their catalogues. </w:t>
      </w:r>
    </w:p>
    <w:p>
      <w:r>
        <w:rPr>
          <w:b w:val="0"/>
          <w:i w:val="0"/>
        </w:rPr>
        <w:t xml:space="preserve">Of the other slips, one stays in the book for the judge and the others are eventually collected from the judges table by slip runners or committee members or passing group stewards and are then </w:t>
      </w:r>
    </w:p>
    <w:p>
      <w:r>
        <w:rPr>
          <w:b w:val="0"/>
          <w:i w:val="0"/>
        </w:rPr>
        <w:t xml:space="preserve">delivered to the office and to the printers.  </w:t>
      </w:r>
    </w:p>
    <w:p>
      <w:r>
        <w:rPr>
          <w:b w:val="0"/>
          <w:i w:val="0"/>
        </w:rPr>
        <w:t xml:space="preserve">The printers then collate the slips class by class, double checking the number of the dog on the slip is actually the dog entered in that class. If is wrong then the judge has to be found at his/her ring or if he/she has finished judging, somewhere on the show site, to give the correct information about the placed dog whose number doesn't tie up.  </w:t>
      </w:r>
    </w:p>
    <w:p>
      <w:r>
        <w:rPr>
          <w:b w:val="0"/>
          <w:i w:val="0"/>
        </w:rPr>
        <w:t xml:space="preserve">The results are then typed up, by one or at most two operatives from the printers and finally they </w:t>
      </w:r>
    </w:p>
    <w:p>
      <w:r>
        <w:rPr>
          <w:b w:val="0"/>
          <w:i w:val="0"/>
        </w:rPr>
        <w:t xml:space="preserve">are published on the printers website, Higham Press or Fosse Data.  </w:t>
      </w:r>
    </w:p>
    <w:p>
      <w:r>
        <w:rPr>
          <w:b w:val="0"/>
          <w:i w:val="0"/>
        </w:rPr>
        <w:t xml:space="preserve">Remember, this is done for every single breed on the day not just Labradors.  </w:t>
      </w:r>
    </w:p>
    <w:p>
      <w:r>
        <w:rPr>
          <w:b w:val="0"/>
          <w:i w:val="0"/>
        </w:rPr>
        <w:t xml:space="preserve">So, in actual fact rather than mistakenly thinking that the printers are unbelievably slow, be absolutely amazed that there are any results at all before mid-afternoon. They really are fast considering what has to be done behind the scenes and how many other breeds are also being dealt with at the same time and waiting for their results to be published. </w:t>
      </w:r>
    </w:p>
    <w:p>
      <w:r>
        <w:rPr>
          <w:b w:val="0"/>
          <w:i w:val="0"/>
        </w:rPr>
        <w:t xml:space="preserve">Yvette Goodman of the  Lulukella Labradors has spotted an error in the judges critique in the dog press for Midland Counties Labrador Club championship show where the judge Mrs Marlene Taylor. </w:t>
      </w:r>
    </w:p>
    <w:p>
      <w:r>
        <w:rPr>
          <w:b w:val="0"/>
          <w:i w:val="0"/>
        </w:rPr>
        <w:t xml:space="preserve">Unfortunately, Yvettes bitches name, Lulukella's Yellow was not printed, but that of her sire. </w:t>
      </w:r>
    </w:p>
    <w:p>
      <w:r>
        <w:rPr>
          <w:b w:val="0"/>
          <w:i w:val="0"/>
        </w:rPr>
        <w:t xml:space="preserve">Lulukellas Yellow was in fact  placed 2nd in the Graduate class.  Yvette says" I think the mistake may have occurred as she is called 'Yellow', but is in fact black!  She was named after the Coldplay song!" </w:t>
      </w:r>
    </w:p>
    <w:p>
      <w:r>
        <w:rPr>
          <w:b w:val="0"/>
          <w:i w:val="0"/>
        </w:rPr>
        <w:t xml:space="preserve">A statement from the Kennel Club regarding critiques and their publishing.  'All judges at </w:t>
      </w:r>
    </w:p>
    <w:p>
      <w:r>
        <w:rPr>
          <w:b w:val="0"/>
          <w:i w:val="0"/>
        </w:rPr>
        <w:t xml:space="preserve">Championship Shows and Open Breed Club Shows must produce a written critique for the first two placings in each class, and will dispatch these to at least one of the weekly United Kingdom Canine journals.' (Our Dogs and Dog World). </w:t>
      </w:r>
    </w:p>
    <w:p>
      <w:r>
        <w:rPr>
          <w:b w:val="0"/>
          <w:i w:val="0"/>
        </w:rPr>
        <w:t xml:space="preserve">Caroline Kisko, Kennel Club Secretary, said: "Whilst the vast majority of judges are following the correct procedure, there have been instances of critiques being submitted to various places online, including Facebook pages and club websites, rather than to either one of the weekly dog papers which should be the case. </w:t>
      </w:r>
    </w:p>
    <w:p>
      <w:r>
        <w:rPr>
          <w:b w:val="0"/>
          <w:i w:val="0"/>
        </w:rPr>
        <w:t xml:space="preserve">"Judges are welcome to add their critiques to social media and other outlets but must also </w:t>
      </w:r>
    </w:p>
    <w:p>
      <w:r>
        <w:rPr>
          <w:b w:val="0"/>
          <w:i w:val="0"/>
        </w:rPr>
        <w:t xml:space="preserve">remember to send them, preferably first, to either Our Dogs and/or Dog World as required by </w:t>
      </w:r>
    </w:p>
    <w:p>
      <w:r>
        <w:rPr>
          <w:b w:val="0"/>
          <w:i w:val="0"/>
        </w:rPr>
        <w:t xml:space="preserve">Kennel Club regulations." </w:t>
      </w:r>
    </w:p>
    <w:p>
      <w:r>
        <w:rPr>
          <w:b w:val="0"/>
          <w:i w:val="0"/>
        </w:rPr>
        <w:t xml:space="preserve">The Kennel Club's regulations can be found at www.thekennelclub.org.uk/media/49543/showregs.pdf </w:t>
      </w:r>
    </w:p>
    <w:p>
      <w:r>
        <w:rPr>
          <w:b w:val="0"/>
          <w:i w:val="0"/>
        </w:rPr>
        <w:t xml:space="preserve">The Kennel Club has published a set of FAQs which cover the most common questions addressed to the Kennel Club by both exhibitors and judges in regard to show regulations, which can be viewed at www.thekennelclub.org.uk/activities/dog-showing/already-involved-in-dog- </w:t>
      </w:r>
    </w:p>
    <w:p>
      <w:r>
        <w:rPr>
          <w:b w:val="0"/>
          <w:i w:val="0"/>
        </w:rPr>
        <w:t xml:space="preserve">showing/exhibitors and www.thekennelclub.org.uk/activities/dog-showing/already-involved- </w:t>
      </w:r>
    </w:p>
    <w:p>
      <w:r>
        <w:rPr>
          <w:b w:val="0"/>
          <w:i w:val="0"/>
        </w:rPr>
        <w:t xml:space="preserve">in-dog-showing/judges respectively. </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