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- 20/04/2018 - ISSUE"</w:t>
      </w:r>
      <w:r>
        <w:br/>
      </w:r>
      <w:r>
        <w:rPr>
          <w:b w:val="0"/>
          <w:i w:val="0"/>
        </w:rPr>
        <w:br/>
        <w:t>date_original: "20/04/2018 - ISSUE"</w:t>
      </w:r>
      <w:r>
        <w:br/>
      </w:r>
      <w:r>
        <w:rPr>
          <w:b w:val="0"/>
          <w:i w:val="0"/>
        </w:rPr>
        <w:br/>
        <w:t>source_url: "https://www.ourdogs.co.uk/members/breednotes/RetrieverLabradorMain.php"</w:t>
      </w:r>
      <w:r>
        <w:br/>
      </w:r>
      <w:r>
        <w:rPr>
          <w:b w:val="0"/>
          <w:i w:val="0"/>
        </w:rPr>
        <w:br/>
        <w:t>scraped_at: "2026-09-13T15:23:19"</w:t>
      </w:r>
      <w:r>
        <w:br/>
      </w:r>
      <w:r>
        <w:rPr>
          <w:b w:val="0"/>
          <w:i w:val="0"/>
        </w:rPr>
        <w:br/>
        <w:t>word_count: 1479</w:t>
      </w:r>
    </w:p>
    <w:p>
      <w:r>
        <w:t>――――――――――――――――――――――――――――――</w:t>
      </w:r>
    </w:p>
    <w:p>
      <w:r>
        <w:rPr>
          <w:b w:val="0"/>
          <w:i w:val="0"/>
        </w:rPr>
        <w:t>NEWS MEMBERS' AREA SHOP SUBSCRIBE UPCOMING SHOWS MORE</w:t>
      </w:r>
    </w:p>
    <w:p>
      <w:r>
        <w:rPr>
          <w:b w:val="0"/>
          <w:i w:val="0"/>
        </w:rPr>
        <w:t>RETRIEVER LABRADOR</w:t>
      </w:r>
    </w:p>
    <w:p>
      <w:r>
        <w:rPr>
          <w:b w:val="0"/>
          <w:i w:val="0"/>
        </w:rPr>
        <w:t>Issue: 20/04/2018</w:t>
      </w:r>
    </w:p>
    <w:p>
      <w:r>
        <w:rPr>
          <w:b w:val="0"/>
          <w:i w:val="0"/>
        </w:rPr>
        <w:t xml:space="preserve">Our Labrador Breed standard, like that of the majority of breeds, states "LEVEL TOPLINE". The topline runs from the withers, along the back, across the loin and croup to the base of tail.  </w:t>
      </w:r>
    </w:p>
    <w:p>
      <w:r>
        <w:rPr>
          <w:b w:val="0"/>
          <w:i w:val="0"/>
        </w:rPr>
        <w:t>How come I am seeing saggy toplines  being completely ignored by some perhaps lesser experienced judges? A saggy topline is a bad fault.</w:t>
      </w:r>
    </w:p>
    <w:p>
      <w:r>
        <w:rPr>
          <w:b w:val="0"/>
          <w:i w:val="0"/>
        </w:rPr>
        <w:t xml:space="preserve">I recall this discussion on toplines has taken place before; about twenty five years ago, when challenged at that time about toplines in Labradors, two owners who were also judges firmly defended  the sagging toplines of their exhibits,  both fervently insisting that no mention of the topline was included in the Breed standard and because of that, it didn't matter. </w:t>
      </w:r>
    </w:p>
    <w:p>
      <w:r>
        <w:rPr>
          <w:b w:val="0"/>
          <w:i w:val="0"/>
        </w:rPr>
        <w:t>They objected with such misplaced confidence, we finally got out the breed standard and showed it to them in black and white. IT MOST CERTAINLY WAS  WRITTEN IN THE BREED STANDARD THEN AND IT STILL IS NOW! The 2018 Labrador standard still reads :-</w:t>
      </w:r>
    </w:p>
    <w:p>
      <w:r>
        <w:rPr>
          <w:b w:val="0"/>
          <w:i w:val="0"/>
        </w:rPr>
        <w:t>" Chest of good width and depth, with well sprung barrel ribs - this effect not to be produced by carrying excessive weight. Level topline. Loins wide, short-coupled and strong."</w:t>
      </w:r>
    </w:p>
    <w:p>
      <w:r>
        <w:rPr>
          <w:b w:val="0"/>
          <w:i w:val="0"/>
        </w:rPr>
        <w:t xml:space="preserve">There are good reasons for this requirement, one of several being that the spinal joints and muscles of a strong, firm and level topline, as opposed to a weak, slack, sagging one, are spared excessive everyday wear and tear, whereas the sagging ones are certainly not, as pain in old age will probably prove. </w:t>
      </w:r>
    </w:p>
    <w:p>
      <w:r>
        <w:rPr>
          <w:b w:val="0"/>
          <w:i w:val="0"/>
        </w:rPr>
        <w:t xml:space="preserve">When judging to assess the topline, stand well back from the exhibit, certainly not crowding up close or from directly above, looking down on the dogs back or poking about a bit, as some newer judges are won't to do. From a  distance, in profile a hammock topline stands out like a sore thumb. Of course when you get your hands on the less than perfect topline, your brain should easily tell you it is incorrect and your placings will certainly demonstrate to those watching you from the ringside that youve twigged that the topline is wrong because it sags. Hopefully, with enlightenment and example we may see an improvement. </w:t>
      </w:r>
    </w:p>
    <w:p>
      <w:r>
        <w:rPr>
          <w:b w:val="0"/>
          <w:i w:val="0"/>
        </w:rPr>
        <w:t xml:space="preserve">Two weeks ago two Breed Club Championship shows were held. The first one, the Labrador Club of Scotland in Lanark on the Saturday and the other, Midland Counties Lab Club on the very next day, Sunday at Stafford. </w:t>
      </w:r>
    </w:p>
    <w:p>
      <w:r>
        <w:rPr>
          <w:b w:val="0"/>
          <w:i w:val="0"/>
        </w:rPr>
        <w:t>The judges at the Scottish Lab Club show were myself judging  Dogs and David Nightingale, judging Bitches. David was standing in for Lorna Blackie, who is poorly at the moment following a nasty  accident and hospitalisation some weeks ago. Our very best wishes go to Lorna at this painful time.</w:t>
      </w:r>
    </w:p>
    <w:p>
      <w:r>
        <w:rPr>
          <w:b w:val="0"/>
          <w:i w:val="0"/>
        </w:rPr>
        <w:t>From an entry of 191, which was up on previous years, the Dog CC was won by the Junior Dog winner Clare Logan's Madgack Mulberry (Afinmore Alain JW Sh CM x Shaymiloney Serena at Madgack), whilst the Dog RCC went to Margaret Litherlands chocolate Oakhouse Oscar Pistorios who was 2nd to the CC winner in the same exciting, quality filled Junior class ; overall the best class of the day for quality males.</w:t>
      </w:r>
    </w:p>
    <w:p>
      <w:r>
        <w:rPr>
          <w:b w:val="0"/>
          <w:i w:val="0"/>
        </w:rPr>
        <w:t>The Bitch CC and Best in Show on the referee, Robin Pollocks decision went to Maxine Woodleys black bitch A Sense of Pleasures Ylvi at Alkamhurst, (about whom I had no complaints as she had already won her Yearling class under me last autumn at Northumberland and Durham LRC Ch show) . The Bitch RCC was won by David Coodes black, Warringahs Gurley JW.</w:t>
      </w:r>
    </w:p>
    <w:p>
      <w:r>
        <w:rPr>
          <w:b w:val="0"/>
          <w:i w:val="0"/>
        </w:rPr>
        <w:t>Best Puppy was the yellow dog, Halshimoor Pitch Battle at Shanorrell owned by the Rawlinson and Balshaw partnership.</w:t>
      </w:r>
    </w:p>
    <w:p>
      <w:r>
        <w:rPr>
          <w:b w:val="0"/>
          <w:i w:val="0"/>
        </w:rPr>
        <w:t xml:space="preserve">After the show I wrote "One of the joys of judging is encountering an absolutely stunning new one in unknown hands and hopefully setting him on his way to future success. Reminds me so much of the top quality black Champion dogs of some  years past, the classic type we should ensure we never lose.  </w:t>
      </w:r>
    </w:p>
    <w:p>
      <w:r>
        <w:rPr>
          <w:b w:val="0"/>
          <w:i w:val="0"/>
        </w:rPr>
        <w:t>(AMB  - written a week later, thinking notably of Sh Ch Balrion Kings Ransome who it turns out is way back twice in the pedigree of the CC winning dogs dam).</w:t>
      </w:r>
    </w:p>
    <w:p>
      <w:r>
        <w:rPr>
          <w:b w:val="0"/>
          <w:i w:val="0"/>
        </w:rPr>
        <w:t xml:space="preserve">It was a most friendly show with a happy atmosphere, the roof nearly taking off from ringside cheering when the CC winners were  announced . </w:t>
      </w:r>
    </w:p>
    <w:p>
      <w:r>
        <w:rPr>
          <w:b w:val="0"/>
          <w:i w:val="0"/>
        </w:rPr>
        <w:t>The following day was Midland .Counties LRC CH Show,  at Stafford with a huge entry of over 300 for judges Margaret Brown and Gary Johnson. I missed the show, being some ten miles away at a Terrier show which date clashed with the Lab show. The Dog CC went to Fiona Maclean's chocolate,  Afinmore Alain JW ShCM the sIre of the previous days dog CC winner, with the RCC being won by Fiona Braddons yellow Trendlewood Born to Run.</w:t>
      </w:r>
    </w:p>
    <w:p>
      <w:r>
        <w:rPr>
          <w:b w:val="0"/>
          <w:i w:val="0"/>
        </w:rPr>
        <w:t xml:space="preserve">The Bitch CC was won by Marion Hopkinsons yellow Sh Ch Kilburnpark Miss Maureen at Rocheby whilst the RCC went to the Graduate winner, who was the bitch CC winner of the previous day, Maxine Woodleys black A Sense of Pleasures Ylvi at Alkamhurst . Not sure about Best Puppy in Show. </w:t>
      </w:r>
    </w:p>
    <w:p>
      <w:r>
        <w:rPr>
          <w:b w:val="0"/>
          <w:i w:val="0"/>
        </w:rPr>
        <w:t>Margaret Barker, Secretary of Lab Club of Wales writes "The Labrador Retriever Club Of Wales held its spring Open Show in Caerphilly on Saturday April 14th. Judge Gail Dodd drew an entry of 30 dogs and 52 bitches making a total of 102 class entries. We were particularly pleased with the low number of absentees.</w:t>
      </w:r>
    </w:p>
    <w:p>
      <w:r>
        <w:rPr>
          <w:b w:val="0"/>
          <w:i w:val="0"/>
        </w:rPr>
        <w:t>The day began with a minute's silence in honour of founder member, later life member, and great supporter of the Club Ann Powell, who sadly passed away at the beginning of the week.</w:t>
      </w:r>
    </w:p>
    <w:p>
      <w:r>
        <w:rPr>
          <w:b w:val="0"/>
          <w:i w:val="0"/>
        </w:rPr>
        <w:t>Best in Show was David Coode's Special Working winning chocolate Bitch Warringah's Gulwarra J.W.(Rayleas Hot-Shot At Warringah J.W. (Imp.Fr)/Warringah's Gurley J.W.). Reserve Best In Show and Best Opposite Sex was Colin and Donna Price's yellow Post Graduate Dog winner Rowanhol London Welsh (Devonshires London Edition (Imp.USA)/Rowanhol Rock Queen).</w:t>
      </w:r>
    </w:p>
    <w:p>
      <w:r>
        <w:rPr>
          <w:b w:val="0"/>
          <w:i w:val="0"/>
        </w:rPr>
        <w:t>Best Puppy in Show went to Paul and Irene Collins's 11 month old Black Bitch Carromer Worth A Glance At Kaspair (Sh.Ch. Carromer's Blue Lagoon/Sh.Ch. Carromer Hot Off The Press).</w:t>
      </w:r>
    </w:p>
    <w:p>
      <w:r>
        <w:rPr>
          <w:b w:val="0"/>
          <w:i w:val="0"/>
        </w:rPr>
        <w:t>The other end of the age scale also proved successful for the Collins's with Best Veteran going to their 10 Â¾year old yellow Bitch, Kaspair Play Misty For Me (Sh.Ch. Ramsayville Rain Stops Play/Eneleon Honesty With Kaspair).</w:t>
      </w:r>
    </w:p>
    <w:p>
      <w:r>
        <w:rPr>
          <w:b w:val="0"/>
          <w:i w:val="0"/>
        </w:rPr>
        <w:t xml:space="preserve">Full results are available at www.labclubofwales.co.uk  [not yet but will be soon! </w:t>
      </w:r>
    </w:p>
    <w:p>
      <w:r>
        <w:rPr>
          <w:b w:val="0"/>
          <w:i w:val="0"/>
        </w:rPr>
        <w:t xml:space="preserve">A correction to Kent Surrey and Sussex Ch Show results. Judith Charlton, the Bitch judge has kindly let me know that Best Puppy in Breed was in fact Marion Hopkinsons yellow bitch Rocheby Souffle. </w:t>
      </w:r>
    </w:p>
    <w:p>
      <w:r>
        <w:rPr>
          <w:b w:val="0"/>
          <w:i w:val="0"/>
        </w:rPr>
        <w:t>A plea from me, and probably all unpaid Breed Note writers, could major winners or club officials just email me their final show results as used to happen. My Email address is at the foot of these notes. It only takes a few seconds, just to put the owners name, dogs name and what they won with regards to CC, RCC and Best Puppy in Breed. It would be greatly appreciated. I am not clairvoyant and it is nice to get things correct for the end of year Breed results too.</w:t>
      </w:r>
    </w:p>
    <w:p>
      <w:r>
        <w:rPr>
          <w:b w:val="0"/>
          <w:i w:val="0"/>
        </w:rPr>
        <w:t>Finally after a busy few days of shows, the rescheduled East Anglian Lab Club Show was held on 15th April, the initial show date being abandoned due to snow.</w:t>
      </w:r>
    </w:p>
    <w:p>
      <w:r>
        <w:rPr>
          <w:b w:val="0"/>
          <w:i w:val="0"/>
        </w:rPr>
        <w:t xml:space="preserve">The judges were Margaret Coddington (dogs) and Mandy Stewart (Bitches). The winners were Dog CC and BOB on the referees decision, Christine Bailiss's yellow, Sh Ch Tissalian Hi Jack . Dog RCC Marion Hopkinsons yellow Sh Ch Rocheby Horn Blower. Bitch CC and made up on the day Balshaw and Rawlinsons yellow Shanorrell Soiree at Halshimoor. The Bitch RCC went to David Coodes chocolate Warringahs Gulwarra whilst Davids Ch Warringahs Gundaroo went Best Veteran in Show. Best Puppy was the Hodge family's black Naiken Dance Rhythm. </w:t>
      </w:r>
    </w:p>
    <w:p>
      <w:r>
        <w:rPr>
          <w:b w:val="0"/>
          <w:i w:val="0"/>
        </w:rPr>
        <w:t xml:space="preserve">Anne Powell's funeral will be at 11.00 on Friday 20th April at St. Illtud's Church (spelling may vary slightly), Old Abergavenny Road, Mamhilad, Pontypool, NP4 0JF. </w:t>
      </w:r>
    </w:p>
    <w:p>
      <w:r>
        <w:rPr>
          <w:b w:val="0"/>
          <w:i w:val="0"/>
        </w:rPr>
        <w:t xml:space="preserve">The church is opposite the Star Inn where I understand you can use their car park. Please be aware that there is another, better known, church of the same  name not too far away at Aberbeeg. </w:t>
      </w:r>
    </w:p>
    <w:p>
      <w:r>
        <w:rPr>
          <w:b w:val="0"/>
          <w:i w:val="0"/>
        </w:rPr>
        <w:t xml:space="preserve">Ann Britton </w:t>
      </w:r>
    </w:p>
    <w:p>
      <w:r>
        <w:rPr>
          <w:b w:val="0"/>
          <w:i w:val="0"/>
        </w:rPr>
        <w:t xml:space="preserve">01989720665 </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