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Aug 2004"</w:t>
      </w:r>
      <w:r>
        <w:br/>
      </w:r>
      <w:r>
        <w:rPr>
          <w:b w:val="0"/>
          <w:i w:val="0"/>
        </w:rPr>
        <w:br/>
        <w:t>date_original: "13 Aug 2004"</w:t>
      </w:r>
      <w:r>
        <w:br/>
      </w:r>
      <w:r>
        <w:rPr>
          <w:b w:val="0"/>
          <w:i w:val="0"/>
        </w:rPr>
        <w:br/>
        <w:t>source_url: "https://www.ourdogs.co.uk/members/breednotes/2004/RetrieverLabrador/RetrieverLabrador-aug13.htm"</w:t>
      </w:r>
      <w:r>
        <w:br/>
      </w:r>
      <w:r>
        <w:rPr>
          <w:b w:val="0"/>
          <w:i w:val="0"/>
        </w:rPr>
        <w:br/>
        <w:t>archive_type: "static_html"</w:t>
      </w:r>
      <w:r>
        <w:br/>
      </w:r>
      <w:r>
        <w:rPr>
          <w:b w:val="0"/>
          <w:i w:val="0"/>
        </w:rPr>
        <w:br/>
        <w:t>scraped_at: "2026-09-13T22:12:59"</w:t>
      </w:r>
      <w:r>
        <w:br/>
      </w:r>
      <w:r>
        <w:rPr>
          <w:b w:val="0"/>
          <w:i w:val="0"/>
        </w:rPr>
        <w:br/>
        <w:t>word_count: 954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Please note Labrador judging at SKC under Margaret Gawthorpe will start at 8.30am.</w:t>
      </w:r>
      <w:r>
        <w:br/>
      </w:r>
      <w:r>
        <w:rPr>
          <w:b w:val="0"/>
          <w:i w:val="0"/>
        </w:rPr>
        <w:br/>
        <w:t>Janice Pritchard has a new Email address, which is janicepritchard@onetel.com.</w:t>
      </w:r>
      <w:r>
        <w:br/>
      </w:r>
      <w:r>
        <w:rPr>
          <w:b w:val="0"/>
          <w:i w:val="0"/>
        </w:rPr>
        <w:br/>
        <w:t>No shows this weekend, so time to cut grass, hedges, weed the garden, paint the house and contemplate all the other “relaxing” things one can find to do when not driving hundreds of miles to dog-shows.</w:t>
      </w:r>
    </w:p>
    <w:p>
      <w:r>
        <w:rPr>
          <w:b w:val="0"/>
          <w:i w:val="0"/>
        </w:rPr>
        <w:t>Recently, the weather here in this part of Herefordshire has been unbearably hot and humid, with unbroken sun all day, for weeks on end, until that is, the day Carole and David Coode (Warringah) finally moved from Godalming, into their new Herefordshire home, some five miles from here.</w:t>
      </w:r>
    </w:p>
    <w:p>
      <w:r>
        <w:rPr>
          <w:b w:val="0"/>
          <w:i w:val="0"/>
        </w:rPr>
        <w:t>On removal day, August 3rd, dawn broke and along with it, so did the weather. The sky turned black, it thundered, there was lightning and rain fell in torrents with no let up for three solid hours . Quite surreal! Some people certainly do manage to make an entrance!</w:t>
      </w:r>
      <w:r>
        <w:br/>
      </w:r>
      <w:r>
        <w:rPr>
          <w:b w:val="0"/>
          <w:i w:val="0"/>
        </w:rPr>
        <w:br/>
        <w:t>Isn’t this so typical of our country’s climate - just when you would really appreciate a fine day, it decides to pour with rain; whether it is for an outside dog show or just to coincide with the removal men carrying in ones very best furniture!</w:t>
      </w:r>
    </w:p>
    <w:p>
      <w:r>
        <w:rPr>
          <w:b w:val="0"/>
          <w:i w:val="0"/>
        </w:rPr>
        <w:t>Janice Pritchard very cleverly and tongue in cheek, called this Ross on Wye area, Labrador Silicon Valley, for as well as myself, Penny Carpanini lives only half a mile away as the crow flies, Pat Davies (Holmajor) lives near Ross, Mandy Stewart (Streamanda) is close by and now Carole and David Coode are only five miles distant. We wish the Coodes and their dogs much happiness in their new abode. Perhaps we should invest in a Labrador dog-show bus and a driver to ferry us all around in our dotage?</w:t>
      </w:r>
    </w:p>
    <w:p>
      <w:r>
        <w:rPr>
          <w:b w:val="0"/>
          <w:i w:val="0"/>
        </w:rPr>
        <w:t>Many exhibitors will know Pamela Hill, who helps Diana Downey Tulloch show her dogs. Indeed, Pamela handled Diana’s yellow bitch Sh Ch Tullochmohr Thespian JW to her title last year. Now there is another successful handler in Pamela’s family. This time it is Pamela’s niece, 9 years old, Emma Craig, who is in the spotlight. At East of England Championship Show, Emma handled her Golden Retriever to 3rd place out of 24 entries in the Post Graduate Bitch class. She was also the winner of the Junior Handling Association Handling class 6 – 11 years of age at the same show. The following weekend, this time at Leeds Championship Show, she was in the cards again and was 2nd in the YKC handling Class 6 – 11 year old. Many congratulations.</w:t>
      </w:r>
    </w:p>
    <w:p>
      <w:r>
        <w:rPr>
          <w:b w:val="0"/>
          <w:i w:val="0"/>
        </w:rPr>
        <w:t>Following on from last week’s results, there ar e now more competition results to hand, updated to the end of July.</w:t>
      </w:r>
    </w:p>
    <w:p>
      <w:r>
        <w:rPr>
          <w:b w:val="0"/>
          <w:i w:val="0"/>
        </w:rPr>
        <w:t>Our Dogs/Eucanuba- Top Labrador Breeder is Diana Downey Tulloch</w:t>
      </w:r>
      <w:r>
        <w:br/>
      </w:r>
      <w:r>
        <w:rPr>
          <w:b w:val="0"/>
          <w:i w:val="0"/>
        </w:rPr>
        <w:br/>
        <w:t>Our Dogs/ Pedigree -Top Labrador Sire based on the number of wins recorded by progeny under 12 months of age, is Lynda Miles black dog Llanstinan Marcus (Bowstones Bertie Wooster of Llanstinan x Bowstones Chantilly of Llanstinan).</w:t>
      </w:r>
    </w:p>
    <w:p>
      <w:r>
        <w:rPr>
          <w:b w:val="0"/>
          <w:i w:val="0"/>
        </w:rPr>
        <w:t>Our Dogs/ Pedigree - Top Labrador Puppy and joint Top Puppy All Breeds is Llanstinan Buzby Bowstones JW</w:t>
      </w:r>
    </w:p>
    <w:p>
      <w:r>
        <w:rPr>
          <w:b w:val="0"/>
          <w:i w:val="0"/>
        </w:rPr>
        <w:t>Dog World/Pedigree Top Labrador Dog and in 2nd position overall Gundogs is Sh Ch Tullochmohr Final Edition JW.</w:t>
      </w:r>
    </w:p>
    <w:p>
      <w:r>
        <w:rPr>
          <w:b w:val="0"/>
          <w:i w:val="0"/>
        </w:rPr>
        <w:t>More judges have been announced for 2005. They are as follows – Windsor- Dogs- Carole Coode, Bitches- Penny Carpanini; Paignton Dogs- Mervyn Reynolds, Bitches Margaret Grant; East of England- Dogs- Tom Grant, Bitches David Wilmshurst; SKC August- D and B- Eileen Jackson;</w:t>
      </w:r>
    </w:p>
    <w:p>
      <w:r>
        <w:rPr>
          <w:b w:val="0"/>
          <w:i w:val="0"/>
        </w:rPr>
        <w:t>City of Birmingham-D and B- Per Iversen; West of England Labrador Club- Dogs- Mrs Marlene Taylor, Bitches Miss Anne Taylor.</w:t>
      </w:r>
    </w:p>
    <w:p>
      <w:r>
        <w:rPr>
          <w:b w:val="0"/>
          <w:i w:val="0"/>
        </w:rPr>
        <w:t>Ann Britton 01989 720665</w:t>
      </w:r>
    </w:p>
    <w:p>
      <w:r>
        <w:rPr>
          <w:b w:val="0"/>
          <w:i w:val="0"/>
        </w:rP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