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- 12/05/2017 - ISSUE"</w:t>
      </w:r>
      <w:r>
        <w:br/>
      </w:r>
      <w:r>
        <w:rPr>
          <w:b w:val="0"/>
          <w:i w:val="0"/>
        </w:rPr>
        <w:br/>
        <w:t>date_original: "12/05/2017 - ISSUE"</w:t>
      </w:r>
      <w:r>
        <w:br/>
      </w:r>
      <w:r>
        <w:rPr>
          <w:b w:val="0"/>
          <w:i w:val="0"/>
        </w:rPr>
        <w:br/>
        <w:t>source_url: "https://www.ourdogs.co.uk/members/breednotes/RetrieverLabradorMain.php"</w:t>
      </w:r>
      <w:r>
        <w:br/>
      </w:r>
      <w:r>
        <w:rPr>
          <w:b w:val="0"/>
          <w:i w:val="0"/>
        </w:rPr>
        <w:br/>
        <w:t>scraped_at: "2026-09-13T15:26:08"</w:t>
      </w:r>
      <w:r>
        <w:br/>
      </w:r>
      <w:r>
        <w:rPr>
          <w:b w:val="0"/>
          <w:i w:val="0"/>
        </w:rPr>
        <w:br/>
        <w:t>word_count: 620</w:t>
      </w:r>
    </w:p>
    <w:p>
      <w:r>
        <w:t>――――――――――――――――――――――――――――――</w:t>
      </w:r>
    </w:p>
    <w:p>
      <w:r>
        <w:rPr>
          <w:b w:val="0"/>
          <w:i w:val="0"/>
        </w:rPr>
        <w:t>NEWS MEMBERS' AREA SHOP SUBSCRIBE UPCOMING SHOWS MORE</w:t>
      </w:r>
    </w:p>
    <w:p>
      <w:r>
        <w:rPr>
          <w:b w:val="0"/>
          <w:i w:val="0"/>
        </w:rPr>
        <w:t>RETRIEVER LABRADOR</w:t>
      </w:r>
    </w:p>
    <w:p>
      <w:r>
        <w:rPr>
          <w:b w:val="0"/>
          <w:i w:val="0"/>
        </w:rPr>
        <w:t>Issue: 12/05/2017</w:t>
      </w:r>
    </w:p>
    <w:p>
      <w:r>
        <w:rPr>
          <w:b w:val="0"/>
          <w:i w:val="0"/>
        </w:rPr>
        <w:t xml:space="preserve">Paul Collins took on his second CC appointment with an entry of 231 dogs and bitches at WELKS. </w:t>
      </w:r>
    </w:p>
    <w:p>
      <w:r>
        <w:rPr>
          <w:b w:val="0"/>
          <w:i w:val="0"/>
        </w:rPr>
        <w:t xml:space="preserve">It was a grey, overcast day, but the rain held off and judging was outside. The temperature was bone chilling and later photos showed some lucky exhibitors snuggled under blankets which they had </w:t>
      </w:r>
    </w:p>
    <w:p>
      <w:r>
        <w:rPr>
          <w:b w:val="0"/>
          <w:i w:val="0"/>
        </w:rPr>
        <w:t>thought to bring from home or buy at the show, whilst others just froze.</w:t>
      </w:r>
    </w:p>
    <w:p>
      <w:r>
        <w:rPr>
          <w:b w:val="0"/>
          <w:i w:val="0"/>
        </w:rPr>
        <w:t>The winners were Dog CC Brown, Todd and Farquarsons black Ramsayville Ruby Walsh. The Dog RCC winner was an overjoyed Anna Felton Page with her homebred yellow Marshwiggle Mr Carson JW. The cheers went up as Angela Mitchell won her third CC with her yellow Callyswood Caitlin and then added the icing to the cake, by going Best of Breed and just making it across the showground in time for the end of the Group. The RCC went to Hayley Brambles black, Shaymiloney Stormin Norma JW. Best Puppy was Shaun Williamsons bitch, Sharouns Victorias Secret</w:t>
      </w:r>
    </w:p>
    <w:p>
      <w:r>
        <w:rPr>
          <w:b w:val="0"/>
          <w:i w:val="0"/>
        </w:rPr>
        <w:t>The following Friday, the National Dog show was held at a blue skied, sunny Stafford with a freezing cold wind bringing down the temperature. The judge was Anne Lavelle with an entry of 205 dogs and bitches. Judging was, as usual at this show, outside in the Pavilion with in and out rings, adjacent benching and underfoot trackway; an arrangement I had designed for the show when it was initially at Perry Park, Birmingham in the late 1980s and continued when the National moved to Stafford. Good to see now I am recently retired, my plans are still in use!</w:t>
      </w:r>
    </w:p>
    <w:p>
      <w:r>
        <w:rPr>
          <w:b w:val="0"/>
          <w:i w:val="0"/>
        </w:rPr>
        <w:t xml:space="preserve">Here the winners were Dog CC Sharon Lambert's yellow Ch Mattand Exodus JW, whilst the Dog RCC went to Linda McGillivreys black Antonine Cinderfella from Yearling. The bitch CC was a first for the O'Briens homebred yellow Maxfield Maybelline JW (Sh Ch  Am Can Ch Salty Dog of Tampa Bay x Mandursans Miss Demeanour at Maxfield) whilst the RCC went to Michael Neachells yellow from Junior Rocheby Daisychain at Suttonpark. </w:t>
      </w:r>
    </w:p>
    <w:p>
      <w:r>
        <w:rPr>
          <w:b w:val="0"/>
          <w:i w:val="0"/>
        </w:rPr>
        <w:t>The day following immediately after the National, was the day of the Labrador Retriever Club of Northern Ireland's championship show across the Irish Sea where Yoland Shirton had an entry of 119 dogs and bitches to go over.</w:t>
      </w:r>
    </w:p>
    <w:p>
      <w:r>
        <w:rPr>
          <w:b w:val="0"/>
          <w:i w:val="0"/>
        </w:rPr>
        <w:t>Her winners were Dog CC David Coodes Ch Warringahs Perth and Dog RCC Ir Sh Ch Claychalk Costa Zaire of Bannabeach. The Bitch CC and Best in Show was Ramsayville Rhubarb Rock at Kinchyle owned by Lesley Park and bred by the Browns, whilst the Bitch RCC winner, her second such award in two days was Hayley Brambles black Shayliloney Stormin Norma.</w:t>
      </w:r>
    </w:p>
    <w:p>
      <w:r>
        <w:rPr>
          <w:b w:val="0"/>
          <w:i w:val="0"/>
        </w:rPr>
        <w:t xml:space="preserve">David Coode amongst others crossing to Ireland  straight from the National, must have a great </w:t>
      </w:r>
    </w:p>
    <w:p>
      <w:r>
        <w:rPr>
          <w:b w:val="0"/>
          <w:i w:val="0"/>
        </w:rPr>
        <w:t xml:space="preserve">supply of energy and like them, had a busy weekend, driving straight from Stafford up the M6 to take the overnight ferry to Belfast. Following a successful CC winning show in Ireland, David had a quick, overnight return journey back across the Irish sea to arrive home at Warringah Valley View in Herefordshire, just in time to receive his lunchtime guests for his 80th birthday party celebrations on that same day. Phew! </w:t>
      </w:r>
    </w:p>
    <w:p>
      <w:r>
        <w:rPr>
          <w:b w:val="0"/>
          <w:i w:val="0"/>
        </w:rPr>
        <w:t>Happy Birthday David!</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