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- 10/02/2012"</w:t>
      </w:r>
      <w:r>
        <w:br/>
      </w:r>
      <w:r>
        <w:rPr>
          <w:b w:val="0"/>
          <w:i w:val="0"/>
        </w:rPr>
        <w:br/>
        <w:t>date_original: "10/02/2012"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"2026-09-13T22:46:56"</w:t>
      </w:r>
      <w:r>
        <w:br/>
      </w:r>
      <w:r>
        <w:rPr>
          <w:b w:val="0"/>
          <w:i w:val="0"/>
        </w:rPr>
        <w:br/>
        <w:t>word_count: 1285</w:t>
      </w:r>
    </w:p>
    <w:p>
      <w:r>
        <w:t>――――――――――――――――――――――――――――――</w:t>
      </w:r>
    </w:p>
    <w:p>
      <w:r>
        <w:rPr>
          <w:b w:val="0"/>
          <w:i w:val="0"/>
        </w:rPr>
        <w:t>NEWS MEMBERS' AREA SHOP SUBSCRIBE UPCOMING SHOWS MORE</w:t>
      </w:r>
    </w:p>
    <w:p>
      <w:r>
        <w:rPr>
          <w:b w:val="0"/>
          <w:i w:val="0"/>
        </w:rPr>
        <w:t>RETRIEVER LABRADOR</w:t>
      </w:r>
    </w:p>
    <w:p>
      <w:r>
        <w:rPr>
          <w:b w:val="0"/>
          <w:i w:val="0"/>
        </w:rPr>
        <w:t>Issue: 10/02/2012</w:t>
      </w:r>
    </w:p>
    <w:p>
      <w:r>
        <w:rPr>
          <w:b w:val="0"/>
          <w:i w:val="0"/>
        </w:rPr>
        <w:t>Winter duly arrived complete with snow, just as judging commenced at the Labrador Club of Wales Championship show in Cardiff. As the day went by and the snow grew heavier I think we all wondered if we would ever get home afterwards; would the build up of snow mean we would get stuck on the motorways or would the Motorways even be open?</w:t>
      </w:r>
    </w:p>
    <w:p>
      <w:r>
        <w:rPr>
          <w:b w:val="0"/>
          <w:i w:val="0"/>
        </w:rPr>
        <w:t>As ever, the show was superbly run by the hardworking, friendly committee, headed by Club Secretary, Margaret Barker and Chairman, Ronwein Phillips, with Margaret's husband Trevor always ready to lend a helping hand (including nobly taking charge of the mop and bucket!).</w:t>
      </w:r>
    </w:p>
    <w:p>
      <w:r>
        <w:rPr>
          <w:b w:val="0"/>
          <w:i w:val="0"/>
        </w:rPr>
        <w:t>Margaret and Trevor had been busy until 11pm the previous evening, placing clearly displayed directional signs all along the route from the M4 junction to the venue, which was greatly appreciated and such a help to everyone.</w:t>
      </w:r>
    </w:p>
    <w:p>
      <w:r>
        <w:rPr>
          <w:b w:val="0"/>
          <w:i w:val="0"/>
        </w:rPr>
        <w:t>It is every Secretary's nightmare that after the schedule had gone out, there has to be a change of judge. Erica Jayes was the scheduled judge of Bitches, and was able to carry out the appointment, but sadly the dog judge from abroad became unavailable. Luckily Anne Powell ably stepped into the role at the last minute.</w:t>
      </w:r>
    </w:p>
    <w:p>
      <w:r>
        <w:rPr>
          <w:b w:val="0"/>
          <w:i w:val="0"/>
        </w:rPr>
        <w:t>On arrival at the venue, there was tea or coffee for everyone plus yummy Welsh Cakes. There was generous prize money for all class winners and those placed; a good raffle and, as ever, the clubs lovely prize cards, which are really special, standing out above the dreary norm of general championship shows.</w:t>
      </w:r>
    </w:p>
    <w:p>
      <w:r>
        <w:rPr>
          <w:b w:val="0"/>
          <w:i w:val="0"/>
        </w:rPr>
        <w:t>Due to the appalling weather, both judges nobly gave up their lunch break in order that we finish the show as soon as possible and that we could all commence our tricky journeys home in daylight.</w:t>
      </w:r>
    </w:p>
    <w:p>
      <w:r>
        <w:rPr>
          <w:b w:val="0"/>
          <w:i w:val="0"/>
        </w:rPr>
        <w:t>I can confirm it was indeed very scary driving in those conditions on my own; especially the last mile up and down two hills, on a one track lane, with one bend following after another, all on packed slippery snow, whilst driving an automatic car, which only wants to go fast!</w:t>
      </w:r>
    </w:p>
    <w:p>
      <w:r>
        <w:rPr>
          <w:b w:val="0"/>
          <w:i w:val="0"/>
        </w:rPr>
        <w:t>Luckily I found the Geartronic system (which as a good lady driver (!) I had never dared touch before as I didn't know how it worked) was most useful in converting the car back into a sort of manual drive and I was able to slow it down without using the brakes and then get a move on, so as not to get stuck on the brow of the next hill (where everyone always gets stuck).</w:t>
      </w:r>
    </w:p>
    <w:p>
      <w:r>
        <w:rPr>
          <w:b w:val="0"/>
          <w:i w:val="0"/>
        </w:rPr>
        <w:t>Scary stuff. I managed to arrive home a nervous wreck but at least my two doggy passengers, who had both won their classes, were still in one piece and not upside down in a hedge.</w:t>
      </w:r>
    </w:p>
    <w:p>
      <w:r>
        <w:rPr>
          <w:b w:val="0"/>
          <w:i w:val="0"/>
        </w:rPr>
        <w:t>It was good to see a familiar face from the past visiting the show. Peter Locke who used to live with his wife and family at the boarding kennels in Ross on Wye and was the first Secretary of Cotswold and Wyevern Lab Club, has moved back to Wales from Cornwall. Peter exhibited his Samlou labs in the 1980s and although having no Labradors now was enjoying looking in at the show.</w:t>
      </w:r>
    </w:p>
    <w:p>
      <w:r>
        <w:rPr>
          <w:b w:val="0"/>
          <w:i w:val="0"/>
        </w:rPr>
        <w:t>Margaret Barker has kindly sent in her report of the show. "The Labrador Retriever Club of Wales held its 32nd Championship Show on Saturday February 4th in Cardiff. Unfortunately, due to ill health, our Dog judge, IstvÃ¡n Nagy was unable to travel from Hungary. We are very grateful to Mrs. Ann Powell (Stavarney) for stepping in at short notice to replace him. Bitches were judged by Mrs. Erica Jayes (Sandylands). A total of 222 dogs produced 282 class entries.</w:t>
      </w:r>
    </w:p>
    <w:p>
      <w:r>
        <w:rPr>
          <w:b w:val="0"/>
          <w:i w:val="0"/>
        </w:rPr>
        <w:t>Dog C.C. was won by Stewart's yellow, Streamanda Top Knotch J.W. (Lembas Top Ranking/Ludalor Moonlight Over Streamanda). Both judges decided to award him Best In Show. Reserve Dog C.C. went to Coode's YELLOW Ch. Warringah's Gundaroo (Ch. Ludalor Lunar Orbit J.W./Ch. Warringah's Bunya J.W.).</w:t>
      </w:r>
    </w:p>
    <w:p>
      <w:r>
        <w:rPr>
          <w:b w:val="0"/>
          <w:i w:val="0"/>
        </w:rPr>
        <w:t>Bitch C.C. winner and Reserve Best In Show was Hodges' black, Sh Ch Naiken Xclusive Dream J.W. (Buckholt Kestrel/Naiken Quizzical) with the Reserve C.C. being taken by Reynolds's yellow, Carromers Sekonda (Sh.Ch. Sandylands Pressed For Time/Carromers Shakira J.W.).</w:t>
      </w:r>
    </w:p>
    <w:p>
      <w:r>
        <w:rPr>
          <w:b w:val="0"/>
          <w:i w:val="0"/>
        </w:rPr>
        <w:t>Best Puppy In Show was Dawson's yellow 8Â½ month bitch, Beskerby Larksong (Sh.Ch. Lindall Redemption/Ycart Morningmist Lark At Beskerby). Reserve B.P.I.S. was Reynolds's  9 month yellow dog Carromers Zachary (Simanden Hi Ho Silver/Carromers Devil Wears Prada).</w:t>
      </w:r>
    </w:p>
    <w:p>
      <w:r>
        <w:rPr>
          <w:b w:val="0"/>
          <w:i w:val="0"/>
        </w:rPr>
        <w:t>Best Veteran was taken by Hodge's 8 year old black bitch Ch. Naiken Russian Rhythm J.W. (Sh.Ch. Ramsayville Rogue Trader/Naiken Old Curiosity).</w:t>
      </w:r>
    </w:p>
    <w:p>
      <w:r>
        <w:rPr>
          <w:b w:val="0"/>
          <w:i w:val="0"/>
        </w:rPr>
        <w:t>The committee would like to thank everyone who braved the appalling weather in some parts of the country to attend the show and hope that everyone returned home safely. Full show results are available at www.labclubofwales.co.uk"</w:t>
      </w:r>
    </w:p>
    <w:p>
      <w:r>
        <w:rPr>
          <w:b w:val="0"/>
          <w:i w:val="0"/>
        </w:rPr>
        <w:t>Thank you for that Margaret.</w:t>
      </w:r>
    </w:p>
    <w:p>
      <w:r>
        <w:rPr>
          <w:b w:val="0"/>
          <w:i w:val="0"/>
        </w:rPr>
        <w:t>On looking back at my results when I judged LKA in 2010, it was good to see that this years Lab Club of Wales Bitch RCC winner under Erica Jayes, Carromer Seconda, owned by Carole and Mervyn Reynolds won her very first Championship show award under me, 1st Minor Puppy Bitch and Best Bitch Puppy out of 25 MPB class entries that day. As a judge, it is really pleasing to see ones puppy winners progress successfully into adulthood.</w:t>
      </w:r>
    </w:p>
    <w:p>
      <w:r>
        <w:rPr>
          <w:b w:val="0"/>
          <w:i w:val="0"/>
        </w:rPr>
        <w:t>Three Ridings Lab Club Ch show entries close on 13th February with no late entries allowed. Contact Mrs Pat Gill for details on 01943467926. The judges are Anthony Allen - Dogs and Jane Rawlinson - Bitches. The show is on Saturday 17th March at Cleckheaton near Leeds.</w:t>
      </w:r>
    </w:p>
    <w:p>
      <w:r>
        <w:rPr>
          <w:b w:val="0"/>
          <w:i w:val="0"/>
        </w:rPr>
        <w:t>I was under the, evidently misguided, impression that advertising live puppies for sale was not allowed on commercial/auction sites on the internet, but I am obviously wrong.</w:t>
      </w:r>
    </w:p>
    <w:p>
      <w:r>
        <w:rPr>
          <w:b w:val="0"/>
          <w:i w:val="0"/>
        </w:rPr>
        <w:t>I was looking on the computer for a metal garden bench for the dog paddock, which the dogs could not chew in the manner they have "trimmed" the arms of the other teak garden benches around the garden  and  I  was quickly directed to a site I had not heard of before (not eBay) which was selling all manner of things including metal benches but to my astonishment, live dogs as well.</w:t>
      </w:r>
    </w:p>
    <w:p>
      <w:r>
        <w:rPr>
          <w:b w:val="0"/>
          <w:i w:val="0"/>
        </w:rPr>
        <w:t>Alongside "cute" photos of the pups of all breeds were several for Labradors with the price beside the photo.</w:t>
      </w:r>
    </w:p>
    <w:p>
      <w:r>
        <w:rPr>
          <w:b w:val="0"/>
          <w:i w:val="0"/>
        </w:rPr>
        <w:t>I have selected two as an example " Beautiful Chocolate puppy, KC REG, excellent full 5 Gen Pedigree, Both parents low hip scores &amp; eye tested. Super temperaments, Make fantastic family pet, all vacations &amp; vet check, no offers please Â£500 "</w:t>
      </w:r>
    </w:p>
    <w:p>
      <w:r>
        <w:rPr>
          <w:b w:val="0"/>
          <w:i w:val="0"/>
        </w:rPr>
        <w:t>and another -</w:t>
      </w:r>
    </w:p>
    <w:p>
      <w:r>
        <w:rPr>
          <w:b w:val="0"/>
          <w:i w:val="0"/>
        </w:rPr>
        <w:t>" Labradors, black &amp; chocolate, dogs &amp; bitches, KC reg applied, excellent pedigree and temperament, both parents hip and eye tested, reared with children, ready now, Â£550"</w:t>
      </w:r>
    </w:p>
    <w:p>
      <w:r>
        <w:rPr>
          <w:b w:val="0"/>
          <w:i w:val="0"/>
        </w:rPr>
        <w:t>A stud dog was being advertised "STUD DOG Black lab. Lovely nature size and looks. Pedigree, but without papers, so affordable."</w:t>
      </w:r>
    </w:p>
    <w:p>
      <w:r>
        <w:rPr>
          <w:b w:val="0"/>
          <w:i w:val="0"/>
        </w:rPr>
        <w:t>I was pretty horrified. Is this really the modern way breeders find permanent loving homes for Labrador puppies these days? As to the desirability of paying a fee for a "pedigree" stud dog with no papers - well! I rest my case.</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