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- 16/06/2023 - ISSUE"</w:t>
      </w:r>
      <w:r>
        <w:br/>
      </w:r>
      <w:r>
        <w:rPr>
          <w:b w:val="0"/>
          <w:i w:val="0"/>
        </w:rPr>
        <w:br/>
        <w:t>date_original: "16/06/2023 - ISSUE"</w:t>
      </w:r>
      <w:r>
        <w:br/>
      </w:r>
      <w:r>
        <w:rPr>
          <w:b w:val="0"/>
          <w:i w:val="0"/>
        </w:rPr>
        <w:br/>
        <w:t>source_url: "https://www.ourdogs.co.uk/members/breednotes/RetrieverLabradorMain.php"</w:t>
      </w:r>
      <w:r>
        <w:br/>
      </w:r>
      <w:r>
        <w:rPr>
          <w:b w:val="0"/>
          <w:i w:val="0"/>
        </w:rPr>
        <w:br/>
        <w:t>scraped_at: "2026-09-13T15:09:57"</w:t>
      </w:r>
      <w:r>
        <w:br/>
      </w:r>
      <w:r>
        <w:rPr>
          <w:b w:val="0"/>
          <w:i w:val="0"/>
        </w:rPr>
        <w:br/>
        <w:t>word_count: 879</w:t>
      </w:r>
    </w:p>
    <w:p>
      <w:r>
        <w:t>――――――――――――――――――――――――――――――</w:t>
      </w:r>
    </w:p>
    <w:p>
      <w:r>
        <w:rPr>
          <w:b w:val="0"/>
          <w:i w:val="0"/>
        </w:rPr>
        <w:t>NEWS MEMBERS' AREA SHOP SUBSCRIBE UPCOMING SHOWS MORE</w:t>
      </w:r>
    </w:p>
    <w:p>
      <w:r>
        <w:rPr>
          <w:b w:val="0"/>
          <w:i w:val="0"/>
        </w:rPr>
        <w:t>RETRIEVER LABRADOR</w:t>
      </w:r>
    </w:p>
    <w:p>
      <w:r>
        <w:rPr>
          <w:b w:val="0"/>
          <w:i w:val="0"/>
        </w:rPr>
        <w:t>Issue: 16/06/2023</w:t>
      </w:r>
    </w:p>
    <w:p>
      <w:r>
        <w:rPr>
          <w:b w:val="0"/>
          <w:i w:val="0"/>
        </w:rPr>
        <w:t xml:space="preserve">What very sad news that Val Foss has died. She was well known throughout the dog world for most of her life. I am sure much will be written about her many years in dogs; briefly she was involved in most facets of the dog world; with show organisation through Manchester dog show, a long standing KC member and committee member,  she bred and made up champion English Setters and Golden Retrievers; researched the history of the Golden Retriever and wrote many dog books. She judged dogs including Labradors and BIS at Crufts. Her interest in fine art was deep and acquiring and approving exhibits for the Kennel Club Art Gallery with members of the art gallery staff became her passion, such that the gallery was fondly referred to by we who knew her well, as ValerieÃ¢â‚¬â„¢s  Gallery ( as it rhymed).  Rest in Peace, Valerie. </w:t>
      </w:r>
    </w:p>
    <w:p>
      <w:r>
        <w:rPr>
          <w:b w:val="0"/>
          <w:i w:val="0"/>
        </w:rPr>
        <w:t>This year, weÃ¢â‚¬â„¢ve enjoyed absolutely glorious weather for Bath, Southern Counties and Three Counties  shows. Three were benched. The unbenched Southern Counties got away with it. enjoying wall to wall sunshine for all days. I dread to think what it would have been like had it rained for the duration with no benching and tiny tents.</w:t>
      </w:r>
    </w:p>
    <w:p>
      <w:r>
        <w:rPr>
          <w:b w:val="0"/>
          <w:i w:val="0"/>
        </w:rPr>
        <w:t>Some exhibitors are now using this fine weather to say they were quite happy without benching and it could therefore be done away with. I rather feel their opinions might be different should each show have suffered monsoon rainfall which I can recall has happened at all of these shows at least once over the past 50 years!</w:t>
      </w:r>
    </w:p>
    <w:p>
      <w:r>
        <w:rPr>
          <w:b w:val="0"/>
          <w:i w:val="0"/>
        </w:rPr>
        <w:t>I recall Bath one year. There was a horrendous thunder storm after lunch. The water in the benching tent rose rapidly and very soon was a foot deep, 30 cm, level with the actual dogs lying on the bench platforms. Crates on the floor with dogs in were flooded to this depth. The only way to get out was to clamber along the row of benches, from one bench to the next hanging onto the bench dividers, or roll up trousers, take shoes off and wade with dogs through the water! Be careful what you wish for.</w:t>
      </w:r>
    </w:p>
    <w:p>
      <w:r>
        <w:rPr>
          <w:b w:val="0"/>
          <w:i w:val="0"/>
        </w:rPr>
        <w:t>Lucy Kent  writes, Ã¢â‚¬Å"the West of England Labrador Retriever Club are holding a breed appreciation day with a Multiple Choice Examination and Group Mentoring on Sunday 23rd July 2023 at Oake and District Hall, Oake, Taunton, TA4 1JA.</w:t>
      </w:r>
    </w:p>
    <w:p>
      <w:r>
        <w:rPr>
          <w:b w:val="0"/>
          <w:i w:val="0"/>
        </w:rPr>
        <w:t xml:space="preserve">Arrive at 9:30 for 10 am start. The day is open to all interested in judging or just wanting to learn about the breed. There will be a talk by breed specialist Margaret Brown - Ramseyville kennel. </w:t>
      </w:r>
    </w:p>
    <w:p>
      <w:r>
        <w:rPr>
          <w:b w:val="0"/>
          <w:i w:val="0"/>
        </w:rPr>
        <w:t>MCE available for those eligible - must fulfil the criteria for JEP Level One.</w:t>
      </w:r>
    </w:p>
    <w:p>
      <w:r>
        <w:rPr>
          <w:b w:val="0"/>
          <w:i w:val="0"/>
        </w:rPr>
        <w:t>Group Mentoring in the afternoon, limited availability.</w:t>
      </w:r>
    </w:p>
    <w:p>
      <w:r>
        <w:rPr>
          <w:b w:val="0"/>
          <w:i w:val="0"/>
        </w:rPr>
        <w:t xml:space="preserve">To  book a place all enquiries to the secretary. Lucy Kent, 01823 421321. </w:t>
      </w:r>
    </w:p>
    <w:p>
      <w:r>
        <w:rPr>
          <w:b w:val="0"/>
          <w:i w:val="0"/>
        </w:rPr>
        <w:t>The cost - Talk plus MCE plus lunch Ã‚Â£25. The cost- Talk plus lunch only,  Ã‚Â£15 Lucy_kent_0209@hotmail.com</w:t>
      </w:r>
    </w:p>
    <w:p>
      <w:r>
        <w:rPr>
          <w:b w:val="0"/>
          <w:i w:val="0"/>
        </w:rPr>
        <w:t xml:space="preserve">Sad news from Marlene Taylor Barrimar. Ã¢â‚¬Å"Neil Streatfield has died. He and his wife Paula successfully showed under the affix, Ã¢â‚¬ËœBadajosÃ¢â‚¬â„¢, (I believe that name was something military). He had been a boy soldier until his late 30Ã¢â‚¬â„¢s. That is when he and Paula started showing Labradors.  </w:t>
      </w:r>
    </w:p>
    <w:p>
      <w:r>
        <w:rPr>
          <w:b w:val="0"/>
          <w:i w:val="0"/>
        </w:rPr>
        <w:t>Taken ill at far too young an age, he had been poorly for about 10 years, and was wheelchair bound. Paula had been his carer in recent years. They no longer had any Labradors, but had a Dachshund, and a PBGV. It  canÃ¢â‚¬â„¢t have been easy for her in recent years. She has no family, so if anyone feels they would like to send her a card, please do. I will give them her address if they wish to contact me.Ã¢â‚¬Â</w:t>
      </w:r>
    </w:p>
    <w:p>
      <w:r>
        <w:rPr>
          <w:b w:val="0"/>
          <w:i w:val="0"/>
        </w:rPr>
        <w:t>Marlenes phone number will be in the year books or email. barrimarcopacabana@yahoo.co.uk useful advice from www.animallovepetfirstaid.co.uk.</w:t>
      </w:r>
    </w:p>
    <w:p>
      <w:r>
        <w:rPr>
          <w:b w:val="0"/>
          <w:i w:val="0"/>
        </w:rPr>
        <w:t>ADDER BITES</w:t>
      </w:r>
    </w:p>
    <w:p>
      <w:r>
        <w:rPr>
          <w:b w:val="0"/>
          <w:i w:val="0"/>
        </w:rPr>
        <w:t>STOP and stay calm. Carry your dog or walk them slowly. Keeping heart rate down is vital.</w:t>
      </w:r>
    </w:p>
    <w:p>
      <w:r>
        <w:rPr>
          <w:b w:val="0"/>
          <w:i w:val="0"/>
        </w:rPr>
        <w:t>COLD keep the area cooled down as the pain and inflammation can be extreme.</w:t>
      </w:r>
    </w:p>
    <w:p>
      <w:r>
        <w:rPr>
          <w:b w:val="0"/>
          <w:i w:val="0"/>
        </w:rPr>
        <w:t>CLEAN gently wipe the area with pet friendly antiseptic. These bites are dirty and will need antibiotics and pain relief at the least. No rigorous rubbing of the area.</w:t>
      </w:r>
    </w:p>
    <w:p>
      <w:r>
        <w:rPr>
          <w:b w:val="0"/>
          <w:i w:val="0"/>
        </w:rPr>
        <w:t>PREPARED know how to perform CPR as some dogs can react severely and may require it.</w:t>
      </w:r>
    </w:p>
    <w:p>
      <w:r>
        <w:rPr>
          <w:b w:val="0"/>
          <w:i w:val="0"/>
        </w:rPr>
        <w:t xml:space="preserve">CALL your vet to let them know you are on your way, they can get everything ready for your arrival. </w:t>
      </w:r>
    </w:p>
    <w:p>
      <w:r>
        <w:rPr>
          <w:b w:val="0"/>
          <w:i w:val="0"/>
        </w:rPr>
        <w:t>EXPECTATION anti-venom is in short supply. You maybe required to drive some distance to collect it once your pet arrives safely at the vets.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