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Jan 2006"</w:t>
      </w:r>
      <w:r>
        <w:br/>
      </w:r>
      <w:r>
        <w:rPr>
          <w:b w:val="0"/>
          <w:i w:val="0"/>
        </w:rPr>
        <w:br/>
        <w:t>date_original: "13 Jan 2006"</w:t>
      </w:r>
      <w:r>
        <w:br/>
      </w:r>
      <w:r>
        <w:rPr>
          <w:b w:val="0"/>
          <w:i w:val="0"/>
        </w:rPr>
        <w:br/>
        <w:t>source_url: "https://www.ourdogs.co.uk/members/breednotes/2006/RetrieverLabrador/RetrieverLabrador-jan13.htm"</w:t>
      </w:r>
      <w:r>
        <w:br/>
      </w:r>
      <w:r>
        <w:rPr>
          <w:b w:val="0"/>
          <w:i w:val="0"/>
        </w:rPr>
        <w:br/>
        <w:t>archive_type: "static_html"</w:t>
      </w:r>
      <w:r>
        <w:br/>
      </w:r>
      <w:r>
        <w:rPr>
          <w:b w:val="0"/>
          <w:i w:val="0"/>
        </w:rPr>
        <w:br/>
        <w:t>scraped_at: "2026-09-13T22:09:27"</w:t>
      </w:r>
      <w:r>
        <w:br/>
      </w:r>
      <w:r>
        <w:rPr>
          <w:b w:val="0"/>
          <w:i w:val="0"/>
        </w:rPr>
        <w:br/>
        <w:t>word_count: 1743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passing of Janice Pritchard saddens us greatly. She was a very courageous woman. Her worth in the world of Labradors is immense both in her breeding of good Labradors over many years and her endless efforts to help eradicate the many hereditary eye problems and skeletal faults in the breed.</w:t>
      </w:r>
    </w:p>
    <w:p>
      <w:r>
        <w:rPr>
          <w:b w:val="0"/>
          <w:i w:val="0"/>
        </w:rPr>
        <w:t>In the early days of her career she was indeed a prophet without praise as she worked tirelessly around the ringside informing breeders of the dangers in some of the breeding programmes and the possibility of improving stock. She withstood criticism and persevered and she was eventually accepted as the type of person every breed with problems must have. She could think on her feet too, as witnessed at the Labrador Club Centenary Celebration where she took part in the breed seminar and her wit and enthusiasm stood out.</w:t>
      </w:r>
    </w:p>
    <w:p>
      <w:r>
        <w:rPr>
          <w:b w:val="0"/>
          <w:i w:val="0"/>
        </w:rPr>
        <w:t>Over the years we have watched her brave fight with her health problems and having heard over the past month or so of her final days we marvelled at her indomitable spirit. She was one of the best and we shall miss her. I shall always remember the day an insignificant young woman showed her Labrador under me at the Waverley Gundog Show. If memory serves me correctly the Labrador was Charway Nightcap and he had a good day, and it was my introduction to a novice who grew into a leader.</w:t>
      </w:r>
      <w:r>
        <w:br/>
      </w:r>
      <w:r>
        <w:rPr>
          <w:b w:val="0"/>
          <w:i w:val="0"/>
        </w:rPr>
        <w:br/>
        <w:t>Jim Nolan</w:t>
      </w:r>
    </w:p>
    <w:p>
      <w:r>
        <w:rPr>
          <w:b w:val="0"/>
          <w:i w:val="0"/>
        </w:rPr>
        <w:t>I understand that all the bees in the bonnets (mine included), about the non-use of soft crates at Crufts 2006 has been a red herring. I am assured that there will be no problem with using fabric crates at Crufts as long as they fit on the benches. I must say when I heard that I might have to lug those heavy metal crates from the car-park all the way into the building, I did groan. Since my Ch B. Carruthers had his face painted with indelible paint at Crufts some years ago by a ‘dear’ little visiting child, I have resorted to using the soft crates. He didn’t mind having lines and whiskers drawn on his face at all, but I did on his behalf, and since then have gladly used the soft crates, which are so much lighter to carry, especially when there is a distance involved such as at Crufts. Anyway now we know; we can continue to use our soft crates.</w:t>
      </w:r>
    </w:p>
    <w:p>
      <w:r>
        <w:rPr>
          <w:b w:val="0"/>
          <w:i w:val="0"/>
        </w:rPr>
        <w:t>Chris and Tony Jury drew a super entry of 276 at LKA. Best of Breed having won his 5th CC of the year, which made him top winning Labrador of 2005, was Mr and Mrs McLellan’s yellow, Sh Ch Saranden Saboteur JW (Rocheby Old Smokey x Saranden Salishia). His CCs during the year have been won under Linda Major, Gordon Williams, Tom Grant, Tony Jury and Chris Jury. To add to his successful week, Saboteur had just gained his Gundog Working Certificate, and once ratified by the Kennel Club will become a full champion. Well done.</w:t>
      </w:r>
    </w:p>
    <w:p>
      <w:r>
        <w:rPr>
          <w:b w:val="0"/>
          <w:i w:val="0"/>
        </w:rPr>
        <w:t>The Dog RCC at LKA was won by Lynda and Derek Miles dual CC winning black Llanstinan Llewelyn JW (Rockabee Blue Peter of Sandylands x Susan Said So at Llanstinan). The Bitch CC was a second for the Anthony and Jayes partnership, with their yellow bitch, Goldfinch of Sandylands (Sh Ch Sandylands Gadabout x Combroke Wagtai), whilst the Bitch RCC was won by the Browns black, Sh Ch Ramsayville Roisin (Sh Ch poolstead Pumpkin x Talard Running Wild at Ransayville). Best Puppy was Mrs G Fryer’s Halshimoor Hi Five To Fullwell.</w:t>
      </w:r>
    </w:p>
    <w:p>
      <w:r>
        <w:rPr>
          <w:b w:val="0"/>
          <w:i w:val="0"/>
        </w:rPr>
        <w:t>Congratulations to the seven owners, whose Labradors competed at the recent show gundog working certificate day held by Eastern Counties Golden Retriever Club at the Ampton Shoot, Nr Bury St Edmunds, Suffolk by kind permission of Mr Peter Hammond and guns. The Judges were Mr M Twist and Mr J Gale.</w:t>
      </w:r>
    </w:p>
    <w:p>
      <w:r>
        <w:rPr>
          <w:b w:val="0"/>
          <w:i w:val="0"/>
        </w:rPr>
        <w:t>As previously mentioned Sh Ch Saranden Saboteur JW, handled by Mr S Eyeington, became a full champion as did Lorraine Tooth‚s Sh Ch Ludalor Lily (Ludalor Lloyd x Tuxford Yellow Rose at Ludalor), handled by Lorraine; also successful were Brian Yeowarts yellow bitch, Sh Ch Langshott Caprice JW, (Sh Ch Marmaduke Maximus at Cornlands x Langshott Zara), handled by Helena Sully; and Sh Ch Amberstope Blue Moon, handled by his owner Mr L D Neal. These four drop the Sh from their titles to become full Chs. Other successful Labradors on the day were Saranden Smooth as Silk (Sh Ch Saranden Saboteur JW x Suttonpark Mimosa is Cornlands) handled by Mrs S.McLellan; Amberstope Blue Mist (Sh Ch Amberstope Blue Moon x Carromers Heavensent at Amberstope) handled by Mrs Janet A Neal and Sue Hopgood’s black dog, Brightwalton Bit of Class (Hawksmoor Webster x Brightwalton Endless Love), handled by Mr Mark Toublic. Well done to you all; a great achievement and so satisfying.</w:t>
      </w:r>
    </w:p>
    <w:p>
      <w:r>
        <w:rPr>
          <w:b w:val="0"/>
          <w:i w:val="0"/>
        </w:rPr>
        <w:t>David Coode will now be judging the Labrador Dogs at Manchester Ch Show as Sian Ellis has drawn an overlarge entry for a first appointment.</w:t>
      </w:r>
    </w:p>
    <w:p>
      <w:r>
        <w:rPr>
          <w:b w:val="0"/>
          <w:i w:val="0"/>
        </w:rPr>
        <w:t>I now have the sad news that Janice Pritchard, (Charway), lost her brave fight against cancer and died in her local hospice on 30th December 2005. Janice, breed note writer for Dog World for more than twenty five years, was a well respected, straight talking, sensible person, whose opinions were soundly formed and strongly held.</w:t>
      </w:r>
    </w:p>
    <w:p>
      <w:r>
        <w:rPr>
          <w:b w:val="0"/>
          <w:i w:val="0"/>
        </w:rPr>
        <w:t>She was a most successful breeder and exhibitor for many years and will be sorely missed for her honest contribution to the world of Labradors, both in her knowledge of breeding stock, her willingness to give advice to others and her straightforward judging. I know she will be greatly missed by her many friends both at home and abroad. Donations in the memory of Janice should be sent to:- St. Johns Hospice, Clatterbridge Hospital, Clatterbridge Road, Bebington, Wirral, Merseyside, CH63 4JY</w:t>
      </w:r>
      <w:r>
        <w:br/>
      </w:r>
      <w:r>
        <w:rPr>
          <w:b w:val="0"/>
          <w:i w:val="0"/>
        </w:rPr>
        <w:br/>
        <w:t>David Craig has moved house. His new address is, Paddock House, Hurworth Moor, Darlington, DL2 1QG. Email address is davbeagle@hotmail.com</w:t>
      </w:r>
    </w:p>
    <w:p>
      <w:r>
        <w:rPr>
          <w:b w:val="0"/>
          <w:i w:val="0"/>
        </w:rPr>
        <w:t xml:space="preserve">Caron Morton has a new email address, caron@dakross.cc. Her website is www.dakross.cc </w:t>
      </w:r>
      <w:hyperlink r:id="rId9">
        <w:r>
          <w:rPr>
            <w:color w:val="0563C1"/>
            <w:u w:val="single"/>
          </w:rPr>
          <w:t>http://www.dakross.cc</w:t>
        </w:r>
      </w:hyperlink>
    </w:p>
    <w:p>
      <w:r>
        <w:rPr>
          <w:b w:val="0"/>
          <w:i w:val="0"/>
        </w:rPr>
        <w:t>Congratulations to Diana Downey Tulloch who is the Top Labrador Breeder for 2005. Brenda Hyde has forwarded the following, which is well worth remembering, with the new show season about to start and miles of driving ahead for most of us:- “This is not a joke! Be aware of a new hi-jacking scheme. Here's what they do: You return to your car, left in a car park, unlock your car and get inside, start the engine and shift into reverse and when you look into the rear view mirror, to back out of your parking space, you notice a piece of paper stuck to the middle of the rear window.</w:t>
      </w:r>
    </w:p>
    <w:p>
      <w:r>
        <w:rPr>
          <w:b w:val="0"/>
          <w:i w:val="0"/>
        </w:rPr>
        <w:t>So, you either switch off the car or leave the engine running and jump out of your car to remove that paper (or whatever it is) that is obstructing your view... When you reach the back of the car, that is when the hi-jackers appear out of no-where, jump into your car and take off! The hi-jackers practically mow you down, as they speed off in your car. The door was unlocked, your keys were in the ignition, maybe the engine was running, (ladies would have probably left their handbag, with their mobile phone, purse, identification, home address, for which they now probably have the keys etc, in the car).</w:t>
      </w:r>
    </w:p>
    <w:p>
      <w:r>
        <w:rPr>
          <w:b w:val="0"/>
          <w:i w:val="0"/>
        </w:rPr>
        <w:t>Do be well aware, this new hi-jacking scheme is now being used! Should this happen to you, just drive away and remove the piece of paper that is stuck to your window later....and be thankful that you read this”.</w:t>
      </w:r>
    </w:p>
    <w:p>
      <w:r>
        <w:rPr>
          <w:b w:val="0"/>
          <w:i w:val="0"/>
        </w:rPr>
        <w:t>Wishing everyone a Happy and enjoyable New Year, and a big thank you to all those who have contributed to the breed notes over the months of 2005.</w:t>
      </w:r>
    </w:p>
    <w:p>
      <w:r>
        <w:rPr>
          <w:b w:val="0"/>
          <w:i w:val="0"/>
        </w:rPr>
        <w:t>Ann Britton</w:t>
      </w:r>
      <w:r>
        <w:br/>
      </w:r>
      <w:r>
        <w:rPr>
          <w:b w:val="0"/>
          <w:i w:val="0"/>
        </w:rPr>
        <w:br/>
        <w:t>01989 720665</w:t>
      </w:r>
      <w:r>
        <w:br/>
      </w:r>
      <w:r>
        <w:rPr>
          <w:b w:val="0"/>
          <w:i w:val="0"/>
        </w:rPr>
        <w:br/>
        <w:t>bowstones@btinternet.com</w:t>
      </w:r>
    </w:p>
    <w:p>
      <w:r>
        <w:rPr>
          <w:b w:val="0"/>
          <w:i w:val="0"/>
        </w:rPr>
        <w:t>Cotswold and Wyevern Labrador Retriever Club would like to inform exhibitors that there is a change of judge, at the open show on 11th Feb 2006. Unfortunately due to unforeseen circumstances Mrs Lena Wilberg-Johansson (Annual’s) is unable to fulfil the appointment, so the new judge is Mrs Einir Wyn Matulla (nee Ellis) (Dolwen).</w:t>
      </w:r>
    </w:p>
    <w:p>
      <w:r>
        <w:rPr>
          <w:b w:val="0"/>
          <w:i w:val="0"/>
        </w:rPr>
        <w:t>The officers and committee are sorry for the late change but we are sure you will still support our change of judge.</w:t>
      </w:r>
      <w:r>
        <w:br/>
      </w:r>
      <w:r>
        <w:rPr>
          <w:b w:val="0"/>
          <w:i w:val="0"/>
        </w:rPr>
        <w:br/>
        <w:t>Karl Gawthorpe, Hon Secretary</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www.dakross.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