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Nov 2007"</w:t>
      </w:r>
      <w:r>
        <w:br/>
      </w:r>
      <w:r>
        <w:rPr>
          <w:b w:val="0"/>
          <w:i w:val="0"/>
        </w:rPr>
        <w:br/>
        <w:t>date_original: "30 Nov 2007"</w:t>
      </w:r>
      <w:r>
        <w:br/>
      </w:r>
      <w:r>
        <w:rPr>
          <w:b w:val="0"/>
          <w:i w:val="0"/>
        </w:rPr>
        <w:br/>
        <w:t>source_url: "https://www.ourdogs.co.uk/members/breednotes/2007/RetrieverLabrador/RetrieverLabrador-nov30.htm"</w:t>
      </w:r>
      <w:r>
        <w:br/>
      </w:r>
      <w:r>
        <w:rPr>
          <w:b w:val="0"/>
          <w:i w:val="0"/>
        </w:rPr>
        <w:br/>
        <w:t>archive_type: "static_html"</w:t>
      </w:r>
      <w:r>
        <w:br/>
      </w:r>
      <w:r>
        <w:rPr>
          <w:b w:val="0"/>
          <w:i w:val="0"/>
        </w:rPr>
        <w:br/>
        <w:t>scraped_at: "2026-09-13T22:08:12"</w:t>
      </w:r>
      <w:r>
        <w:br/>
      </w:r>
      <w:r>
        <w:rPr>
          <w:b w:val="0"/>
          <w:i w:val="0"/>
        </w:rPr>
        <w:br/>
        <w:t>word_count: 1163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David and Carole Coode are well know for making the most wonderfully delicious Xmas cakes, steeped and matured with a subtle hint of alcohol (oh, well; maybe just a bit more than that!). Once tasted never forgotton. They are truly mouth-watering. If you are interested in purchasing one for Christmas, do contact David or Carole on 01989 740296.</w:t>
      </w:r>
    </w:p>
    <w:p>
      <w:r>
        <w:rPr>
          <w:b w:val="0"/>
          <w:i w:val="0"/>
        </w:rPr>
        <w:t>For those attending LKA on 7th and 8th December, who are disabled and have the official blue badge, the car park outside Hall 5 of the NEC will initially be used for Disabled Parking. There will be a bus picking up and dropping off around the Halls. There are other events on at the NEC whilst the LKA is on and once this car park is full, disabled parking will be in the South car- park (see map in schedule and details on your passes), from where buses with tail gate lift will drop off around the Halls. Should you park in the disabled car-park by Hall 5, and not wish to go in the bus, but prefer to walk to Hall 3,(where the Labradors are benched adjacent to their rings, 20 and 21), access is via the pedestrian entrance 4.4 to Hall 4, just a short walk over the road from the car-park. Once inside Hall 4, walk the length of Hall 4 which leads directly on to Hall 3 and 3a. (once again see the map in the schedule). On the way you will pass the 108 trade stands selling all manner of excellent doggy items to tempt you at Christmas. Do make sure to take plenty of spending money!</w:t>
      </w:r>
    </w:p>
    <w:p>
      <w:r>
        <w:rPr>
          <w:b w:val="0"/>
          <w:i w:val="0"/>
        </w:rPr>
        <w:t>You should be aware that the Clothes Show and a Status Quo evening concert are on at the NEC at the same time as the LKA is being held. Traffic may well be very heavy, both early morning and at night, so do allow plenty of time. Judging of Labrador Bitches, with an entry of 198 bitches commences at 9am, whilst Labrador Dog judging, with 106 dogs, commences at 9.30am.</w:t>
      </w:r>
    </w:p>
    <w:p>
      <w:r>
        <w:rPr>
          <w:b w:val="0"/>
          <w:i w:val="0"/>
        </w:rPr>
        <w:t>The Labrador Retriever Club held their Open show at Daventry. The judge was Gordon Fox who had drawn an excellent entry of 196 dogs and bitches. Best in Show was Lorraine Tooths yellow bitch, Ludalor Lanchastria Amber, whilst Reserve Best Bitch was Tony Floyds yellow, Dolwen Anne Jane at Trenow. Lynn Minchella’s black, Abbeystead Wager was Best Dog and the Allen family’s yellow, Allenies Maverick was Reserve Best Dog. Anne Lavelles yellow bitch, Crosscroyde Katinka was Best Puppy and David Coodes yellow dog, Warringah’s Tennants Creek was Best Minor Puppy. Best Veteran was Peggy Rae’s yellow Ch Cornlands Wellington.</w:t>
      </w:r>
    </w:p>
    <w:p>
      <w:r>
        <w:rPr>
          <w:b w:val="0"/>
          <w:i w:val="0"/>
        </w:rPr>
        <w:t>Congratulations to Sandra Smith owner of the 2 year old black dog Charway Ballymedlar (Sw Ch Cambremer MacGregor x Sw Ch Charway Ballycora), bred by the late Janice Pritchard, who recently won Best in Show at Liverpool Kennel Association Open Show. He won Best of Breed under breed judge Mr Flaretty, the Gundog Group under judge Mrs J Ward and Best in Show under judge, Mr Tegwyn Jones.</w:t>
      </w:r>
    </w:p>
    <w:p>
      <w:r>
        <w:rPr>
          <w:b w:val="0"/>
          <w:i w:val="0"/>
        </w:rPr>
        <w:t>Another continuing his winning ways is Alison Scutchers yellow dog Ch Winsleywood Waterloo JW ShCM who went BOB at Mid Herts Gundog Club under breed judge Nancy Farquarson , followed by a splendid Best in Show under Pam Blay</w:t>
      </w:r>
    </w:p>
    <w:p>
      <w:r>
        <w:rPr>
          <w:b w:val="0"/>
          <w:i w:val="0"/>
        </w:rPr>
        <w:t>Sharon Rogers’ yellow bitch, Woodmist Saffron, won Best Puppy under Di Arrowsmith at Gloucester Canine Society Open Show at Malvern followed by Best Puppy in Group under Di’s sister, Jose Badderley, and then Best Puppy in Show under John Carter. What a lovely day. Well done.</w:t>
      </w:r>
    </w:p>
    <w:p>
      <w:r>
        <w:rPr>
          <w:b w:val="0"/>
          <w:i w:val="0"/>
        </w:rPr>
        <w:t>Linda Harvey Major, won the CC at Gundog Breeds of Scotland with Linjor Valentino and two classes at the same show with his son Brockburrow Cassanova in Linjor. The next day this 6 months and 4 days old youngster attended an open show and won Best Puppy in Breed, Best of Breed, and the Gundog Puppy Group. As Linda rightly says “a lovely weekend for me and the dogs!”.</w:t>
      </w:r>
    </w:p>
    <w:p>
      <w:r>
        <w:rPr>
          <w:b w:val="0"/>
          <w:i w:val="0"/>
        </w:rPr>
        <w:t>Marilyn and Hugh Sidebottom have a new email address, which is humarynlabradors@btinternet.com.</w:t>
      </w:r>
    </w:p>
    <w:p>
      <w:r>
        <w:rPr>
          <w:b w:val="0"/>
          <w:i w:val="0"/>
        </w:rPr>
        <w:t xml:space="preserve">North West Labrador Retriever Club has the most impressive, easy to use web site. www.northwestlabradorretrieverclub.co.uk </w:t>
      </w:r>
      <w:hyperlink r:id="rId9">
        <w:r>
          <w:rPr>
            <w:color w:val="0563C1"/>
            <w:u w:val="single"/>
          </w:rPr>
          <w:t>http://www.northwestlabradorretrieverclub.co.uk/</w:t>
        </w:r>
      </w:hyperlink>
      <w:r>
        <w:rPr>
          <w:b w:val="0"/>
          <w:i w:val="0"/>
        </w:rPr>
        <w:t xml:space="preserve"> . The site has recently undergone a major face lift and is now one of the most up-to-date Labrador Breed Club websites in the UK ; Amongst the many innovative ideas is the Kennel Review facility. The club is one of the first of all the breed clubs to offer unique Kennel Reviews on the web site, at remarkably competitive prices. Pages can be updated every quarter, in order that your dogs success may be kept up to date as the show/working season progresses. Do take a look and certainly add the site to your favourites.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northwestlabradorretrieverclub.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