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- 16/12/2016 - ISSUE"</w:t>
      </w:r>
      <w:r>
        <w:br/>
      </w:r>
      <w:r>
        <w:rPr>
          <w:b w:val="0"/>
          <w:i w:val="0"/>
        </w:rPr>
        <w:br/>
        <w:t>date_original: "16/12/2016 - ISSUE"</w:t>
      </w:r>
      <w:r>
        <w:br/>
      </w:r>
      <w:r>
        <w:rPr>
          <w:b w:val="0"/>
          <w:i w:val="0"/>
        </w:rPr>
        <w:br/>
        <w:t>source_url: "https://www.ourdogs.co.uk/members/breednotes/RetrieverLabradorMain.php"</w:t>
      </w:r>
      <w:r>
        <w:br/>
      </w:r>
      <w:r>
        <w:rPr>
          <w:b w:val="0"/>
          <w:i w:val="0"/>
        </w:rPr>
        <w:br/>
        <w:t>scraped_at: "2026-09-13T15:27:13"</w:t>
      </w:r>
      <w:r>
        <w:br/>
      </w:r>
      <w:r>
        <w:rPr>
          <w:b w:val="0"/>
          <w:i w:val="0"/>
        </w:rPr>
        <w:br/>
        <w:t>word_count: 921</w:t>
      </w:r>
    </w:p>
    <w:p>
      <w:r>
        <w:t>――――――――――――――――――――――――――――――</w:t>
      </w:r>
    </w:p>
    <w:p>
      <w:r>
        <w:rPr>
          <w:b w:val="0"/>
          <w:i w:val="0"/>
        </w:rPr>
        <w:t>NEWS MEMBERS' AREA SHOP SUBSCRIBE UPCOMING SHOWS MORE</w:t>
      </w:r>
    </w:p>
    <w:p>
      <w:r>
        <w:rPr>
          <w:b w:val="0"/>
          <w:i w:val="0"/>
        </w:rPr>
        <w:t>RETRIEVER LABRADOR</w:t>
      </w:r>
    </w:p>
    <w:p>
      <w:r>
        <w:rPr>
          <w:b w:val="0"/>
          <w:i w:val="0"/>
        </w:rPr>
        <w:t>Issue: 16/12/2016</w:t>
      </w:r>
    </w:p>
    <w:p>
      <w:r>
        <w:rPr>
          <w:b w:val="0"/>
          <w:i w:val="0"/>
        </w:rPr>
        <w:t>LKA was held at the NEC Birmingham on Saturday 10th and Sunday 11th December . The weather was luckily clear and dry for the second day of the show, which was Gundog Terrier and Hound day, a pleasant change from the previous days heavy deluges. Judge Jackie Hodge had drawn a good Labrador entry but absentees were approaching 50% in several classes I watched.</w:t>
      </w:r>
    </w:p>
    <w:p>
      <w:r>
        <w:rPr>
          <w:b w:val="0"/>
          <w:i w:val="0"/>
        </w:rPr>
        <w:t>The long journey down from Scotland resulted in top class deserved success for three of our Scottish kennels. The Dog CC was won by Louise Lewis's  yellow Crammondkirk All the Gossip JW from Scotland. The Dog RCC went to another Scottish exhibitor, this time Fiona Macleans chocolate Afinmore Azufral. Keeping up the Scottish success, the Bitch CC was another for Lennox and Morgans ShCh Wilenmory CollabroJW who went Best of Breed and later was second in the Gundog Group. Many congratulations!</w:t>
      </w:r>
    </w:p>
    <w:p>
      <w:r>
        <w:rPr>
          <w:b w:val="0"/>
          <w:i w:val="0"/>
        </w:rPr>
        <w:t xml:space="preserve">Finally, not quite over the border in Scotland but a few miles short in northern England the RCC was won by Karen Powells black Seatallan Waterlily the same owner taking Best </w:t>
      </w:r>
    </w:p>
    <w:p>
      <w:r>
        <w:rPr>
          <w:b w:val="0"/>
          <w:i w:val="0"/>
        </w:rPr>
        <w:t>Puppy with Seatallan Yellow Archangel.</w:t>
      </w:r>
    </w:p>
    <w:p>
      <w:r>
        <w:rPr>
          <w:b w:val="0"/>
          <w:i w:val="0"/>
        </w:rPr>
        <w:t>The Best Veteran hailed from Finland via Scotland being Mrs E Heinlos black, Sh Ch Follies Ivar who stays with the Ramsayville Browns. The Scots should be very proud having nearly wiped the board on the day.</w:t>
      </w:r>
    </w:p>
    <w:p>
      <w:r>
        <w:rPr>
          <w:b w:val="0"/>
          <w:i w:val="0"/>
        </w:rPr>
        <w:t xml:space="preserve">The show generally seemed a quiet affair, parking was easy, everything flowing perfectly with few dramas but not much atmosphere. Rather too many unsound Labradors in the classes </w:t>
      </w:r>
    </w:p>
    <w:p>
      <w:r>
        <w:rPr>
          <w:b w:val="0"/>
          <w:i w:val="0"/>
        </w:rPr>
        <w:t>I watched, the lameness picked up by the majority ringside. Surely their owners should have noticed this beforehand and left them at home. Whoever they are, it does their street cred no good at all showing limping Labradors.</w:t>
      </w:r>
    </w:p>
    <w:p>
      <w:r>
        <w:rPr>
          <w:b w:val="0"/>
          <w:i w:val="0"/>
        </w:rPr>
        <w:t>A few exhibitors, myself included, got ticked off by an ardent steward for walking with clean shoes and no dogs across the carpet of a distant, deserted and completed ring, but hey ho, let them have their moment of power! I refrained from saying I had planned the layout of the LKA show for over twenty years before husband, George, died and wouldn't have walked across a ring that I knew was in use but this was the end of the last day of the show! It seems that empowerment  is assumed when normally placid people have a clipboard placed in their hands for a few hours!</w:t>
      </w:r>
    </w:p>
    <w:p>
      <w:r>
        <w:rPr>
          <w:b w:val="0"/>
          <w:i w:val="0"/>
        </w:rPr>
        <w:t>It is a shame exhibitors let their dogs and bitches pee on the Labrador ring carpets which then makes that particular large spot distasteful and difficult for following dogs to stand on or near, which in some of the bigger classes was a nuisance. Would you let your dogs pee on your house carpets?</w:t>
      </w:r>
    </w:p>
    <w:p>
      <w:r>
        <w:rPr>
          <w:b w:val="0"/>
          <w:i w:val="0"/>
        </w:rPr>
        <w:t>The LKA carpets are usually given away after each show to breed clubs or canine societies who can store them after the show, but who wants a smelly wet peed on carpet. Dont be the person to spoil this gift.</w:t>
      </w:r>
    </w:p>
    <w:p>
      <w:r>
        <w:rPr>
          <w:b w:val="0"/>
          <w:i w:val="0"/>
        </w:rPr>
        <w:t xml:space="preserve">Do try exercising your exhibits in the official sawdust covered corner exercise areas or outside on the grass before their classes and don't let this happen if at all possible. ( interestingly my sometimes annoying iPad predictive word changing habit has just altered "possible" to "pissable" which is incorrect but probably more in context for once) </w:t>
      </w:r>
    </w:p>
    <w:p>
      <w:r>
        <w:rPr>
          <w:b w:val="0"/>
          <w:i w:val="0"/>
        </w:rPr>
        <w:t>Looking at the results, I see as ever a champion won the Good Citizen class of 3. I was on the KC Show Exec Committee in the 1990s when the Good Citizen classes evolved. The idea was to encourage novice people with dogs which had passed the Good Citizen Scheme Awards to enter a championship show with the chance of qualifying for Crufts. Initially it was a popular class, but like at LKA this time, the entry decreased as time went by, when it was seen by the novices that the class which was devised mainly for them was being entered by breed champions whose owners saw it was a much less competitive route to get their champions into the challenge for the CC, thus avoiding all the other breed champions in the Open class . This is certainly not against the rules but it is surely against the whole original spirit of the thing, a class for novices  to enjoy some success and qualify for Crufts.</w:t>
      </w:r>
    </w:p>
    <w:p>
      <w:r>
        <w:rPr>
          <w:b w:val="0"/>
          <w:i w:val="0"/>
        </w:rPr>
        <w:t>I am pleased to hear from several others who having read in these notes of my being  thoroughly frustrated by the nonsensical  workings, or complete lack of working, of the KC Petlog website and that they too have had exactly the same problems and like me had eventually given up after wasting a great deal of time.  I tried to help someone new to breeding dogs with the site the other day. Just the same nonsensical result..."Register..... "insert email address"....."that address is already in use".......yes, because its the one the applicant uses!..start again ...." insert email-address"...."email address already in use. Round and round, this  could go on for years and years!</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