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- 29/03/2002"</w:t>
      </w:r>
      <w:r>
        <w:br/>
      </w:r>
      <w:r>
        <w:rPr>
          <w:b w:val="0"/>
          <w:i w:val="0"/>
        </w:rPr>
        <w:br/>
        <w:t>date_original: "29/03/2002"</w:t>
      </w:r>
      <w:r>
        <w:br/>
      </w:r>
      <w:r>
        <w:rPr>
          <w:b w:val="0"/>
          <w:i w:val="0"/>
        </w:rPr>
        <w:br/>
        <w:t>source_url: "https://www.ourdogs.co.uk/members/breednotes/2002/RetrieverLabrador/March2002/RetrieverLabrador290302.htm"</w:t>
      </w:r>
      <w:r>
        <w:br/>
      </w:r>
      <w:r>
        <w:rPr>
          <w:b w:val="0"/>
          <w:i w:val="0"/>
        </w:rPr>
        <w:br/>
        <w:t>archive_type: "static_html"</w:t>
      </w:r>
      <w:r>
        <w:br/>
      </w:r>
      <w:r>
        <w:rPr>
          <w:b w:val="0"/>
          <w:i w:val="0"/>
        </w:rPr>
        <w:br/>
        <w:t>scraped_at: "2026-09-13T22:19:26"</w:t>
      </w:r>
      <w:r>
        <w:br/>
      </w:r>
      <w:r>
        <w:rPr>
          <w:b w:val="0"/>
          <w:i w:val="0"/>
        </w:rPr>
        <w:br/>
        <w:t>word_count: 1277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message from Anne Johnson, Editor of the Labrador Retriever Club Yearbook.</w:t>
      </w:r>
      <w:r>
        <w:br/>
      </w:r>
      <w:r>
        <w:rPr>
          <w:b w:val="0"/>
          <w:i w:val="0"/>
        </w:rPr>
        <w:br/>
        <w:t>‘Mea Culpa, but to err is only human! I apologise without reservation for the unfortunate mistake towards the end of Anne Taylor’s article in the Year Book, and I wish to make it clear that this was not an error made by the author. Year Books collected at Crufts should contain an errata slip, but unfortunately those books sent out by the printer were posted before the error was noticed. Copies of the slips will be available at the AGM and at the Championship Show in June and also on the web site, if you have not yet received one.</w:t>
      </w:r>
    </w:p>
    <w:p>
      <w:r>
        <w:rPr>
          <w:b w:val="0"/>
          <w:i w:val="0"/>
        </w:rPr>
        <w:t>‘No offence was intended and sincere apologies are offered to Mr and Mrs Kelley and to Anne Taylor’.</w:t>
      </w:r>
    </w:p>
    <w:p>
      <w:r>
        <w:rPr>
          <w:b w:val="0"/>
          <w:i w:val="0"/>
        </w:rPr>
        <w:t>You may recall that by the end of last year there was no clear leader in the Top Puppy competition. Points are won from Best Puppy wins during the previous months. I now understand that there was in fact a three-way tie between Anne Lavelle’s yellow bitch Crosscroyde Crimplene, (Sh Ch Sandylands Gadabout ex Zabaglione of Dulwich at Crosscroyde), Mr and Mrs Mills’ yellow dog Lembas Lets Get Serious, (Sh Ch Sandylands Gadabout ex Jugaren Moonlight Melody at Lembas) and Diana Becket and Miss Fineys yellow bitch Pearl Buttons at Kimvalley, (Cornlands Perseus ex Kimvalley Blue Belle). Congratulations to the three kennels.</w:t>
      </w:r>
    </w:p>
    <w:p>
      <w:r>
        <w:rPr>
          <w:b w:val="0"/>
          <w:i w:val="0"/>
        </w:rPr>
        <w:t>Three Ridings Lab Club held their Championship show the weekend after Crufts. Sadly I was confined to barracks with a ghastly chest infection I had presumably picked up at Crufts. Many thanks for the results, which kind people phoned in. The judges were Brian Parrott (Dogs) and Lorna Blackie (Bitches). The Dog CC was a third for Erica Jayes and Garner Anthony’s Tapeatom Gadding Around at Sandylands (Sh Ch Sandylands Gadabout ex Tapeatom Lucy Locket), making him the second Show Champion of 2002. The Res CC was won by the Ellis family’s yellow, Dolwen Edward Seymour JW (Trenow Lancelot ex Bugeilydd Anna Marie of Dolwen). The Bitch CC and Best in Show was the black bred and owned by Lynne Minchella, Abbeystead Tranquill,( Ch Cambremer Tom Cobbley of Charway ex Sh Ch Frostfire Dawn Chorus of Abbeystead), who had also won a tremendous Junior Bitch Class of 40 exhibits at Crufts the previous weekend under Les Brabban. The bitch Res CC went to Maxine Crocker Williams’ black Bryndafydd Anar at Alkamhurst, (Hawkesmoor Webster ex Bryndafydd Kyrema), bred by the late Brenda Garratt , whilst Best Puppy was won by Miss C Jones Hafnau Taryn (Ch Cambremer Tom Cobbley of Charway ex Bryndafydd Pyrrha of Hafnau), the dam of this puppy also bred by the late Brenda Garratt, wouldn’t she have been pleased.</w:t>
      </w:r>
    </w:p>
    <w:p>
      <w:r>
        <w:rPr>
          <w:b w:val="0"/>
          <w:i w:val="0"/>
        </w:rPr>
        <w:t>I have received much correspondence from Holland about the plight of Labrador breeders in that country in light of the new Dutch breeding rules. I hope to enlarge on this next week.</w:t>
      </w:r>
    </w:p>
    <w:p>
      <w:r>
        <w:rPr>
          <w:b w:val="0"/>
          <w:i w:val="0"/>
        </w:rPr>
        <w:t>I have just had to replace the vacuum cleaner and, faced with so many different brands to chose from at Argos, was glad to find that the lady behind the till also owned two Labradors, and knew which machines dealt easily and proficiently with dog hair, having tried most of them out over the years. She advised me to buy a Vax vacuum with a floor washing system included. What luck, as well as vacuuming up every dog hair in sight this also washes and dries the floor tiles in the dog room. My old Vax was still working, but a bit underpowered and out of date being about 20 years old. This up to date model is brilliant.</w:t>
      </w:r>
    </w:p>
    <w:p>
      <w:r>
        <w:rPr>
          <w:b w:val="0"/>
          <w:i w:val="0"/>
        </w:rPr>
        <w:t>Labrador hair no problem and floors washed and dried in three minutes with all the dirty water sucked away, leaving everywhere nicely clean and dry again until the next lot of Herefordshire mud is trailed in a la Labrador. A bonus is that I can now use the old machine outside in the kennels and the old floor washer, Mark One of this modern version, now dries the washed down runs brilliantly with its giant squeegee, which sucks up all the spare water. This means that dogs can be put back straight away into nice clean runs, whereas before we had to wait quite a while until they were dry again. I do love gadgets!</w:t>
      </w:r>
    </w:p>
    <w:p>
      <w:r>
        <w:rPr>
          <w:b w:val="0"/>
          <w:i w:val="0"/>
        </w:rPr>
        <w:t>Ann Britton</w:t>
      </w:r>
    </w:p>
    <w:p>
      <w:r>
        <w:rPr>
          <w:b w:val="0"/>
          <w:i w:val="0"/>
        </w:rPr>
        <w:t>Not having attended the Three Ridings Labrador Club Championship Show for some years it was apparent the committee has lost none of its competence and ability to make one feel they are there to ensure everyone has an enjoyable day. The show was very busy and a great entry for the two judges, Lorna Blackie (Cricklecreek) and Brian Parrott (Lougin). Nan Austermuhle, in her usual good form and enjoying her day, was the referee (she was not called on) and it was pleasant to meet her so many of the older exhibitors including those two great breeders Emma and Arthur Greenhalgh now living back in the area they were married in and very happy.</w:t>
      </w:r>
    </w:p>
    <w:p>
      <w:r>
        <w:rPr>
          <w:b w:val="0"/>
          <w:i w:val="0"/>
        </w:rPr>
        <w:t>Not to be outdone by the old timers it was great to see some very trendy youngsters showing good-quality dogs and winning well. The breed goes from strength to strength.</w:t>
      </w:r>
      <w:r>
        <w:br/>
      </w:r>
      <w:r>
        <w:rPr>
          <w:b w:val="0"/>
          <w:i w:val="0"/>
        </w:rPr>
        <w:br/>
        <w:t>Topping a great entry were the following: Best of Breed - Minchella</w:t>
      </w:r>
      <w:r>
        <w:rPr>
          <w:rFonts w:ascii="Consolas" w:hAnsi="Consolas"/>
          <w:b w:val="0"/>
          <w:i w:val="0"/>
          <w:sz w:val="19"/>
        </w:rPr>
        <w:t>s Abbeystead Tranquill. Best Dog : Anthony and Jayes, Tapeatom Gadding Around at Sandylands, I believe this was his third. Best Puppy: Jones Hafnau Taryn. Reserve CC. Dog: Ellis</w:t>
      </w:r>
      <w:r>
        <w:rPr>
          <w:b w:val="0"/>
          <w:i w:val="0"/>
        </w:rPr>
        <w:t xml:space="preserve"> Dolwen Francis Henry JW. Reserve CC Bitch Crocker-Williams Bryndafydd Anar at Alkhamhurst.</w:t>
      </w:r>
    </w:p>
    <w:p>
      <w:r>
        <w:rPr>
          <w:b w:val="0"/>
          <w:i w:val="0"/>
        </w:rPr>
        <w:t>Jim Nolan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