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 Jul 2007"</w:t>
      </w:r>
      <w:r>
        <w:br/>
      </w:r>
      <w:r>
        <w:rPr>
          <w:b w:val="0"/>
          <w:i w:val="0"/>
        </w:rPr>
        <w:br/>
        <w:t>date_original: "20 Jul 2007"</w:t>
      </w:r>
      <w:r>
        <w:br/>
      </w:r>
      <w:r>
        <w:rPr>
          <w:b w:val="0"/>
          <w:i w:val="0"/>
        </w:rPr>
        <w:br/>
        <w:t>source_url: "https://www.ourdogs.co.uk/members/breednotes/2007/RetrieverLabrador/RetrieverLabrador-jul20.htm"</w:t>
      </w:r>
      <w:r>
        <w:br/>
      </w:r>
      <w:r>
        <w:rPr>
          <w:b w:val="0"/>
          <w:i w:val="0"/>
        </w:rPr>
        <w:br/>
        <w:t>archive_type: "static_html"</w:t>
      </w:r>
      <w:r>
        <w:br/>
      </w:r>
      <w:r>
        <w:rPr>
          <w:b w:val="0"/>
          <w:i w:val="0"/>
        </w:rPr>
        <w:br/>
        <w:t>scraped_at: "2026-09-13T22:07:14"</w:t>
      </w:r>
      <w:r>
        <w:br/>
      </w:r>
      <w:r>
        <w:rPr>
          <w:b w:val="0"/>
          <w:i w:val="0"/>
        </w:rPr>
        <w:br/>
        <w:t>word_count: 1295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Jackie Hodge, Show Secretary of Midland Counties Lab Club writes ‘ We have had to change the date of MCLRC Open Show from Sunday 9th September 2007 back to Saturday 8th September 2007, due to a clash with Gundog Day at Richmond.</w:t>
      </w:r>
    </w:p>
    <w:p>
      <w:r>
        <w:rPr>
          <w:b w:val="0"/>
          <w:i w:val="0"/>
        </w:rPr>
        <w:t>Please, when making an entry can exhibitors alter the date on their entry form so that I know they have acknowledged the change of date. Otherwise I will be telephoning everybody. Any queries please contact me. Jackie Hodge 01926 843114’.</w:t>
      </w:r>
    </w:p>
    <w:p>
      <w:r>
        <w:rPr>
          <w:b w:val="0"/>
          <w:i w:val="0"/>
        </w:rPr>
        <w:t>I have been asked by the Yellow Labrador Club committee to point out that due to a misprint on page 2 of the forthcoming Championship Show schedule the judge’s names have been listed incorrectly. The judges are in fact as shown on the front cover of the schedule, Miss Anne Taylor judging Dogs and Mrs Carole Coode judging Bitches. Class numbers 1 - 15 still apply to Dog classes and class numbers 16 to 31 still apply to Bitch classes.</w:t>
      </w:r>
    </w:p>
    <w:p>
      <w:r>
        <w:rPr>
          <w:b w:val="0"/>
          <w:i w:val="0"/>
        </w:rPr>
        <w:t>A salutary lesson to us all. When preparing your car for a journey - do not put anything on the roof!</w:t>
      </w:r>
    </w:p>
    <w:p>
      <w:r>
        <w:rPr>
          <w:b w:val="0"/>
          <w:i w:val="0"/>
        </w:rPr>
        <w:t>On the one recent dry day in this perpetually wet summer, I took some of my dogs quite a distance to have their KC/BVA eye tests done. On arriving at the venue, I searched high and low for the dog’s KC registrations, which I had definitely put in the car just before I left home; each registration should have been on the back seat in its own individual clear polythene sleeve.</w:t>
      </w:r>
    </w:p>
    <w:p>
      <w:r>
        <w:rPr>
          <w:b w:val="0"/>
          <w:i w:val="0"/>
        </w:rPr>
        <w:t>Despite searching all over the car, no registrations were to be found, neither were any of the photos, which I had also packed in the car. Then my heart sank as realisation set in, and I recalled that as I was packing the car, I had ‘temporarily’ put the registrations on the car roof whilst I moved something else.</w:t>
      </w:r>
    </w:p>
    <w:p>
      <w:r>
        <w:rPr>
          <w:b w:val="0"/>
          <w:i w:val="0"/>
        </w:rPr>
        <w:t>Yes, you guessed the rest.. I had left them on the roof, forgotten all about them and driven off through the village scattering KC registrations and photos along the lanes and byways of rural Herefordshire!</w:t>
      </w:r>
    </w:p>
    <w:p>
      <w:r>
        <w:rPr>
          <w:b w:val="0"/>
          <w:i w:val="0"/>
        </w:rPr>
        <w:t>Luckily, it was a dry sunny day (about the only one of the year) and unbelievably on my return home several hours later, having searched everyone’s cottage gardens, verges and shrubberies, I eventually managed to retrieve every single KC registration, undamaged and still safely tucked in its polythene sleeve. I even recovered the photos, which sadly hadn’t fared quite so well, having spent the day being squashed into the lane by the odd tractor tyre. So, a lesson learnt. No more putting things on the roof in future!</w:t>
      </w:r>
    </w:p>
    <w:p>
      <w:r>
        <w:rPr>
          <w:b w:val="0"/>
          <w:i w:val="0"/>
        </w:rPr>
        <w:t>In the first week of July, SWKA championship had a last minute move from the still-flooded show-ground at Usk to the Newbury Showground, which is now the permanent home of Southern Counties, just off the M4 motorway. The show committee must be congratulated that the show ran so well under such horrible last minute circumstances. The heavy rains continued to fall during the days prior to SWKA, but the sun shone on Gundog day. Our judges were Mrs Ronwein Phillips (Dogs) and Frank Whyte bitches, who was awarding CCs in Labradors for the first time.</w:t>
      </w:r>
    </w:p>
    <w:p>
      <w:r>
        <w:rPr>
          <w:b w:val="0"/>
          <w:i w:val="0"/>
        </w:rPr>
        <w:t>The Dog CC was won by Alan and Alison Scutcher‚s yellow, Sh Ch Winsleywood Waterloo JW ShCM. (Ch Carpenny Walpole x Nonairbra Country Pride at Winsleywood) and the dog RCC went to Linda Harvey Major’s Linjor Valentino JW ShCM (Rocheby Old Smokey x Linjor Miss Scarlet). The Bitch CC and Best of Breed was a first for Mr and the late Mrs Anthony and Erica Jayes yellow, Sandylands Gayle (Sh Ch Sandylands Gad- About x Rocheby Purple Shades of Sandylands), whilst the Bitch RCC went to the Brown family’s yellow, Sh Ch Alanwood Spring Breeze over Ramsayville (Greenworth Odds Against x Alanwood Lady Jazmine). Best Puppy was Lembas Top Ranking (Unsung Hero of Tintagel Winds x Lembas Wish Upon A Star), owned by Mr Chris and Mrs Claire Mills.</w:t>
      </w:r>
    </w:p>
    <w:p>
      <w:r>
        <w:rPr>
          <w:b w:val="0"/>
          <w:i w:val="0"/>
        </w:rPr>
        <w:t>Good news that Lorraine Tooth is recovering well at home again after her recent operation.</w:t>
      </w:r>
      <w:r>
        <w:br/>
      </w:r>
      <w:r>
        <w:rPr>
          <w:b w:val="0"/>
          <w:i w:val="0"/>
        </w:rPr>
        <w:br/>
        <w:t>News from Janet Cole, who judged the Labrador Club of Ireland championship show, at the National Showground, Dublin, recently. ‘From an entry of 100 dogs and bitches the winners were - Best in Show and Green Star Bitch, Ir. Sh Ch Philipstown Liscoda owned by Miss C Ivers. Reserve Best in Show, Mrs Linda Heron’s Ballyhenry Crusader, who won the Dog Green Star. Linda Heron also won Best Puppy with her Ballyhenry Corn Wine.</w:t>
      </w:r>
    </w:p>
    <w:p>
      <w:r>
        <w:rPr>
          <w:b w:val="0"/>
          <w:i w:val="0"/>
        </w:rPr>
        <w:t>Best Veteran was Ir Sh Ch Philipstown Fast Express. After the judging there was a presentation of trophies accompanied by wine and refreshments for all those attending the show, which created a most enjoyable finish to a very pleasant day’.</w:t>
      </w:r>
    </w:p>
    <w:p>
      <w:r>
        <w:rPr>
          <w:b w:val="0"/>
          <w:i w:val="0"/>
        </w:rPr>
        <w:t>Amanda Stewart (Streamanda) is organising a Companion Dog Show at Corsham Court, Corsham, Nr Chippenham, Wiltshire, on Sunday 19th August in aid of Guide Dogs for the Blind. The judge for the pedigree classes will be Amanda herself, and for the novelty classes - Tracey Woodhouse. Entries will be takenon the day from 10.30am, with judging to commence at 11.30am for pedigree and 1.30pm for novelty. Entry fees for pedigree classes are £1.50, and novelty £1.00. All enquiries please to 01981 541128.</w:t>
      </w:r>
    </w:p>
    <w:p>
      <w:r>
        <w:rPr>
          <w:b w:val="0"/>
          <w:i w:val="0"/>
        </w:rPr>
        <w:t>Congratulations to David and Marion Hopkinson, whose yellow dog Rocheby Old Smokey is the Pet Plan Top Labrador Stud Dog 2007,what a tremendous sire he has proved to be.</w:t>
      </w:r>
    </w:p>
    <w:p>
      <w:r>
        <w:rPr>
          <w:b w:val="0"/>
          <w:i w:val="0"/>
        </w:rPr>
        <w:t>Congratulations also to Angela Williams and David Craig whose black bitch Fou by Buttons and Bows was Our Dogs/Pedigree Top Labrador Puppy for 2006.</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