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- 23/11/2018 - ISSUE"</w:t>
      </w:r>
      <w:r>
        <w:br/>
      </w:r>
      <w:r>
        <w:rPr>
          <w:b w:val="0"/>
          <w:i w:val="0"/>
        </w:rPr>
        <w:br/>
        <w:t>date_original: "23/11/2018 - ISSUE"</w:t>
      </w:r>
      <w:r>
        <w:br/>
      </w:r>
      <w:r>
        <w:rPr>
          <w:b w:val="0"/>
          <w:i w:val="0"/>
        </w:rPr>
        <w:br/>
        <w:t>source_url: "https://www.ourdogs.co.uk/members/breednotes/RetrieverLabradorMain.php"</w:t>
      </w:r>
      <w:r>
        <w:br/>
      </w:r>
      <w:r>
        <w:rPr>
          <w:b w:val="0"/>
          <w:i w:val="0"/>
        </w:rPr>
        <w:br/>
        <w:t>scraped_at: "2026-09-13T15:21:41"</w:t>
      </w:r>
      <w:r>
        <w:br/>
      </w:r>
      <w:r>
        <w:rPr>
          <w:b w:val="0"/>
          <w:i w:val="0"/>
        </w:rPr>
        <w:br/>
        <w:t>word_count: 1010</w:t>
      </w:r>
    </w:p>
    <w:p>
      <w:r>
        <w:t>――――――――――――――――――――――――――――――</w:t>
      </w:r>
    </w:p>
    <w:p>
      <w:r>
        <w:rPr>
          <w:b w:val="0"/>
          <w:i w:val="0"/>
        </w:rPr>
        <w:t>NEWS MEMBERS' AREA SHOP SUBSCRIBE UPCOMING SHOWS MORE</w:t>
      </w:r>
    </w:p>
    <w:p>
      <w:r>
        <w:rPr>
          <w:b w:val="0"/>
          <w:i w:val="0"/>
        </w:rPr>
        <w:t>RETRIEVER LABRADOR</w:t>
      </w:r>
    </w:p>
    <w:p>
      <w:r>
        <w:rPr>
          <w:b w:val="0"/>
          <w:i w:val="0"/>
        </w:rPr>
        <w:t>Issue: 23/11/2018</w:t>
      </w:r>
    </w:p>
    <w:p>
      <w:r>
        <w:rPr>
          <w:b w:val="0"/>
          <w:i w:val="0"/>
        </w:rPr>
        <w:t xml:space="preserve">I recently wrote about David Coopers fund raising on behalf of Motor Neurone Disease Association. David and his late wife June, bred and successfully showed their Labradors under the Greydunes affix, but were also dedicated, hard working stalwarts of the charity, Labrador Rescue South East and Central. Eventually, such was their interest in the rescue side that showing gave way to devoting their time to rehoming very many Labradors. </w:t>
      </w:r>
    </w:p>
    <w:p>
      <w:r>
        <w:rPr>
          <w:b w:val="0"/>
          <w:i w:val="0"/>
        </w:rPr>
        <w:t>David, now on his own and despite having a progressive mobility problem took part, in his wheelchair, in 3 long distance sponsored "running" events-  a half marathon at Ipswich in September,  a 10k run at Bournemouth in October  and a 10 mile run at Portsmouth also in October all in aid of the Motor Neurone Disease Association.</w:t>
      </w:r>
    </w:p>
    <w:p>
      <w:r>
        <w:rPr>
          <w:b w:val="0"/>
          <w:i w:val="0"/>
        </w:rPr>
        <w:t>Davids recent update reads "Just a note to let you know that I have now completed all three events, and am still in one piece. The weather conditions for Ipswich and Portsmouth were beautiful and sunny, but Bournemouth was a bit more like the arctic! The challenges raised in excess of Â£2000 for the Motor Neurone Disease Association, so I'd like to thank you all very much for your kind donations and support."</w:t>
      </w:r>
    </w:p>
    <w:p>
      <w:r>
        <w:rPr>
          <w:b w:val="0"/>
          <w:i w:val="0"/>
        </w:rPr>
        <w:t xml:space="preserve">I was cleaning up my iPad and deleting thousands of stored emails and came across this article I had kept, about the use of bleach in kennels and possible effects it might have on the users, let alone the dogs. It was written by David Cavill and I felt was worth reproducing. </w:t>
      </w:r>
    </w:p>
    <w:p>
      <w:r>
        <w:rPr>
          <w:b w:val="0"/>
          <w:i w:val="0"/>
        </w:rPr>
        <w:t xml:space="preserve">David wrote  "I have for many years encouraged the careful and sensible use of bleach in the cleaning of kennels, catteries and breeding establishments.  It is a fraction of the cost of any of the commercial preparations and almost certainly more effective.  </w:t>
      </w:r>
    </w:p>
    <w:p>
      <w:r>
        <w:rPr>
          <w:b w:val="0"/>
          <w:i w:val="0"/>
        </w:rPr>
        <w:t>However, I have learned that those using bleach and other strong disinfectants as often as once each week have an increased risk of chronic of obstructive pulmonary disease (COPD).  This information is based on a study carried out by Harvard Medical School which compared 55,000 nurses with a comparable population which did not come into contact with bleach.  The total numbers are small (.82%) but this is 22% greater than the control group.  There is already evidence that there is a link between fumes from disinfectants and asthma and dermatitis (again the numbers are relatively small) but it would seem sensible that kennel owners should be aware of this marginally increased danger and in any case, those with staff should make sure that they are thoroughly trained in the use of such powerful chemicals.  Everyone likely to use powerful chemicals in their cleaning routines should be aware and take extra care. It is worth searching for 'Working with substances hazardous to health' and reading the Health and Safety Executives brief guide on a regular basis.  Better safe!</w:t>
      </w:r>
    </w:p>
    <w:p>
      <w:r>
        <w:rPr>
          <w:b w:val="0"/>
          <w:i w:val="0"/>
        </w:rPr>
        <w:t xml:space="preserve">I also read the following online from Vetimed and having recently heard the nurses at my Vets talking about Lungworm treatment thought the article below might be of interest. </w:t>
      </w:r>
    </w:p>
    <w:p>
      <w:r>
        <w:rPr>
          <w:b w:val="0"/>
          <w:i w:val="0"/>
        </w:rPr>
        <w:t>Update on Lungworm in Dogs</w:t>
      </w:r>
    </w:p>
    <w:p>
      <w:r>
        <w:rPr>
          <w:b w:val="0"/>
          <w:i w:val="0"/>
        </w:rPr>
        <w:t xml:space="preserve">Lungworm or Angiostrongylus Vasorum, is a parasite that can affect dogs and also local foxes. It can cause significant disease and in some cases, be fatal. Unfortunately, cases are becoming more common throughout the UK and Ireland and it is therefore very important to be aware of lungworm and how you can help protect your pet from this parasite. </w:t>
      </w:r>
    </w:p>
    <w:p>
      <w:r>
        <w:rPr>
          <w:b w:val="0"/>
          <w:i w:val="0"/>
        </w:rPr>
        <w:t xml:space="preserve">Dogs can be infected with lungworm larvae carried by slugs and snails (which act as intermediate hosts). Slugs and snails can be inadvertently eaten in grass, soil or whilst playing with toys in the garden. Lungworm larvae can even be found in the trail that snails leave behind in your garden. The disease is commonest in young dogs that eat or play with slugs and snails, and in dogs that eat or drink outside and may have had slugs or snails in their bowls. </w:t>
      </w:r>
    </w:p>
    <w:p>
      <w:r>
        <w:rPr>
          <w:b w:val="0"/>
          <w:i w:val="0"/>
        </w:rPr>
        <w:t>Lungworm are swallowed as tiny larvae, which migrate into the circulation of the liver and travel to the right side of the heart. Here they develop into adult worms (see photo left) which can build up in the heart. Here the adults mate and produce eggs. The eggs hatch into larvae and then migrate into the lung tissue. These larvae are coughed up and are passed out into your dog's faeces to re-infect molluscs. When in the body the larvae cause significant lung tissue damage, often causing a cough, breathing troubles and lethargy. This can result in bronchitis, heart failure and spontaneous bleeding.  Affected dogs often become weak and lethargic, go off their food, and may cough, vomit, or pass blood. The disease can be so severe as to be fatal but, if diagnosed early, can be treated successfully. Blood or faecal testing can give rapid diagnostic results.</w:t>
      </w:r>
    </w:p>
    <w:p>
      <w:r>
        <w:rPr>
          <w:b w:val="0"/>
          <w:i w:val="0"/>
        </w:rPr>
        <w:t>Lungworm is best prevented by using an appropriate spot-on or tablet wormer at monthly intervals. Fortunately it can't be transmitted to humans but it is very important to make sure your pet is adequately protected. Please contact your practice if you are concerned your pet is not covered - they could give you a prescription for a suitable medicine which you could then buy from our website</w:t>
      </w:r>
    </w:p>
    <w:p>
      <w:r>
        <w:rPr>
          <w:b w:val="0"/>
          <w:i w:val="0"/>
        </w:rPr>
        <w:t>Now as there is little Labrador news this week, time for a silly exercise to close. Might work!</w:t>
      </w:r>
    </w:p>
    <w:p>
      <w:r>
        <w:rPr>
          <w:b w:val="0"/>
          <w:i w:val="0"/>
        </w:rPr>
        <w:t>Take your shoe size. Times by 5. Add 50. Times by 20. Add 1018. Subtract the year you were born. Answer = your shoe size and your age.</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